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8"/>
        <w:gridCol w:w="2604"/>
        <w:gridCol w:w="2609"/>
        <w:gridCol w:w="2098"/>
        <w:gridCol w:w="2604"/>
        <w:gridCol w:w="2609"/>
      </w:tblGrid>
      <w:tr w:rsidR="005D6705" w:rsidRPr="00B31279" w14:paraId="3553506D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506A64F" w14:textId="32C9C7A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ENSTİTÜ / FAKÜLTE /  MYO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B26F731" w14:textId="0B06AE04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0E6127B" w14:textId="2155975C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KABUL EDEN ÜNİVERSİTE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5FBFF1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5D6705" w:rsidRPr="00B31279" w14:paraId="28BF512E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413133" w14:textId="2DF021AE" w:rsidR="005D6705" w:rsidRPr="00B31279" w:rsidRDefault="00602BD4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BÖLÜM / </w:t>
            </w:r>
            <w:r w:rsidR="00B31279" w:rsidRPr="00B31279">
              <w:rPr>
                <w:b/>
                <w:sz w:val="16"/>
                <w:szCs w:val="16"/>
              </w:rPr>
              <w:t>PROGRAM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0955EE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9327495" w14:textId="77777777" w:rsidR="005D6705" w:rsidRPr="00B31279" w:rsidRDefault="00602BD4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ÜLKE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AF7244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B31279" w:rsidRPr="00B31279" w14:paraId="351F91D9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9A0736" w14:textId="6E4503A0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ADI - SOYADI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13709F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D43A9C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ERASMUS KODU / OID</w:t>
            </w:r>
          </w:p>
        </w:tc>
        <w:tc>
          <w:tcPr>
            <w:tcW w:w="2456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62DAE1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60" w:type="dxa"/>
            <w:vAlign w:val="center"/>
          </w:tcPr>
          <w:p w14:paraId="12D94B04" w14:textId="7F85282A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0F32F158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1651AF" w14:textId="6CEA0A8B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TCKN / ÖĞRENCİ NO</w:t>
            </w:r>
          </w:p>
        </w:tc>
        <w:tc>
          <w:tcPr>
            <w:tcW w:w="2456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F88976D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60" w:type="dxa"/>
            <w:vAlign w:val="center"/>
          </w:tcPr>
          <w:p w14:paraId="344887AF" w14:textId="5ED6550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D8A07A2" w14:textId="76C267AF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AKADEMİK </w:t>
            </w:r>
            <w:r>
              <w:rPr>
                <w:b/>
                <w:sz w:val="16"/>
                <w:szCs w:val="16"/>
              </w:rPr>
              <w:t>YIL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353C17F" w14:textId="19EE7AA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17A5EDF4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72B10EB" w14:textId="7A7415E1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A34CE1A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D3A745" w14:textId="1A9C2E08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DÖNEM (GÜZ / BAHAR / TAM YIL)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0C4C428" w14:textId="4F2BC4EE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</w:tbl>
    <w:p w14:paraId="53A65EB1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8" w:space="0" w:color="7A8CA5"/>
          <w:left w:val="single" w:sz="8" w:space="0" w:color="7A8CA5"/>
          <w:bottom w:val="single" w:sz="8" w:space="0" w:color="7A8CA5"/>
          <w:right w:val="single" w:sz="8" w:space="0" w:color="7A8CA5"/>
          <w:insideH w:val="single" w:sz="6" w:space="0" w:color="9FB1C8"/>
          <w:insideV w:val="single" w:sz="6" w:space="0" w:color="9FB1C8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3995"/>
        <w:gridCol w:w="1132"/>
        <w:gridCol w:w="1189"/>
        <w:gridCol w:w="4801"/>
        <w:gridCol w:w="1067"/>
        <w:gridCol w:w="953"/>
      </w:tblGrid>
      <w:tr w:rsidR="005D6705" w:rsidRPr="00B31279" w14:paraId="7D62FF98" w14:textId="77777777" w:rsidTr="00250D3D">
        <w:trPr>
          <w:jc w:val="center"/>
        </w:trPr>
        <w:tc>
          <w:tcPr>
            <w:tcW w:w="6151" w:type="dxa"/>
            <w:gridSpan w:val="3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08B825B" w14:textId="160C492D" w:rsidR="005D6705" w:rsidRPr="00250D3D" w:rsidRDefault="00B31279" w:rsidP="00F822B2">
            <w:pPr>
              <w:spacing w:after="0"/>
              <w:rPr>
                <w:rFonts w:cs="Arial"/>
                <w:sz w:val="18"/>
                <w:szCs w:val="18"/>
              </w:rPr>
            </w:pP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 xml:space="preserve">KABUL EDEN </w:t>
            </w:r>
            <w:r w:rsidR="00250D3D" w:rsidRPr="00250D3D">
              <w:rPr>
                <w:rFonts w:cs="Arial"/>
                <w:b/>
                <w:color w:val="FFFFFF"/>
                <w:sz w:val="18"/>
                <w:szCs w:val="18"/>
              </w:rPr>
              <w:t>ÜNİVERSİTEDE</w:t>
            </w: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 xml:space="preserve"> ALINMASI PLANLANAN DERSLER</w:t>
            </w:r>
          </w:p>
        </w:tc>
        <w:tc>
          <w:tcPr>
            <w:tcW w:w="7531" w:type="dxa"/>
            <w:gridSpan w:val="4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314BB51" w14:textId="14F7A30B" w:rsidR="005D6705" w:rsidRPr="00250D3D" w:rsidRDefault="00602BD4" w:rsidP="00F822B2">
            <w:pPr>
              <w:spacing w:after="0"/>
              <w:rPr>
                <w:rFonts w:cs="Arial"/>
                <w:sz w:val="18"/>
                <w:szCs w:val="18"/>
              </w:rPr>
            </w:pP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>HAKK</w:t>
            </w:r>
            <w:r w:rsidR="00B31279" w:rsidRPr="00250D3D">
              <w:rPr>
                <w:rFonts w:cs="Arial"/>
                <w:b/>
                <w:color w:val="FFFFFF"/>
                <w:sz w:val="18"/>
                <w:szCs w:val="18"/>
              </w:rPr>
              <w:t>A</w:t>
            </w: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>Rİ ÜNİVERSİTESİNDE EŞDEĞER SAYILMASI ÖNGÖRÜLEN DERSLER</w:t>
            </w:r>
          </w:p>
        </w:tc>
      </w:tr>
      <w:tr w:rsidR="00197061" w:rsidRPr="00B31279" w14:paraId="1D6FC18E" w14:textId="77777777" w:rsidTr="00250D3D">
        <w:trPr>
          <w:jc w:val="center"/>
        </w:trPr>
        <w:tc>
          <w:tcPr>
            <w:tcW w:w="1331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F45D15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3756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EA3DA01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1064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525581" w14:textId="2FBF2998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  <w:tc>
          <w:tcPr>
            <w:tcW w:w="1118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2A73563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4514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B81D2A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1003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439406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YARIYIL</w:t>
            </w:r>
          </w:p>
        </w:tc>
        <w:tc>
          <w:tcPr>
            <w:tcW w:w="896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9273C2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</w:tr>
      <w:tr w:rsidR="00197061" w:rsidRPr="00B31279" w14:paraId="377DBD8E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3612386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9CBBB3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FAB22F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681B37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BE8F880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92397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B26FF3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5D0EBAB2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DDC93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7D8B56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BF144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D7AAA6F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5E943B6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D764D4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43C5F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42BC2C41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1D30C8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FE534A3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CBFFD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21CA92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5650E32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0DE4EC3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B8043F7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5FCF6AD1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7FA851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CFB3A4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A49604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51BB58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0EC31F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860567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E2547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22F67FEF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41AAF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49AEA8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4BB28E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1DE70F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3617EB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407ABF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FB1CC46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05B97197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596B9E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65E692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375A64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938312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3183416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2931513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F9C2EBA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1460D0AB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475412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9710270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6E8166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0AF0FC7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FD3A42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B0BE36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7DD4FD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410AF" w:rsidRPr="00B31279" w14:paraId="2A7A31BC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1072F56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BAFAF31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E0A013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69E3DC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257672F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E1E3E02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3D9496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410AF" w:rsidRPr="00B31279" w14:paraId="738D606F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85B7C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E72215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135798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A14458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6BB0CD4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E7E5E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6A997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6865E9FF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31F308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4455B9D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79BF5C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AEFB9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8F7DC60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7CE320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61361D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5D6705" w:rsidRPr="00B31279" w14:paraId="09229742" w14:textId="77777777" w:rsidTr="00250D3D">
        <w:trPr>
          <w:jc w:val="center"/>
        </w:trPr>
        <w:tc>
          <w:tcPr>
            <w:tcW w:w="5087" w:type="dxa"/>
            <w:gridSpan w:val="2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8CED865" w14:textId="01C85AF9" w:rsidR="005D6705" w:rsidRPr="00197061" w:rsidRDefault="00197061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505EBA" w14:textId="77777777" w:rsidR="005D6705" w:rsidRPr="00197061" w:rsidRDefault="005D6705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6635" w:type="dxa"/>
            <w:gridSpan w:val="3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4EDCB7" w14:textId="77777777" w:rsidR="005D6705" w:rsidRPr="00197061" w:rsidRDefault="00602BD4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761578" w14:textId="77777777" w:rsidR="005D6705" w:rsidRPr="00197061" w:rsidRDefault="005D6705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</w:tr>
    </w:tbl>
    <w:p w14:paraId="0F1167D1" w14:textId="77777777" w:rsidR="005D6705" w:rsidRPr="00B31279" w:rsidRDefault="005D6705">
      <w:pPr>
        <w:spacing w:after="20"/>
      </w:pPr>
    </w:p>
    <w:p w14:paraId="7741DCCB" w14:textId="77777777" w:rsidR="00DB6CE0" w:rsidRDefault="00DB6CE0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br w:type="page"/>
      </w:r>
    </w:p>
    <w:p w14:paraId="29C8702E" w14:textId="447CCF2A" w:rsidR="005D6705" w:rsidRPr="00B31279" w:rsidRDefault="00197061" w:rsidP="00B31279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lastRenderedPageBreak/>
        <w:t>A</w:t>
      </w:r>
      <w:r w:rsidRPr="00B31279">
        <w:rPr>
          <w:b/>
          <w:color w:val="1A365D"/>
          <w:sz w:val="18"/>
        </w:rPr>
        <w:t>çıklamalar</w:t>
      </w:r>
      <w:r w:rsidR="00BD10CE">
        <w:rPr>
          <w:b/>
          <w:color w:val="1A365D"/>
          <w:sz w:val="1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1"/>
        <w:gridCol w:w="7281"/>
      </w:tblGrid>
      <w:tr w:rsidR="005D6705" w:rsidRPr="00DB6CE0" w14:paraId="2DE7F501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4517B" w14:textId="546338E0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1. Yukarıdaki tabloda, Erasmus</w:t>
            </w:r>
            <w:r w:rsidR="00BD10CE">
              <w:rPr>
                <w:sz w:val="18"/>
                <w:szCs w:val="28"/>
              </w:rPr>
              <w:t>+</w:t>
            </w:r>
            <w:r w:rsidRPr="00BD10CE">
              <w:rPr>
                <w:sz w:val="18"/>
                <w:szCs w:val="28"/>
              </w:rPr>
              <w:t xml:space="preserve"> öğrencisinin misafir olacağı yükseköğretim kurumunda almayı planladığı ve </w:t>
            </w:r>
            <w:r w:rsidR="00A53762">
              <w:rPr>
                <w:sz w:val="18"/>
                <w:szCs w:val="28"/>
              </w:rPr>
              <w:t>Öğrenim Anlaşmasında (</w:t>
            </w:r>
            <w:r w:rsidRPr="00BD10CE">
              <w:rPr>
                <w:sz w:val="18"/>
                <w:szCs w:val="28"/>
              </w:rPr>
              <w:t xml:space="preserve">Learning </w:t>
            </w:r>
            <w:proofErr w:type="spellStart"/>
            <w:r w:rsidRPr="00BD10CE">
              <w:rPr>
                <w:sz w:val="18"/>
                <w:szCs w:val="28"/>
              </w:rPr>
              <w:t>Agreement</w:t>
            </w:r>
            <w:proofErr w:type="spellEnd"/>
            <w:r w:rsidR="00A53762">
              <w:rPr>
                <w:sz w:val="18"/>
                <w:szCs w:val="28"/>
              </w:rPr>
              <w:t>)</w:t>
            </w:r>
            <w:r w:rsidRPr="00BD10CE">
              <w:rPr>
                <w:sz w:val="18"/>
                <w:szCs w:val="28"/>
              </w:rPr>
              <w:t xml:space="preserve"> yer alan dersler gösterilmiştir.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369B13" w14:textId="07F0717A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4. </w:t>
            </w:r>
            <w:r w:rsidR="00A53762" w:rsidRPr="00A53762">
              <w:rPr>
                <w:sz w:val="18"/>
                <w:szCs w:val="28"/>
              </w:rPr>
              <w:t>Öğrenci, misafir olduğu üniversitede bu tabloda yer alan dersleri başarı ile tamamladığı takdirde, söz konusu dersler Hakkâri Üniversitesi’ndeki derslerine yukarıda belirtildiği şekilde eşdeğer sayılacaktır. Bu doğrultuda hareketlilik sonrasında Ders İntibak B Tablosu hazırlanacaktır.</w:t>
            </w:r>
            <w:r w:rsidR="00BD10CE">
              <w:rPr>
                <w:sz w:val="18"/>
                <w:szCs w:val="28"/>
              </w:rPr>
              <w:t xml:space="preserve"> </w:t>
            </w:r>
          </w:p>
        </w:tc>
      </w:tr>
      <w:tr w:rsidR="005D6705" w:rsidRPr="00DB6CE0" w14:paraId="23FE71D8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AEFDAE" w14:textId="5A0BAF72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2. Yukarıdaki tabloda, Erasmus</w:t>
            </w:r>
            <w:r w:rsidR="00BD10CE">
              <w:rPr>
                <w:sz w:val="18"/>
                <w:szCs w:val="28"/>
              </w:rPr>
              <w:t>+</w:t>
            </w:r>
            <w:r w:rsidRPr="00BD10CE">
              <w:rPr>
                <w:sz w:val="18"/>
                <w:szCs w:val="28"/>
              </w:rPr>
              <w:t xml:space="preserve"> öğrencisinin yurt dışındaki öğrenim dönemini tamamladıktan sonra akademik tanınması yapılırken Hakkâri Üniversitesi müfredatına göre yerine saydırılması öngörülen dersler listelenmiştir. Öğrenim Anlaşmasında yurt dışında öğrenime başladıktan sonra değişiklikler olabilir; nihai tanınma buna göre farklılık gösterebilir.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46DFA3" w14:textId="081264F9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5. </w:t>
            </w:r>
            <w:r w:rsidR="00A53762" w:rsidRPr="00A53762">
              <w:rPr>
                <w:sz w:val="18"/>
                <w:szCs w:val="28"/>
              </w:rPr>
              <w:t>Öğrenim döneminde derslerde değişiklik yapılması halinde, Ders İntibak A Tablosu (Hareketlilik Sırasında) yeniden düzenlenerek imza altına alınacaktır.</w:t>
            </w:r>
          </w:p>
        </w:tc>
      </w:tr>
      <w:tr w:rsidR="005D6705" w:rsidRPr="00DB6CE0" w14:paraId="1960CD7A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62283C" w14:textId="77777777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3. Öğrenci, bu tabloda belirtilen ders eşleştirmelerini incelediğini, kabul ettiğini ve intibak işlemlerinin bu eşleştirmeler esas alınarak yürütülmesini talep ettiğini beyan eder.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AE6B8D" w14:textId="44081C03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6. </w:t>
            </w:r>
            <w:r w:rsidR="00C86BD8" w:rsidRPr="00C86BD8">
              <w:rPr>
                <w:sz w:val="18"/>
                <w:szCs w:val="28"/>
              </w:rPr>
              <w:t>Yukarıdaki tabloda belirtilen ve yurt dışında Erasmus+ Programı kapsamında alınması planlanan dersler ile Hakkâri Üniversitesi müfredatında karşılık sayılması uygun bulunan ders eşleştirmesi, ilgili akademik birim tarafından uygun bulunmuş olup kurul/onay sürecine sunulur. Söz konusu eşleştirme, ilgili yönetim kurulu kararı ile kesinleşir; nihai akademik tanınma ise hareketlilik sonunda sunulacak belgeler doğrultusunda tamamlanır.</w:t>
            </w:r>
          </w:p>
        </w:tc>
      </w:tr>
    </w:tbl>
    <w:p w14:paraId="31B77F36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6" w:space="0" w:color="9FB1C8"/>
          <w:left w:val="single" w:sz="6" w:space="0" w:color="9FB1C8"/>
          <w:bottom w:val="single" w:sz="6" w:space="0" w:color="9FB1C8"/>
          <w:right w:val="single" w:sz="6" w:space="0" w:color="9FB1C8"/>
          <w:insideH w:val="single" w:sz="6" w:space="0" w:color="D1DAE6"/>
          <w:insideV w:val="single" w:sz="6" w:space="0" w:color="D1DAE6"/>
        </w:tblBorders>
        <w:tblLayout w:type="fixed"/>
        <w:tblLook w:val="04A0" w:firstRow="1" w:lastRow="0" w:firstColumn="1" w:lastColumn="0" w:noHBand="0" w:noVBand="1"/>
      </w:tblPr>
      <w:tblGrid>
        <w:gridCol w:w="3113"/>
        <w:gridCol w:w="3884"/>
        <w:gridCol w:w="3305"/>
        <w:gridCol w:w="4254"/>
      </w:tblGrid>
      <w:tr w:rsidR="005D6705" w:rsidRPr="00B31279" w14:paraId="1C2739DD" w14:textId="77777777" w:rsidTr="002613C5">
        <w:trPr>
          <w:jc w:val="center"/>
        </w:trPr>
        <w:tc>
          <w:tcPr>
            <w:tcW w:w="2937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79815CE" w14:textId="77777777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ÖĞRENCİ</w:t>
            </w:r>
          </w:p>
        </w:tc>
        <w:tc>
          <w:tcPr>
            <w:tcW w:w="3664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895BD9" w14:textId="1907E455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ERASMUS+ BÖLÜM</w:t>
            </w:r>
            <w:r w:rsidR="002613C5">
              <w:rPr>
                <w:b/>
                <w:sz w:val="18"/>
                <w:szCs w:val="24"/>
              </w:rPr>
              <w:t xml:space="preserve"> </w:t>
            </w:r>
            <w:r w:rsidRPr="00250D3D">
              <w:rPr>
                <w:b/>
                <w:sz w:val="18"/>
                <w:szCs w:val="24"/>
              </w:rPr>
              <w:t>KOORDİNATÖRÜ</w:t>
            </w:r>
          </w:p>
        </w:tc>
        <w:tc>
          <w:tcPr>
            <w:tcW w:w="311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0956FC5" w14:textId="77777777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BAŞKANI</w:t>
            </w:r>
          </w:p>
        </w:tc>
        <w:tc>
          <w:tcPr>
            <w:tcW w:w="401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FEDAD89" w14:textId="77777777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İNTİBAK KOMİSYONU</w:t>
            </w:r>
          </w:p>
        </w:tc>
      </w:tr>
      <w:tr w:rsidR="005D6705" w:rsidRPr="00B31279" w14:paraId="5AC12A5C" w14:textId="77777777" w:rsidTr="002613C5">
        <w:trPr>
          <w:trHeight w:val="882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27E385A4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5E8A9A73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6541EA0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3F89936" w14:textId="77777777" w:rsidR="005D6705" w:rsidRDefault="00602BD4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5B34ED9D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6427825E" w14:textId="74EB7244" w:rsidR="00BD10CE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6DFAEEC2" w14:textId="77777777" w:rsidTr="002613C5">
        <w:trPr>
          <w:trHeight w:val="882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F82FFF0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1FA15EF9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CC5468F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769EC57" w14:textId="059C7CFB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6459A7F0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07309619" w14:textId="6D850207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048A080C" w14:textId="77777777" w:rsidTr="002613C5">
        <w:trPr>
          <w:trHeight w:val="895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EA672B9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628C12EC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2BEE145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A96FAC9" w14:textId="77777777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4EA72867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5FD4DF5E" w14:textId="586D2082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</w:tbl>
    <w:p w14:paraId="25F13E5B" w14:textId="77777777" w:rsidR="005D6705" w:rsidRPr="00BD10CE" w:rsidRDefault="00602BD4">
      <w:pPr>
        <w:spacing w:before="40" w:after="0"/>
        <w:rPr>
          <w:sz w:val="20"/>
          <w:szCs w:val="28"/>
        </w:rPr>
      </w:pPr>
      <w:r w:rsidRPr="00BD10CE">
        <w:rPr>
          <w:i/>
          <w:sz w:val="18"/>
          <w:szCs w:val="28"/>
        </w:rPr>
        <w:t>Not: Bu form elektronik ortamda doldurulmak üzere hazırlanmıştır. Formun çıktısı alınarak ilgili taraflarca imzalanması ve gerekli akademik/idari süreçler tamamlandıktan sonra işleme alınması esastır.</w:t>
      </w:r>
    </w:p>
    <w:sectPr w:rsidR="005D6705" w:rsidRPr="00BD10CE" w:rsidSect="006B3F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134" w:right="1134" w:bottom="1134" w:left="1134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66A3D" w14:textId="77777777" w:rsidR="00602BD4" w:rsidRDefault="00602BD4" w:rsidP="00DB6CE0">
      <w:pPr>
        <w:spacing w:after="0" w:line="240" w:lineRule="auto"/>
      </w:pPr>
      <w:r>
        <w:separator/>
      </w:r>
    </w:p>
  </w:endnote>
  <w:endnote w:type="continuationSeparator" w:id="0">
    <w:p w14:paraId="33E2C4AF" w14:textId="77777777" w:rsidR="00602BD4" w:rsidRDefault="00602BD4" w:rsidP="00DB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E747" w14:textId="77777777" w:rsidR="00FA61A1" w:rsidRDefault="00FA61A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6066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06F932" w14:textId="61F6D09F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Hakkari Üniversitesi </w:t>
            </w:r>
            <w:r w:rsidR="00250C7A">
              <w:rPr>
                <w:color w:val="595959" w:themeColor="text1" w:themeTint="A6"/>
              </w:rPr>
              <w:t>–</w:t>
            </w:r>
            <w:r w:rsidRPr="00250C7A">
              <w:rPr>
                <w:color w:val="595959" w:themeColor="text1" w:themeTint="A6"/>
              </w:rPr>
              <w:t> Erasmus</w:t>
            </w:r>
            <w:r w:rsidR="00250C7A">
              <w:rPr>
                <w:color w:val="595959" w:themeColor="text1" w:themeTint="A6"/>
              </w:rPr>
              <w:t>+</w:t>
            </w:r>
            <w:r w:rsidRPr="00250C7A">
              <w:rPr>
                <w:color w:val="595959" w:themeColor="text1" w:themeTint="A6"/>
              </w:rPr>
              <w:t xml:space="preserve"> </w:t>
            </w:r>
            <w:r w:rsidR="00250C7A">
              <w:rPr>
                <w:color w:val="595959" w:themeColor="text1" w:themeTint="A6"/>
              </w:rPr>
              <w:t xml:space="preserve">Kurum </w:t>
            </w:r>
            <w:r w:rsidRPr="00250C7A">
              <w:rPr>
                <w:color w:val="595959" w:themeColor="text1" w:themeTint="A6"/>
              </w:rPr>
              <w:t>Koordinatörlüğü</w:t>
            </w:r>
          </w:p>
          <w:p w14:paraId="4192E1E9" w14:textId="77777777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 xml:space="preserve">Zeynel Bey Yerleşkesi </w:t>
            </w:r>
            <w:proofErr w:type="spellStart"/>
            <w:r w:rsidRPr="00250C7A">
              <w:rPr>
                <w:color w:val="595959" w:themeColor="text1" w:themeTint="A6"/>
              </w:rPr>
              <w:t>Keklikpınar</w:t>
            </w:r>
            <w:proofErr w:type="spellEnd"/>
            <w:r w:rsidRPr="00250C7A">
              <w:rPr>
                <w:color w:val="595959" w:themeColor="text1" w:themeTint="A6"/>
              </w:rPr>
              <w:t xml:space="preserve"> Mah. Kampüs Caddesi Merkezi Derslikler Binası 30000 Merkez/Hakkari</w:t>
            </w:r>
          </w:p>
          <w:p w14:paraId="3AF16CF4" w14:textId="48679A13" w:rsidR="002A018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+90 (438) 212 12 12 / 650</w:t>
            </w:r>
            <w:r w:rsidR="00250C7A">
              <w:rPr>
                <w:color w:val="595959" w:themeColor="text1" w:themeTint="A6"/>
              </w:rPr>
              <w:t>5</w:t>
            </w:r>
            <w:r w:rsidRPr="00250C7A">
              <w:rPr>
                <w:color w:val="595959" w:themeColor="text1" w:themeTint="A6"/>
              </w:rPr>
              <w:t>, 650</w:t>
            </w:r>
            <w:r w:rsidR="00250C7A">
              <w:rPr>
                <w:color w:val="595959" w:themeColor="text1" w:themeTint="A6"/>
              </w:rPr>
              <w:t>1</w:t>
            </w:r>
          </w:p>
          <w:p w14:paraId="24CD8E36" w14:textId="49ECD37E" w:rsidR="00250C7A" w:rsidRPr="00250C7A" w:rsidRDefault="00250C7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erasmus@hakkari.edu.tr</w:t>
            </w:r>
          </w:p>
          <w:p w14:paraId="1C89D46C" w14:textId="5AEDA727" w:rsidR="002A018A" w:rsidRDefault="002A018A" w:rsidP="002A018A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19525A" w14:textId="77777777" w:rsidR="00DB6CE0" w:rsidRDefault="00DB6CE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3DBAB" w14:textId="77777777" w:rsidR="00FA61A1" w:rsidRDefault="00FA61A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F2E71" w14:textId="77777777" w:rsidR="00602BD4" w:rsidRDefault="00602BD4" w:rsidP="00DB6CE0">
      <w:pPr>
        <w:spacing w:after="0" w:line="240" w:lineRule="auto"/>
      </w:pPr>
      <w:r>
        <w:separator/>
      </w:r>
    </w:p>
  </w:footnote>
  <w:footnote w:type="continuationSeparator" w:id="0">
    <w:p w14:paraId="33B1C8A7" w14:textId="77777777" w:rsidR="00602BD4" w:rsidRDefault="00602BD4" w:rsidP="00DB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F4961" w14:textId="77777777" w:rsidR="00FA61A1" w:rsidRDefault="00FA61A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shd w:val="clear" w:color="auto" w:fill="DBE5F1" w:themeFill="accent1" w:themeFillTint="33"/>
      <w:tblLook w:val="04A0" w:firstRow="1" w:lastRow="0" w:firstColumn="1" w:lastColumn="0" w:noHBand="0" w:noVBand="1"/>
    </w:tblPr>
    <w:tblGrid>
      <w:gridCol w:w="2059"/>
      <w:gridCol w:w="12503"/>
    </w:tblGrid>
    <w:tr w:rsidR="00F341D9" w14:paraId="624DF09A" w14:textId="77777777" w:rsidTr="00FA61A1">
      <w:trPr>
        <w:trHeight w:val="1129"/>
        <w:jc w:val="center"/>
      </w:trPr>
      <w:tc>
        <w:tcPr>
          <w:tcW w:w="707" w:type="pct"/>
          <w:shd w:val="clear" w:color="auto" w:fill="F5F7FA"/>
          <w:vAlign w:val="center"/>
        </w:tcPr>
        <w:p w14:paraId="621F644C" w14:textId="77777777" w:rsidR="00F341D9" w:rsidRDefault="00F341D9" w:rsidP="00F341D9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63142FB1" wp14:editId="18767AC9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3" w:type="pct"/>
          <w:shd w:val="clear" w:color="auto" w:fill="F5F7FA"/>
          <w:vAlign w:val="center"/>
        </w:tcPr>
        <w:p w14:paraId="2537F65A" w14:textId="77777777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ÖĞRENCİ ÖĞRENİM HAREKETLİLİĞİ DERS İNTİBAK A TABLOSU </w:t>
          </w:r>
        </w:p>
        <w:p w14:paraId="6957A47B" w14:textId="6EF29F1A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>(HAREKETLİLİK ÖNCESİNDE)</w:t>
          </w:r>
        </w:p>
      </w:tc>
    </w:tr>
  </w:tbl>
  <w:p w14:paraId="4AD4581F" w14:textId="77777777" w:rsidR="00F822B2" w:rsidRPr="00F341D9" w:rsidRDefault="00F822B2" w:rsidP="00F341D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B1DA" w14:textId="77777777" w:rsidR="00FA61A1" w:rsidRDefault="00FA61A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1077041">
    <w:abstractNumId w:val="8"/>
  </w:num>
  <w:num w:numId="2" w16cid:durableId="745348744">
    <w:abstractNumId w:val="6"/>
  </w:num>
  <w:num w:numId="3" w16cid:durableId="1027675834">
    <w:abstractNumId w:val="5"/>
  </w:num>
  <w:num w:numId="4" w16cid:durableId="2006122953">
    <w:abstractNumId w:val="4"/>
  </w:num>
  <w:num w:numId="5" w16cid:durableId="1505125434">
    <w:abstractNumId w:val="7"/>
  </w:num>
  <w:num w:numId="6" w16cid:durableId="1819569883">
    <w:abstractNumId w:val="3"/>
  </w:num>
  <w:num w:numId="7" w16cid:durableId="2089770483">
    <w:abstractNumId w:val="2"/>
  </w:num>
  <w:num w:numId="8" w16cid:durableId="1258564162">
    <w:abstractNumId w:val="1"/>
  </w:num>
  <w:num w:numId="9" w16cid:durableId="58873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4591"/>
    <w:rsid w:val="0015074B"/>
    <w:rsid w:val="00197061"/>
    <w:rsid w:val="00250C7A"/>
    <w:rsid w:val="00250D3D"/>
    <w:rsid w:val="002613C5"/>
    <w:rsid w:val="00286603"/>
    <w:rsid w:val="0029639D"/>
    <w:rsid w:val="002A018A"/>
    <w:rsid w:val="00326F90"/>
    <w:rsid w:val="003B1413"/>
    <w:rsid w:val="003C5705"/>
    <w:rsid w:val="003C706D"/>
    <w:rsid w:val="004C6801"/>
    <w:rsid w:val="0058359E"/>
    <w:rsid w:val="00596F35"/>
    <w:rsid w:val="005D6705"/>
    <w:rsid w:val="00602BD4"/>
    <w:rsid w:val="006B3F72"/>
    <w:rsid w:val="006C5DCB"/>
    <w:rsid w:val="00703EF8"/>
    <w:rsid w:val="00721F00"/>
    <w:rsid w:val="009410AF"/>
    <w:rsid w:val="009A65B0"/>
    <w:rsid w:val="00A46D43"/>
    <w:rsid w:val="00A51711"/>
    <w:rsid w:val="00A53762"/>
    <w:rsid w:val="00A63689"/>
    <w:rsid w:val="00AA1D8D"/>
    <w:rsid w:val="00B11552"/>
    <w:rsid w:val="00B31279"/>
    <w:rsid w:val="00B47730"/>
    <w:rsid w:val="00B559DB"/>
    <w:rsid w:val="00BD10CE"/>
    <w:rsid w:val="00C3709D"/>
    <w:rsid w:val="00C51B3E"/>
    <w:rsid w:val="00C86BD8"/>
    <w:rsid w:val="00CB0664"/>
    <w:rsid w:val="00CC1313"/>
    <w:rsid w:val="00D1202A"/>
    <w:rsid w:val="00DB6CE0"/>
    <w:rsid w:val="00E44514"/>
    <w:rsid w:val="00F051C7"/>
    <w:rsid w:val="00F341D9"/>
    <w:rsid w:val="00F44E1D"/>
    <w:rsid w:val="00F822B2"/>
    <w:rsid w:val="00FA61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72CE55"/>
  <w14:defaultImageDpi w14:val="300"/>
  <w15:docId w15:val="{F8F07B08-2697-4BCE-897A-EDB92604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0CE"/>
    <w:rPr>
      <w:rFonts w:ascii="Arial" w:eastAsia="Arial" w:hAnsi="Arial"/>
      <w:sz w:val="17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subject/>
  <dc:creator>python-docx</dc:creator>
  <cp:keywords/>
  <dc:description>generated by python-docx</dc:description>
  <cp:lastModifiedBy>Savaş Beyter</cp:lastModifiedBy>
  <cp:revision>3</cp:revision>
  <dcterms:created xsi:type="dcterms:W3CDTF">2026-04-19T18:26:00Z</dcterms:created>
  <dcterms:modified xsi:type="dcterms:W3CDTF">2026-04-23T13:22:00Z</dcterms:modified>
  <cp:category/>
</cp:coreProperties>
</file>