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0"/>
        <w:gridCol w:w="2605"/>
        <w:gridCol w:w="2608"/>
        <w:gridCol w:w="2097"/>
        <w:gridCol w:w="2604"/>
        <w:gridCol w:w="2608"/>
      </w:tblGrid>
      <w:tr w:rsidR="005D6705" w:rsidRPr="00B31279" w14:paraId="3553506D" w14:textId="77777777" w:rsidTr="00437D52">
        <w:trPr>
          <w:jc w:val="center"/>
        </w:trPr>
        <w:tc>
          <w:tcPr>
            <w:tcW w:w="1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506A64F" w14:textId="32C9C7AA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ENSTİTÜ / FAKÜLTE /  MYO</w:t>
            </w:r>
          </w:p>
        </w:tc>
        <w:tc>
          <w:tcPr>
            <w:tcW w:w="4855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B26F731" w14:textId="0B06AE04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0E6127B" w14:textId="2155975C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KABUL EDEN ÜNİVERSİTE</w:t>
            </w:r>
          </w:p>
        </w:tc>
        <w:tc>
          <w:tcPr>
            <w:tcW w:w="4854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5FBFF1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5D6705" w:rsidRPr="00B31279" w14:paraId="28BF512E" w14:textId="77777777" w:rsidTr="00437D52">
        <w:trPr>
          <w:jc w:val="center"/>
        </w:trPr>
        <w:tc>
          <w:tcPr>
            <w:tcW w:w="1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413133" w14:textId="2DF021AE" w:rsidR="005D6705" w:rsidRPr="00B31279" w:rsidRDefault="00845EFE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BÖLÜM / </w:t>
            </w:r>
            <w:r w:rsidR="00B31279" w:rsidRPr="00B31279">
              <w:rPr>
                <w:b/>
                <w:sz w:val="16"/>
                <w:szCs w:val="16"/>
              </w:rPr>
              <w:t>PROGRAM</w:t>
            </w:r>
          </w:p>
        </w:tc>
        <w:tc>
          <w:tcPr>
            <w:tcW w:w="4855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0955EE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9327495" w14:textId="77777777" w:rsidR="005D6705" w:rsidRPr="00B31279" w:rsidRDefault="00845EFE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ÜLKE</w:t>
            </w:r>
          </w:p>
        </w:tc>
        <w:tc>
          <w:tcPr>
            <w:tcW w:w="4854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FAF7244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B31279" w:rsidRPr="00B31279" w14:paraId="351F91D9" w14:textId="77777777" w:rsidTr="00437D52">
        <w:trPr>
          <w:jc w:val="center"/>
        </w:trPr>
        <w:tc>
          <w:tcPr>
            <w:tcW w:w="1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E9A0736" w14:textId="6E4503A0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ADI - SOYADI</w:t>
            </w:r>
          </w:p>
        </w:tc>
        <w:tc>
          <w:tcPr>
            <w:tcW w:w="4855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613709F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D43A9C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ERASMUS KODU / OID</w:t>
            </w:r>
          </w:p>
        </w:tc>
        <w:tc>
          <w:tcPr>
            <w:tcW w:w="2425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62DAE1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429" w:type="dxa"/>
            <w:vAlign w:val="center"/>
          </w:tcPr>
          <w:p w14:paraId="12D94B04" w14:textId="7F85282A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197061" w:rsidRPr="00B31279" w14:paraId="0F32F158" w14:textId="77777777" w:rsidTr="00437D52">
        <w:trPr>
          <w:jc w:val="center"/>
        </w:trPr>
        <w:tc>
          <w:tcPr>
            <w:tcW w:w="1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1651AF" w14:textId="6CEA0A8B" w:rsidR="00197061" w:rsidRPr="00B31279" w:rsidRDefault="00197061" w:rsidP="00B31279">
            <w:pPr>
              <w:spacing w:after="0"/>
              <w:rPr>
                <w:b/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TCKN / ÖĞRENCİ NO</w:t>
            </w:r>
          </w:p>
        </w:tc>
        <w:tc>
          <w:tcPr>
            <w:tcW w:w="2426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F88976D" w14:textId="77777777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429" w:type="dxa"/>
            <w:vAlign w:val="center"/>
          </w:tcPr>
          <w:p w14:paraId="344887AF" w14:textId="5ED6550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D8A07A2" w14:textId="76C267AF" w:rsidR="00197061" w:rsidRPr="00B31279" w:rsidRDefault="00197061" w:rsidP="00B31279">
            <w:pPr>
              <w:spacing w:after="0"/>
              <w:rPr>
                <w:b/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AKADEMİK </w:t>
            </w:r>
            <w:r>
              <w:rPr>
                <w:b/>
                <w:sz w:val="16"/>
                <w:szCs w:val="16"/>
              </w:rPr>
              <w:t>YIL</w:t>
            </w:r>
          </w:p>
        </w:tc>
        <w:tc>
          <w:tcPr>
            <w:tcW w:w="4854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353C17F" w14:textId="508088D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sz w:val="16"/>
                <w:szCs w:val="16"/>
              </w:rPr>
              <w:t>2</w:t>
            </w:r>
          </w:p>
        </w:tc>
      </w:tr>
      <w:tr w:rsidR="00197061" w:rsidRPr="00B31279" w14:paraId="17A5EDF4" w14:textId="77777777" w:rsidTr="00437D52">
        <w:trPr>
          <w:jc w:val="center"/>
        </w:trPr>
        <w:tc>
          <w:tcPr>
            <w:tcW w:w="1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72B10EB" w14:textId="7A7415E1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4855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A34CE1A" w14:textId="77777777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6D3A745" w14:textId="1A9C2E08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DÖNEM (GÜZ / BAHAR / TAM YIL)</w:t>
            </w:r>
          </w:p>
        </w:tc>
        <w:tc>
          <w:tcPr>
            <w:tcW w:w="4854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0C4C428" w14:textId="4F2BC4EE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</w:tr>
    </w:tbl>
    <w:p w14:paraId="53A65EB1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8" w:space="0" w:color="7A8CA5"/>
          <w:left w:val="single" w:sz="8" w:space="0" w:color="7A8CA5"/>
          <w:bottom w:val="single" w:sz="8" w:space="0" w:color="7A8CA5"/>
          <w:right w:val="single" w:sz="8" w:space="0" w:color="7A8CA5"/>
          <w:insideH w:val="single" w:sz="6" w:space="0" w:color="9FB1C8"/>
          <w:insideV w:val="single" w:sz="6" w:space="0" w:color="9FB1C8"/>
        </w:tblBorders>
        <w:tblLayout w:type="fixed"/>
        <w:tblLook w:val="04A0" w:firstRow="1" w:lastRow="0" w:firstColumn="1" w:lastColumn="0" w:noHBand="0" w:noVBand="1"/>
      </w:tblPr>
      <w:tblGrid>
        <w:gridCol w:w="1139"/>
        <w:gridCol w:w="3102"/>
        <w:gridCol w:w="836"/>
        <w:gridCol w:w="1576"/>
        <w:gridCol w:w="1134"/>
        <w:gridCol w:w="3172"/>
        <w:gridCol w:w="1012"/>
        <w:gridCol w:w="1660"/>
        <w:gridCol w:w="921"/>
      </w:tblGrid>
      <w:tr w:rsidR="00CE7F39" w:rsidRPr="00B31279" w14:paraId="7D62FF98" w14:textId="3640AB0B" w:rsidTr="00CE7F39">
        <w:trPr>
          <w:jc w:val="center"/>
        </w:trPr>
        <w:tc>
          <w:tcPr>
            <w:tcW w:w="6653" w:type="dxa"/>
            <w:gridSpan w:val="4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390633C" w14:textId="0273C53B" w:rsidR="00CE7F39" w:rsidRPr="006323F9" w:rsidRDefault="00CE7F39" w:rsidP="00F822B2">
            <w:pPr>
              <w:spacing w:after="0"/>
              <w:rPr>
                <w:rFonts w:cs="Arial"/>
                <w:b/>
                <w:color w:val="FFFFFF"/>
                <w:sz w:val="18"/>
                <w:szCs w:val="18"/>
              </w:rPr>
            </w:pPr>
            <w:r w:rsidRPr="006323F9">
              <w:rPr>
                <w:rFonts w:cs="Arial"/>
                <w:b/>
                <w:color w:val="FFFFFF"/>
                <w:sz w:val="18"/>
                <w:szCs w:val="18"/>
              </w:rPr>
              <w:t xml:space="preserve">KABUL EDEN ÜNİVERSİTEDE </w:t>
            </w:r>
            <w:r>
              <w:rPr>
                <w:rFonts w:cs="Arial"/>
                <w:b/>
                <w:color w:val="FFFFFF"/>
                <w:sz w:val="18"/>
                <w:szCs w:val="18"/>
              </w:rPr>
              <w:t>YAPILAN DEĞİŞİKLİKLER</w:t>
            </w:r>
          </w:p>
        </w:tc>
        <w:tc>
          <w:tcPr>
            <w:tcW w:w="7899" w:type="dxa"/>
            <w:gridSpan w:val="5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9EE82CF" w14:textId="04B01353" w:rsidR="00CE7F39" w:rsidRPr="006323F9" w:rsidRDefault="00CE7F39" w:rsidP="00F822B2">
            <w:pPr>
              <w:spacing w:after="0"/>
              <w:rPr>
                <w:rFonts w:cs="Arial"/>
                <w:b/>
                <w:color w:val="FFFFFF"/>
                <w:sz w:val="18"/>
                <w:szCs w:val="18"/>
              </w:rPr>
            </w:pPr>
            <w:r w:rsidRPr="006323F9">
              <w:rPr>
                <w:rFonts w:cs="Arial"/>
                <w:b/>
                <w:color w:val="FFFFFF"/>
                <w:sz w:val="18"/>
                <w:szCs w:val="18"/>
              </w:rPr>
              <w:t>HAKKARİ ÜNİVERSİTESİNDE EŞDEĞER SAYILMASI ÖNGÖRÜLEN DERSLER</w:t>
            </w:r>
          </w:p>
        </w:tc>
      </w:tr>
      <w:tr w:rsidR="00CE7F39" w:rsidRPr="00B31279" w14:paraId="1D6FC18E" w14:textId="7E1D39C7" w:rsidTr="00CE7F39">
        <w:trPr>
          <w:jc w:val="center"/>
        </w:trPr>
        <w:tc>
          <w:tcPr>
            <w:tcW w:w="1139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9F45D15" w14:textId="77777777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KODU</w:t>
            </w:r>
          </w:p>
        </w:tc>
        <w:tc>
          <w:tcPr>
            <w:tcW w:w="3102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EA3DA01" w14:textId="77777777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ADI</w:t>
            </w:r>
          </w:p>
        </w:tc>
        <w:tc>
          <w:tcPr>
            <w:tcW w:w="836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5525581" w14:textId="2FBF2998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  <w:tc>
          <w:tcPr>
            <w:tcW w:w="1576" w:type="dxa"/>
            <w:shd w:val="clear" w:color="auto" w:fill="DCE8F4"/>
          </w:tcPr>
          <w:p w14:paraId="4361AA27" w14:textId="177D349B" w:rsidR="00CE7F39" w:rsidRPr="00197061" w:rsidRDefault="00CE7F39" w:rsidP="00F822B2">
            <w:pPr>
              <w:spacing w:after="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AÇIKLAMA </w:t>
            </w:r>
            <w:r>
              <w:rPr>
                <w:rFonts w:cs="Arial"/>
                <w:b/>
                <w:sz w:val="16"/>
                <w:szCs w:val="16"/>
              </w:rPr>
              <w:br/>
              <w:t>Eklenen / Silinen</w:t>
            </w:r>
          </w:p>
        </w:tc>
        <w:tc>
          <w:tcPr>
            <w:tcW w:w="1134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2A73563" w14:textId="653BD4DA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KODU</w:t>
            </w:r>
          </w:p>
        </w:tc>
        <w:tc>
          <w:tcPr>
            <w:tcW w:w="3172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3B81D2A" w14:textId="77777777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ADI</w:t>
            </w:r>
          </w:p>
        </w:tc>
        <w:tc>
          <w:tcPr>
            <w:tcW w:w="1012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9439406" w14:textId="77777777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YARIYIL</w:t>
            </w:r>
          </w:p>
        </w:tc>
        <w:tc>
          <w:tcPr>
            <w:tcW w:w="1660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09273C2" w14:textId="6271464B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AÇIKLAMA </w:t>
            </w:r>
            <w:r>
              <w:rPr>
                <w:rFonts w:cs="Arial"/>
                <w:b/>
                <w:sz w:val="16"/>
                <w:szCs w:val="16"/>
              </w:rPr>
              <w:br/>
              <w:t>Eklenen / Silinen</w:t>
            </w:r>
          </w:p>
        </w:tc>
        <w:tc>
          <w:tcPr>
            <w:tcW w:w="921" w:type="dxa"/>
            <w:shd w:val="clear" w:color="auto" w:fill="DCE8F4"/>
          </w:tcPr>
          <w:p w14:paraId="423E8DCA" w14:textId="52BB5B97" w:rsidR="00CE7F39" w:rsidRPr="00197061" w:rsidRDefault="00CE7F39" w:rsidP="00F822B2">
            <w:pPr>
              <w:spacing w:after="0"/>
              <w:rPr>
                <w:rFonts w:cs="Arial"/>
                <w:b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</w:tr>
      <w:tr w:rsidR="00CE7F39" w:rsidRPr="00B31279" w14:paraId="377DBD8E" w14:textId="74D25A04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361238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09CBBB3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FAB22F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0FDE9D9E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3681B37" w14:textId="14C976C8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BE8F880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3923971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B26FF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44D4514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5D0EBAB2" w14:textId="203ED428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DDDC939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07D8B56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BF144E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506BA724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D7AAA6F" w14:textId="6A516A65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5E943B6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D764D4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243C5F9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255DC15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42BC2C41" w14:textId="18CE48DF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91D30C8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FE534A3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CBFFD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5F317E65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21CA92" w14:textId="4CF7F2FC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5650E32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0DE4EC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B8043F7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3CCE63EF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5FCF6AD1" w14:textId="54DCA842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7FA8511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0CFB3A4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A49604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65874DB9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51BB580" w14:textId="08CAC229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30EC31F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8605679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E25479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302FBD0D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22F67FEF" w14:textId="327463BB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341AAFE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49AEA8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4BB28EE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0FB7B73F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1DE70F" w14:textId="12BDA034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53617EB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7407ABF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FB1CC4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3622C5C4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05B97197" w14:textId="6F09B8F5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596B9E1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265E692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7375A64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3E5E9E61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1938312" w14:textId="15FDA2E3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3183416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293151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F9C2EBA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63097727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1460D0AB" w14:textId="7D2CFF96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475412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9710270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6E8166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394BB9F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0AF0FC7" w14:textId="4EEEC6C1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FD3A42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BB0BE3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7DD4FD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4256175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2A7A31BC" w14:textId="7BC9B27A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1072F5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BAFAF31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DE0A01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332D12B5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D69E3DC" w14:textId="29295EF8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257672F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E1E3E02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93D949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03D0DEAC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738D606F" w14:textId="7EFB12C5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385B7C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BE72215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D135798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474CB26C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A144580" w14:textId="63336F96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6BB0CD4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0E7E5E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6A997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010C08CE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6865E9FF" w14:textId="45BA766A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131F308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4455B9D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079BF5C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2AADE76F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AEFB9E" w14:textId="6465A669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8F7DC60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7CE3201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C61361D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1D5DA777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09229742" w14:textId="2CEE2ED6" w:rsidTr="00CE7F39">
        <w:trPr>
          <w:jc w:val="center"/>
        </w:trPr>
        <w:tc>
          <w:tcPr>
            <w:tcW w:w="4241" w:type="dxa"/>
            <w:gridSpan w:val="2"/>
            <w:shd w:val="clear" w:color="auto" w:fill="EEF4F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8CED865" w14:textId="01C85AF9" w:rsidR="00CE7F39" w:rsidRPr="00197061" w:rsidRDefault="00CE7F39" w:rsidP="00197061">
            <w:pPr>
              <w:spacing w:after="0"/>
              <w:jc w:val="right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TOPLAM AKTS</w:t>
            </w: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505EBA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EEF4FA"/>
          </w:tcPr>
          <w:p w14:paraId="0F58A0B5" w14:textId="77777777" w:rsidR="00CE7F39" w:rsidRPr="00197061" w:rsidRDefault="00CE7F39" w:rsidP="00197061">
            <w:pPr>
              <w:spacing w:after="0"/>
              <w:jc w:val="righ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318" w:type="dxa"/>
            <w:gridSpan w:val="3"/>
            <w:shd w:val="clear" w:color="auto" w:fill="EEF4F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4EDCB7" w14:textId="6C944644" w:rsidR="00CE7F39" w:rsidRPr="00197061" w:rsidRDefault="00CE7F39" w:rsidP="00197061">
            <w:pPr>
              <w:spacing w:after="0"/>
              <w:jc w:val="right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TOPLAM AKTS</w:t>
            </w: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C761578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4887A0D5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</w:tr>
    </w:tbl>
    <w:p w14:paraId="0F1167D1" w14:textId="77777777" w:rsidR="005D6705" w:rsidRPr="00B31279" w:rsidRDefault="005D6705">
      <w:pPr>
        <w:spacing w:after="20"/>
      </w:pPr>
    </w:p>
    <w:p w14:paraId="29C8702E" w14:textId="1072C6CC" w:rsidR="005D6705" w:rsidRPr="00B31279" w:rsidRDefault="00DB6CE0" w:rsidP="00B31279">
      <w:pPr>
        <w:rPr>
          <w:b/>
          <w:color w:val="1A365D"/>
          <w:sz w:val="18"/>
        </w:rPr>
      </w:pPr>
      <w:r>
        <w:rPr>
          <w:b/>
          <w:color w:val="1A365D"/>
          <w:sz w:val="18"/>
        </w:rPr>
        <w:br w:type="page"/>
      </w:r>
      <w:r w:rsidR="00197061">
        <w:rPr>
          <w:b/>
          <w:color w:val="1A365D"/>
          <w:sz w:val="18"/>
        </w:rPr>
        <w:lastRenderedPageBreak/>
        <w:t>A</w:t>
      </w:r>
      <w:r w:rsidR="00197061" w:rsidRPr="00B31279">
        <w:rPr>
          <w:b/>
          <w:color w:val="1A365D"/>
          <w:sz w:val="18"/>
        </w:rPr>
        <w:t>çıklamalar</w:t>
      </w:r>
      <w:r w:rsidR="00BD10CE">
        <w:rPr>
          <w:b/>
          <w:color w:val="1A365D"/>
          <w:sz w:val="1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1"/>
        <w:gridCol w:w="7281"/>
      </w:tblGrid>
      <w:tr w:rsidR="005D6705" w:rsidRPr="00DB6CE0" w14:paraId="2DE7F501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84517B" w14:textId="3504D307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1. </w:t>
            </w:r>
            <w:r w:rsidR="000F65E9" w:rsidRPr="000F65E9">
              <w:rPr>
                <w:sz w:val="18"/>
                <w:szCs w:val="28"/>
              </w:rPr>
              <w:t>Yukarıdaki tabloda, Erasmus+ öğrencisinin misafir olduğu yükseköğretim kurumunda öğrenim süreci sırasında alması planlanan ve güncel Learning Agreement (During the Mobility) belgesinde yer alan dersler gösterilmiştir.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369B13" w14:textId="1F5204A0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>4. Öğrenci, misafir olduğu üniversitede derslerini başarı ile tamamladığı takdirde, bu dersler Hakkâri Üniversitesi'ndeki derslerine yukarıda belirtildiği şekilde eşdeğer sayılacaktır.</w:t>
            </w:r>
            <w:r w:rsidR="00BD10CE">
              <w:rPr>
                <w:sz w:val="18"/>
                <w:szCs w:val="28"/>
              </w:rPr>
              <w:t xml:space="preserve"> Bu doğrultuda Ders İntibak B Tablosu hazırlanacaktır. </w:t>
            </w:r>
          </w:p>
        </w:tc>
      </w:tr>
      <w:tr w:rsidR="005D6705" w:rsidRPr="00DB6CE0" w14:paraId="23FE71D8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AEFDAE" w14:textId="0A0B7AD6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2. </w:t>
            </w:r>
            <w:r w:rsidR="000F65E9" w:rsidRPr="000F65E9">
              <w:rPr>
                <w:sz w:val="18"/>
                <w:szCs w:val="28"/>
              </w:rPr>
              <w:t>Yukarıdaki tabloda, Erasmus+ öğrencisinin öğrenim hareketliliği sürecinde ders ekleme/silme işlemleri sonrasında, Hakkâri Üniversitesi müfredatında yerine saydırılması öngörülen dersler listelenmiştir. Nihai akademik tanınma, öğrencinin hareketlilik sonunda sunacağı transkript, katılım belgesi, Ders İntibak B Tablosu ve ilgili yönetim kurulu kararı doğrultusunda kesinleşecektir.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46DFA3" w14:textId="0D291709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5. </w:t>
            </w:r>
            <w:r w:rsidR="000F65E9" w:rsidRPr="000F65E9">
              <w:rPr>
                <w:sz w:val="18"/>
                <w:szCs w:val="28"/>
              </w:rPr>
              <w:t>Öğrencinin hareketlilik sürecinde yurt dışında bulunması nedeniyle, imzalanması gereken belgeler öğrenci tarafından elektronik ortamda imzalanarak veya imzalı şekilde Erasmus+ Bölüm Koordinatörüne iletilir. Erasmus+ Bölüm Koordinatörü, belgenin diğer imza ve akademik onay süreçlerini takip eder, ilgili bölüme/birime iletir, yönetim kurulu kararının alınmasını sağlar ve sürecin tamamlanmasını müteakip belgelerin Erasmus+ Kurum Koordinatörlüğüne bildirilmesini temin eder.</w:t>
            </w:r>
          </w:p>
        </w:tc>
      </w:tr>
      <w:tr w:rsidR="005D6705" w:rsidRPr="00DB6CE0" w14:paraId="1960CD7A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362283C" w14:textId="665D49A4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3. </w:t>
            </w:r>
            <w:r w:rsidR="000F65E9" w:rsidRPr="000F65E9">
              <w:rPr>
                <w:sz w:val="18"/>
                <w:szCs w:val="28"/>
              </w:rPr>
              <w:t>Öğrenci, bu tabloda belirtilen ders eşleştirmelerini incelediğini, kabul ettiğini ve intibak işlemlerinin bu eşleştirmeler esas alınarak yürütülmesini talep ettiğini beyan eder</w:t>
            </w:r>
            <w:r w:rsidR="000F65E9">
              <w:rPr>
                <w:sz w:val="18"/>
                <w:szCs w:val="28"/>
              </w:rPr>
              <w:t>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AE6B8D" w14:textId="62B310A5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6. </w:t>
            </w:r>
            <w:r w:rsidR="006A21FB" w:rsidRPr="006A21FB">
              <w:rPr>
                <w:sz w:val="18"/>
                <w:szCs w:val="28"/>
              </w:rPr>
              <w:t>Yukarıdaki tabloda belirtilen ve yurt dışında Erasmus+ Programı kapsamında alınması planlanan dersler ile Hakkâri Üniversitesi müfredatında karşılık sayılması uygun bulunan ders eşleştirmesi, ilgili akademik birim tarafından uygun bulunmuş olup kurul/onay sürecine sunulur. Söz konusu eşleştirme, ilgili yönetim kurulu kararı ile kesinleşir; nihai akademik tanınma ise hareketlilik sonunda sunulacak belgeler doğrultusunda tamamlanır.</w:t>
            </w:r>
          </w:p>
        </w:tc>
      </w:tr>
    </w:tbl>
    <w:p w14:paraId="31B77F36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6" w:space="0" w:color="9FB1C8"/>
          <w:left w:val="single" w:sz="6" w:space="0" w:color="9FB1C8"/>
          <w:bottom w:val="single" w:sz="6" w:space="0" w:color="9FB1C8"/>
          <w:right w:val="single" w:sz="6" w:space="0" w:color="9FB1C8"/>
          <w:insideH w:val="single" w:sz="6" w:space="0" w:color="D1DAE6"/>
          <w:insideV w:val="single" w:sz="6" w:space="0" w:color="D1DAE6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727"/>
        <w:gridCol w:w="3197"/>
        <w:gridCol w:w="4518"/>
      </w:tblGrid>
      <w:tr w:rsidR="005D6705" w:rsidRPr="00B31279" w14:paraId="1C2739DD" w14:textId="77777777" w:rsidTr="00F16E9D">
        <w:trPr>
          <w:jc w:val="center"/>
        </w:trPr>
        <w:tc>
          <w:tcPr>
            <w:tcW w:w="2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79815CE" w14:textId="77777777" w:rsidR="005D6705" w:rsidRPr="000F65E9" w:rsidRDefault="00845EFE" w:rsidP="00F822B2">
            <w:pPr>
              <w:rPr>
                <w:sz w:val="18"/>
                <w:szCs w:val="24"/>
              </w:rPr>
            </w:pPr>
            <w:r w:rsidRPr="000F65E9">
              <w:rPr>
                <w:b/>
                <w:sz w:val="18"/>
                <w:szCs w:val="24"/>
              </w:rPr>
              <w:t>ÖĞRENCİ</w:t>
            </w:r>
          </w:p>
        </w:tc>
        <w:tc>
          <w:tcPr>
            <w:tcW w:w="3471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0895BD9" w14:textId="3A2069DD" w:rsidR="005D6705" w:rsidRPr="000F65E9" w:rsidRDefault="00845EFE" w:rsidP="00F822B2">
            <w:pPr>
              <w:rPr>
                <w:sz w:val="18"/>
                <w:szCs w:val="24"/>
              </w:rPr>
            </w:pPr>
            <w:r w:rsidRPr="000F65E9">
              <w:rPr>
                <w:b/>
                <w:sz w:val="18"/>
                <w:szCs w:val="24"/>
              </w:rPr>
              <w:t>ERASMUS+ BÖLÜM</w:t>
            </w:r>
            <w:r w:rsidR="00F16E9D">
              <w:rPr>
                <w:b/>
                <w:sz w:val="18"/>
                <w:szCs w:val="24"/>
              </w:rPr>
              <w:t xml:space="preserve"> </w:t>
            </w:r>
            <w:r w:rsidRPr="000F65E9">
              <w:rPr>
                <w:b/>
                <w:sz w:val="18"/>
                <w:szCs w:val="24"/>
              </w:rPr>
              <w:t>KOORDİNATÖRÜ</w:t>
            </w:r>
          </w:p>
        </w:tc>
        <w:tc>
          <w:tcPr>
            <w:tcW w:w="2977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0956FC5" w14:textId="77777777" w:rsidR="005D6705" w:rsidRPr="000F65E9" w:rsidRDefault="00845EFE" w:rsidP="00F822B2">
            <w:pPr>
              <w:rPr>
                <w:sz w:val="18"/>
                <w:szCs w:val="24"/>
              </w:rPr>
            </w:pPr>
            <w:r w:rsidRPr="000F65E9">
              <w:rPr>
                <w:b/>
                <w:sz w:val="18"/>
                <w:szCs w:val="24"/>
              </w:rPr>
              <w:t>BÖLÜM BAŞKANI</w:t>
            </w:r>
          </w:p>
        </w:tc>
        <w:tc>
          <w:tcPr>
            <w:tcW w:w="420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FEDAD89" w14:textId="77777777" w:rsidR="005D6705" w:rsidRPr="000F65E9" w:rsidRDefault="00845EFE" w:rsidP="00F822B2">
            <w:pPr>
              <w:rPr>
                <w:sz w:val="18"/>
                <w:szCs w:val="24"/>
              </w:rPr>
            </w:pPr>
            <w:r w:rsidRPr="000F65E9">
              <w:rPr>
                <w:b/>
                <w:sz w:val="18"/>
                <w:szCs w:val="24"/>
              </w:rPr>
              <w:t>BÖLÜM İNTİBAK KOMİSYONU</w:t>
            </w:r>
          </w:p>
        </w:tc>
      </w:tr>
      <w:tr w:rsidR="005D6705" w:rsidRPr="00B31279" w14:paraId="5AC12A5C" w14:textId="77777777" w:rsidTr="00F16E9D">
        <w:trPr>
          <w:trHeight w:val="882"/>
          <w:jc w:val="center"/>
        </w:trPr>
        <w:tc>
          <w:tcPr>
            <w:tcW w:w="2900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27E385A4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3471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5E8A9A73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297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6541EA0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420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3F89936" w14:textId="77777777" w:rsidR="005D6705" w:rsidRDefault="00845EF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5B34ED9D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6427825E" w14:textId="74EB7244" w:rsidR="00BD10CE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5D6705" w:rsidRPr="00B31279" w14:paraId="6DFAEEC2" w14:textId="77777777" w:rsidTr="00F16E9D">
        <w:trPr>
          <w:trHeight w:val="882"/>
          <w:jc w:val="center"/>
        </w:trPr>
        <w:tc>
          <w:tcPr>
            <w:tcW w:w="2900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3F82FFF0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3471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1FA15EF9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297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CC5468F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420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769EC57" w14:textId="059C7CFB" w:rsidR="00BD10CE" w:rsidRDefault="00BD10C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6459A7F0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07309619" w14:textId="6D850207" w:rsidR="005D6705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5D6705" w:rsidRPr="00B31279" w14:paraId="048A080C" w14:textId="77777777" w:rsidTr="00F16E9D">
        <w:trPr>
          <w:trHeight w:val="895"/>
          <w:jc w:val="center"/>
        </w:trPr>
        <w:tc>
          <w:tcPr>
            <w:tcW w:w="2900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4EA672B9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3471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628C12EC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297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32BEE145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420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4A96FAC9" w14:textId="77777777" w:rsidR="00BD10CE" w:rsidRDefault="00BD10C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4EA72867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5FD4DF5E" w14:textId="586D2082" w:rsidR="005D6705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</w:tbl>
    <w:p w14:paraId="25F13E5B" w14:textId="77777777" w:rsidR="005D6705" w:rsidRPr="00BD10CE" w:rsidRDefault="00845EFE">
      <w:pPr>
        <w:spacing w:before="40" w:after="0"/>
        <w:rPr>
          <w:sz w:val="20"/>
          <w:szCs w:val="28"/>
        </w:rPr>
      </w:pPr>
      <w:r w:rsidRPr="00BD10CE">
        <w:rPr>
          <w:i/>
          <w:sz w:val="18"/>
          <w:szCs w:val="28"/>
        </w:rPr>
        <w:t>Not: Bu form elektronik ortamda doldurulmak üzere hazırlanmıştır. Formun çıktısı alınarak ilgili taraflarca imzalanması ve gerekli akademik/idari süreçler tamamlandıktan sonra işleme alınması esastır.</w:t>
      </w:r>
    </w:p>
    <w:sectPr w:rsidR="005D6705" w:rsidRPr="00BD10CE" w:rsidSect="00A62133">
      <w:headerReference w:type="default" r:id="rId8"/>
      <w:footerReference w:type="default" r:id="rId9"/>
      <w:pgSz w:w="16840" w:h="11907" w:orient="landscape" w:code="9"/>
      <w:pgMar w:top="1134" w:right="1134" w:bottom="1134" w:left="1134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94522" w14:textId="77777777" w:rsidR="00845EFE" w:rsidRDefault="00845EFE" w:rsidP="00DB6CE0">
      <w:pPr>
        <w:spacing w:after="0" w:line="240" w:lineRule="auto"/>
      </w:pPr>
      <w:r>
        <w:separator/>
      </w:r>
    </w:p>
  </w:endnote>
  <w:endnote w:type="continuationSeparator" w:id="0">
    <w:p w14:paraId="77627DAE" w14:textId="77777777" w:rsidR="00845EFE" w:rsidRDefault="00845EFE" w:rsidP="00DB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60667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06F932" w14:textId="61F6D09F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Hakkari Üniversitesi </w:t>
            </w:r>
            <w:r w:rsidR="00250C7A">
              <w:rPr>
                <w:color w:val="595959" w:themeColor="text1" w:themeTint="A6"/>
              </w:rPr>
              <w:t>–</w:t>
            </w:r>
            <w:r w:rsidRPr="00250C7A">
              <w:rPr>
                <w:color w:val="595959" w:themeColor="text1" w:themeTint="A6"/>
              </w:rPr>
              <w:t> Erasmus</w:t>
            </w:r>
            <w:r w:rsidR="00250C7A">
              <w:rPr>
                <w:color w:val="595959" w:themeColor="text1" w:themeTint="A6"/>
              </w:rPr>
              <w:t>+</w:t>
            </w:r>
            <w:r w:rsidRPr="00250C7A">
              <w:rPr>
                <w:color w:val="595959" w:themeColor="text1" w:themeTint="A6"/>
              </w:rPr>
              <w:t xml:space="preserve"> </w:t>
            </w:r>
            <w:r w:rsidR="00250C7A">
              <w:rPr>
                <w:color w:val="595959" w:themeColor="text1" w:themeTint="A6"/>
              </w:rPr>
              <w:t xml:space="preserve">Kurum </w:t>
            </w:r>
            <w:r w:rsidRPr="00250C7A">
              <w:rPr>
                <w:color w:val="595959" w:themeColor="text1" w:themeTint="A6"/>
              </w:rPr>
              <w:t>Koordinatörlüğü</w:t>
            </w:r>
          </w:p>
          <w:p w14:paraId="4192E1E9" w14:textId="77777777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Zeynel Bey Yerleşkesi Keklikpınar Mah. Kampüs Caddesi Merkezi Derslikler Binası 30000 Merkez/Hakkari</w:t>
            </w:r>
          </w:p>
          <w:p w14:paraId="3AF16CF4" w14:textId="48679A13" w:rsidR="002A018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+90 (438) 212 12 12 / 650</w:t>
            </w:r>
            <w:r w:rsidR="00250C7A">
              <w:rPr>
                <w:color w:val="595959" w:themeColor="text1" w:themeTint="A6"/>
              </w:rPr>
              <w:t>5</w:t>
            </w:r>
            <w:r w:rsidRPr="00250C7A">
              <w:rPr>
                <w:color w:val="595959" w:themeColor="text1" w:themeTint="A6"/>
              </w:rPr>
              <w:t>, 650</w:t>
            </w:r>
            <w:r w:rsidR="00250C7A">
              <w:rPr>
                <w:color w:val="595959" w:themeColor="text1" w:themeTint="A6"/>
              </w:rPr>
              <w:t>1</w:t>
            </w:r>
          </w:p>
          <w:p w14:paraId="24CD8E36" w14:textId="49ECD37E" w:rsidR="00250C7A" w:rsidRPr="00250C7A" w:rsidRDefault="00250C7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erasmus@hakkari.edu.tr</w:t>
            </w:r>
          </w:p>
          <w:p w14:paraId="1C89D46C" w14:textId="5AEDA727" w:rsidR="002A018A" w:rsidRDefault="002A018A" w:rsidP="002A018A">
            <w:pPr>
              <w:pStyle w:val="AltBilgi"/>
              <w:jc w:val="right"/>
            </w:pPr>
            <w:r>
              <w:t xml:space="preserve">Sayfa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19525A" w14:textId="77777777" w:rsidR="00DB6CE0" w:rsidRDefault="00DB6CE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C9674" w14:textId="77777777" w:rsidR="00845EFE" w:rsidRDefault="00845EFE" w:rsidP="00DB6CE0">
      <w:pPr>
        <w:spacing w:after="0" w:line="240" w:lineRule="auto"/>
      </w:pPr>
      <w:r>
        <w:separator/>
      </w:r>
    </w:p>
  </w:footnote>
  <w:footnote w:type="continuationSeparator" w:id="0">
    <w:p w14:paraId="03FE3B07" w14:textId="77777777" w:rsidR="00845EFE" w:rsidRDefault="00845EFE" w:rsidP="00DB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shd w:val="clear" w:color="auto" w:fill="DBE5F1" w:themeFill="accent1" w:themeFillTint="33"/>
      <w:tblLook w:val="04A0" w:firstRow="1" w:lastRow="0" w:firstColumn="1" w:lastColumn="0" w:noHBand="0" w:noVBand="1"/>
    </w:tblPr>
    <w:tblGrid>
      <w:gridCol w:w="2059"/>
      <w:gridCol w:w="12503"/>
    </w:tblGrid>
    <w:tr w:rsidR="00437D52" w14:paraId="2DE463C8" w14:textId="77777777" w:rsidTr="00F16E9D">
      <w:trPr>
        <w:trHeight w:val="1129"/>
        <w:jc w:val="center"/>
      </w:trPr>
      <w:tc>
        <w:tcPr>
          <w:tcW w:w="707" w:type="pct"/>
          <w:shd w:val="clear" w:color="auto" w:fill="F5F7FA"/>
          <w:vAlign w:val="center"/>
        </w:tcPr>
        <w:p w14:paraId="0C20C34E" w14:textId="77777777" w:rsidR="00437D52" w:rsidRDefault="00437D52" w:rsidP="00437D52">
          <w:pPr>
            <w:pStyle w:val="stBilgi"/>
            <w:jc w:val="center"/>
          </w:pPr>
          <w:r>
            <w:rPr>
              <w:noProof/>
            </w:rPr>
            <w:drawing>
              <wp:inline distT="0" distB="0" distL="0" distR="0" wp14:anchorId="2DD4C620" wp14:editId="56C184A1">
                <wp:extent cx="481360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3" w:type="pct"/>
          <w:shd w:val="clear" w:color="auto" w:fill="F5F7FA"/>
          <w:vAlign w:val="center"/>
        </w:tcPr>
        <w:p w14:paraId="5FF13C75" w14:textId="77777777" w:rsidR="00437D52" w:rsidRPr="00F341D9" w:rsidRDefault="00437D52" w:rsidP="00437D52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ERASMUS+ ÖĞRENCİ ÖĞRENİM HAREKETLİLİĞİ DERS İNTİBAK A TABLOSU </w:t>
          </w:r>
        </w:p>
        <w:p w14:paraId="44A94C64" w14:textId="2D216A65" w:rsidR="00437D52" w:rsidRPr="00F341D9" w:rsidRDefault="00437D52" w:rsidP="00437D52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(HAREKETLİLİK 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SIRASINDA</w:t>
          </w: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>)</w:t>
          </w:r>
        </w:p>
      </w:tc>
    </w:tr>
  </w:tbl>
  <w:p w14:paraId="4AD4581F" w14:textId="77777777" w:rsidR="00F822B2" w:rsidRDefault="00F822B2" w:rsidP="00437D5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1077041">
    <w:abstractNumId w:val="8"/>
  </w:num>
  <w:num w:numId="2" w16cid:durableId="745348744">
    <w:abstractNumId w:val="6"/>
  </w:num>
  <w:num w:numId="3" w16cid:durableId="1027675834">
    <w:abstractNumId w:val="5"/>
  </w:num>
  <w:num w:numId="4" w16cid:durableId="2006122953">
    <w:abstractNumId w:val="4"/>
  </w:num>
  <w:num w:numId="5" w16cid:durableId="1505125434">
    <w:abstractNumId w:val="7"/>
  </w:num>
  <w:num w:numId="6" w16cid:durableId="1819569883">
    <w:abstractNumId w:val="3"/>
  </w:num>
  <w:num w:numId="7" w16cid:durableId="2089770483">
    <w:abstractNumId w:val="2"/>
  </w:num>
  <w:num w:numId="8" w16cid:durableId="1258564162">
    <w:abstractNumId w:val="1"/>
  </w:num>
  <w:num w:numId="9" w16cid:durableId="588736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5EFC"/>
    <w:rsid w:val="0006063C"/>
    <w:rsid w:val="000F65E9"/>
    <w:rsid w:val="00127833"/>
    <w:rsid w:val="0015074B"/>
    <w:rsid w:val="00197061"/>
    <w:rsid w:val="0023451B"/>
    <w:rsid w:val="00250C7A"/>
    <w:rsid w:val="00275405"/>
    <w:rsid w:val="0029639D"/>
    <w:rsid w:val="002A018A"/>
    <w:rsid w:val="0030177D"/>
    <w:rsid w:val="00326F90"/>
    <w:rsid w:val="00383209"/>
    <w:rsid w:val="003B1413"/>
    <w:rsid w:val="003C5705"/>
    <w:rsid w:val="00437D52"/>
    <w:rsid w:val="0046036B"/>
    <w:rsid w:val="004C6801"/>
    <w:rsid w:val="005D6705"/>
    <w:rsid w:val="006323F9"/>
    <w:rsid w:val="00663B16"/>
    <w:rsid w:val="006A21FB"/>
    <w:rsid w:val="006C5DCB"/>
    <w:rsid w:val="0070459E"/>
    <w:rsid w:val="00785B20"/>
    <w:rsid w:val="007F7AC0"/>
    <w:rsid w:val="00845EFE"/>
    <w:rsid w:val="00854512"/>
    <w:rsid w:val="009410AF"/>
    <w:rsid w:val="00A62133"/>
    <w:rsid w:val="00AA1D8D"/>
    <w:rsid w:val="00B31279"/>
    <w:rsid w:val="00B47730"/>
    <w:rsid w:val="00BD10CE"/>
    <w:rsid w:val="00C3709D"/>
    <w:rsid w:val="00CB0664"/>
    <w:rsid w:val="00CE7F39"/>
    <w:rsid w:val="00D1202A"/>
    <w:rsid w:val="00DB6CE0"/>
    <w:rsid w:val="00F16E9D"/>
    <w:rsid w:val="00F80A0B"/>
    <w:rsid w:val="00F822B2"/>
    <w:rsid w:val="00FB1CFC"/>
    <w:rsid w:val="00FC693F"/>
    <w:rsid w:val="00FE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72CE55"/>
  <w14:defaultImageDpi w14:val="300"/>
  <w15:docId w15:val="{F8F07B08-2697-4BCE-897A-EDB926048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0CE"/>
    <w:rPr>
      <w:rFonts w:ascii="Arial" w:eastAsia="Arial" w:hAnsi="Arial"/>
      <w:sz w:val="17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HAKKARİ ÜNİVERSİTESİ</dc:title>
  <dc:subject/>
  <dc:creator>python-docx</dc:creator>
  <cp:keywords/>
  <dc:description>generated by python-docx</dc:description>
  <cp:lastModifiedBy>Savaş Beyter</cp:lastModifiedBy>
  <cp:revision>11</cp:revision>
  <dcterms:created xsi:type="dcterms:W3CDTF">2026-04-18T15:30:00Z</dcterms:created>
  <dcterms:modified xsi:type="dcterms:W3CDTF">2026-04-23T13:24:00Z</dcterms:modified>
  <cp:category/>
</cp:coreProperties>
</file>