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0"/>
        <w:gridCol w:w="2605"/>
        <w:gridCol w:w="2608"/>
        <w:gridCol w:w="2097"/>
        <w:gridCol w:w="2604"/>
        <w:gridCol w:w="2608"/>
      </w:tblGrid>
      <w:tr w:rsidR="005D6705" w:rsidRPr="00B31279" w14:paraId="3553506D" w14:textId="77777777" w:rsidTr="00D07C05">
        <w:trPr>
          <w:jc w:val="center"/>
        </w:trPr>
        <w:tc>
          <w:tcPr>
            <w:tcW w:w="1900" w:type="dxa"/>
            <w:shd w:val="clear" w:color="auto" w:fill="DCE8F4"/>
            <w:tcMar>
              <w:top w:w="45" w:type="dxa"/>
              <w:left w:w="80" w:type="dxa"/>
              <w:bottom w:w="45" w:type="dxa"/>
              <w:right w:w="80" w:type="dxa"/>
            </w:tcMar>
            <w:vAlign w:val="center"/>
          </w:tcPr>
          <w:p w14:paraId="5506A64F" w14:textId="32C9C7AA" w:rsidR="005D6705" w:rsidRPr="00B31279" w:rsidRDefault="00B31279" w:rsidP="00B31279">
            <w:pPr>
              <w:spacing w:after="0"/>
              <w:rPr>
                <w:sz w:val="16"/>
                <w:szCs w:val="16"/>
              </w:rPr>
            </w:pPr>
            <w:r w:rsidRPr="00B31279">
              <w:rPr>
                <w:b/>
                <w:sz w:val="16"/>
                <w:szCs w:val="16"/>
              </w:rPr>
              <w:t>ENSTİTÜ / FAKÜLTE /  MYO</w:t>
            </w:r>
          </w:p>
        </w:tc>
        <w:tc>
          <w:tcPr>
            <w:tcW w:w="4855" w:type="dxa"/>
            <w:gridSpan w:val="2"/>
            <w:tcMar>
              <w:top w:w="45" w:type="dxa"/>
              <w:left w:w="80" w:type="dxa"/>
              <w:bottom w:w="45" w:type="dxa"/>
              <w:right w:w="80" w:type="dxa"/>
            </w:tcMar>
            <w:vAlign w:val="center"/>
          </w:tcPr>
          <w:p w14:paraId="7B26F731" w14:textId="0B06AE04" w:rsidR="005D6705" w:rsidRPr="00B31279" w:rsidRDefault="005D6705"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20E6127B" w14:textId="2155975C" w:rsidR="005D6705" w:rsidRPr="00B31279" w:rsidRDefault="00B31279" w:rsidP="00B31279">
            <w:pPr>
              <w:spacing w:after="0"/>
              <w:rPr>
                <w:sz w:val="16"/>
                <w:szCs w:val="16"/>
              </w:rPr>
            </w:pPr>
            <w:r w:rsidRPr="00B31279">
              <w:rPr>
                <w:b/>
                <w:sz w:val="16"/>
                <w:szCs w:val="16"/>
              </w:rPr>
              <w:t>KABUL EDEN ÜNİVERSİTE</w:t>
            </w:r>
          </w:p>
        </w:tc>
        <w:tc>
          <w:tcPr>
            <w:tcW w:w="4854" w:type="dxa"/>
            <w:gridSpan w:val="2"/>
            <w:tcMar>
              <w:top w:w="45" w:type="dxa"/>
              <w:left w:w="80" w:type="dxa"/>
              <w:bottom w:w="45" w:type="dxa"/>
              <w:right w:w="80" w:type="dxa"/>
            </w:tcMar>
            <w:vAlign w:val="center"/>
          </w:tcPr>
          <w:p w14:paraId="355FBFF1" w14:textId="77777777" w:rsidR="005D6705" w:rsidRPr="00B31279" w:rsidRDefault="005D6705" w:rsidP="00B31279">
            <w:pPr>
              <w:spacing w:after="0"/>
              <w:rPr>
                <w:sz w:val="16"/>
                <w:szCs w:val="16"/>
              </w:rPr>
            </w:pPr>
          </w:p>
        </w:tc>
      </w:tr>
      <w:tr w:rsidR="005D6705" w:rsidRPr="00B31279" w14:paraId="28BF512E" w14:textId="77777777" w:rsidTr="00D07C05">
        <w:trPr>
          <w:jc w:val="center"/>
        </w:trPr>
        <w:tc>
          <w:tcPr>
            <w:tcW w:w="1900" w:type="dxa"/>
            <w:shd w:val="clear" w:color="auto" w:fill="DCE8F4"/>
            <w:tcMar>
              <w:top w:w="45" w:type="dxa"/>
              <w:left w:w="80" w:type="dxa"/>
              <w:bottom w:w="45" w:type="dxa"/>
              <w:right w:w="80" w:type="dxa"/>
            </w:tcMar>
            <w:vAlign w:val="center"/>
          </w:tcPr>
          <w:p w14:paraId="58413133" w14:textId="2DF021AE" w:rsidR="005D6705" w:rsidRPr="00B31279" w:rsidRDefault="00000000" w:rsidP="00B31279">
            <w:pPr>
              <w:spacing w:after="0"/>
              <w:rPr>
                <w:sz w:val="16"/>
                <w:szCs w:val="16"/>
              </w:rPr>
            </w:pPr>
            <w:r w:rsidRPr="00B31279">
              <w:rPr>
                <w:b/>
                <w:sz w:val="16"/>
                <w:szCs w:val="16"/>
              </w:rPr>
              <w:t xml:space="preserve">BÖLÜM / </w:t>
            </w:r>
            <w:r w:rsidR="00B31279" w:rsidRPr="00B31279">
              <w:rPr>
                <w:b/>
                <w:sz w:val="16"/>
                <w:szCs w:val="16"/>
              </w:rPr>
              <w:t>PROGRAM</w:t>
            </w:r>
          </w:p>
        </w:tc>
        <w:tc>
          <w:tcPr>
            <w:tcW w:w="4855" w:type="dxa"/>
            <w:gridSpan w:val="2"/>
            <w:tcMar>
              <w:top w:w="45" w:type="dxa"/>
              <w:left w:w="80" w:type="dxa"/>
              <w:bottom w:w="45" w:type="dxa"/>
              <w:right w:w="80" w:type="dxa"/>
            </w:tcMar>
            <w:vAlign w:val="center"/>
          </w:tcPr>
          <w:p w14:paraId="580955EE" w14:textId="77777777" w:rsidR="005D6705" w:rsidRPr="00B31279" w:rsidRDefault="005D6705"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79327495" w14:textId="77777777" w:rsidR="005D6705" w:rsidRPr="00B31279" w:rsidRDefault="00000000" w:rsidP="00B31279">
            <w:pPr>
              <w:spacing w:after="0"/>
              <w:rPr>
                <w:sz w:val="16"/>
                <w:szCs w:val="16"/>
              </w:rPr>
            </w:pPr>
            <w:r w:rsidRPr="00B31279">
              <w:rPr>
                <w:b/>
                <w:sz w:val="16"/>
                <w:szCs w:val="16"/>
              </w:rPr>
              <w:t>ÜLKE</w:t>
            </w:r>
          </w:p>
        </w:tc>
        <w:tc>
          <w:tcPr>
            <w:tcW w:w="4854" w:type="dxa"/>
            <w:gridSpan w:val="2"/>
            <w:tcMar>
              <w:top w:w="45" w:type="dxa"/>
              <w:left w:w="80" w:type="dxa"/>
              <w:bottom w:w="45" w:type="dxa"/>
              <w:right w:w="80" w:type="dxa"/>
            </w:tcMar>
            <w:vAlign w:val="center"/>
          </w:tcPr>
          <w:p w14:paraId="1FAF7244" w14:textId="77777777" w:rsidR="005D6705" w:rsidRPr="00B31279" w:rsidRDefault="005D6705" w:rsidP="00B31279">
            <w:pPr>
              <w:spacing w:after="0"/>
              <w:rPr>
                <w:sz w:val="16"/>
                <w:szCs w:val="16"/>
              </w:rPr>
            </w:pPr>
          </w:p>
        </w:tc>
      </w:tr>
      <w:tr w:rsidR="00B31279" w:rsidRPr="00B31279" w14:paraId="351F91D9" w14:textId="77777777" w:rsidTr="00D07C05">
        <w:trPr>
          <w:jc w:val="center"/>
        </w:trPr>
        <w:tc>
          <w:tcPr>
            <w:tcW w:w="1900" w:type="dxa"/>
            <w:shd w:val="clear" w:color="auto" w:fill="DCE8F4"/>
            <w:tcMar>
              <w:top w:w="45" w:type="dxa"/>
              <w:left w:w="80" w:type="dxa"/>
              <w:bottom w:w="45" w:type="dxa"/>
              <w:right w:w="80" w:type="dxa"/>
            </w:tcMar>
            <w:vAlign w:val="center"/>
          </w:tcPr>
          <w:p w14:paraId="4E9A0736" w14:textId="6E4503A0" w:rsidR="00B31279" w:rsidRPr="00B31279" w:rsidRDefault="00B31279" w:rsidP="00B31279">
            <w:pPr>
              <w:spacing w:after="0"/>
              <w:rPr>
                <w:sz w:val="16"/>
                <w:szCs w:val="16"/>
              </w:rPr>
            </w:pPr>
            <w:r w:rsidRPr="00B31279">
              <w:rPr>
                <w:b/>
                <w:sz w:val="16"/>
                <w:szCs w:val="16"/>
              </w:rPr>
              <w:t>ADI - SOYADI</w:t>
            </w:r>
          </w:p>
        </w:tc>
        <w:tc>
          <w:tcPr>
            <w:tcW w:w="4855" w:type="dxa"/>
            <w:gridSpan w:val="2"/>
            <w:tcMar>
              <w:top w:w="45" w:type="dxa"/>
              <w:left w:w="80" w:type="dxa"/>
              <w:bottom w:w="45" w:type="dxa"/>
              <w:right w:w="80" w:type="dxa"/>
            </w:tcMar>
            <w:vAlign w:val="center"/>
          </w:tcPr>
          <w:p w14:paraId="0613709F" w14:textId="77777777" w:rsidR="00B31279" w:rsidRPr="00B31279" w:rsidRDefault="00B31279"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32D43A9C" w14:textId="77777777" w:rsidR="00B31279" w:rsidRPr="00B31279" w:rsidRDefault="00B31279" w:rsidP="00B31279">
            <w:pPr>
              <w:spacing w:after="0"/>
              <w:rPr>
                <w:sz w:val="16"/>
                <w:szCs w:val="16"/>
              </w:rPr>
            </w:pPr>
            <w:r w:rsidRPr="00B31279">
              <w:rPr>
                <w:b/>
                <w:sz w:val="16"/>
                <w:szCs w:val="16"/>
              </w:rPr>
              <w:t>ERASMUS KODU / OID</w:t>
            </w:r>
          </w:p>
        </w:tc>
        <w:tc>
          <w:tcPr>
            <w:tcW w:w="2425" w:type="dxa"/>
            <w:tcMar>
              <w:top w:w="45" w:type="dxa"/>
              <w:left w:w="80" w:type="dxa"/>
              <w:bottom w:w="45" w:type="dxa"/>
              <w:right w:w="80" w:type="dxa"/>
            </w:tcMar>
            <w:vAlign w:val="center"/>
          </w:tcPr>
          <w:p w14:paraId="3262DAE1" w14:textId="77777777" w:rsidR="00B31279" w:rsidRPr="00B31279" w:rsidRDefault="00B31279" w:rsidP="00B31279">
            <w:pPr>
              <w:spacing w:after="0"/>
              <w:rPr>
                <w:sz w:val="16"/>
                <w:szCs w:val="16"/>
              </w:rPr>
            </w:pPr>
          </w:p>
        </w:tc>
        <w:tc>
          <w:tcPr>
            <w:tcW w:w="2429" w:type="dxa"/>
            <w:vAlign w:val="center"/>
          </w:tcPr>
          <w:p w14:paraId="12D94B04" w14:textId="7F85282A" w:rsidR="00B31279" w:rsidRPr="00B31279" w:rsidRDefault="00B31279" w:rsidP="00B31279">
            <w:pPr>
              <w:spacing w:after="0"/>
              <w:rPr>
                <w:sz w:val="16"/>
                <w:szCs w:val="16"/>
              </w:rPr>
            </w:pPr>
          </w:p>
        </w:tc>
      </w:tr>
      <w:tr w:rsidR="00197061" w:rsidRPr="00B31279" w14:paraId="0F32F158" w14:textId="77777777" w:rsidTr="00D07C05">
        <w:trPr>
          <w:jc w:val="center"/>
        </w:trPr>
        <w:tc>
          <w:tcPr>
            <w:tcW w:w="1900" w:type="dxa"/>
            <w:shd w:val="clear" w:color="auto" w:fill="DCE8F4"/>
            <w:tcMar>
              <w:top w:w="45" w:type="dxa"/>
              <w:left w:w="80" w:type="dxa"/>
              <w:bottom w:w="45" w:type="dxa"/>
              <w:right w:w="80" w:type="dxa"/>
            </w:tcMar>
            <w:vAlign w:val="center"/>
          </w:tcPr>
          <w:p w14:paraId="351651AF" w14:textId="6CEA0A8B" w:rsidR="00197061" w:rsidRPr="00B31279" w:rsidRDefault="00197061" w:rsidP="00B31279">
            <w:pPr>
              <w:spacing w:after="0"/>
              <w:rPr>
                <w:b/>
                <w:sz w:val="16"/>
                <w:szCs w:val="16"/>
              </w:rPr>
            </w:pPr>
            <w:r w:rsidRPr="00B31279">
              <w:rPr>
                <w:b/>
                <w:sz w:val="16"/>
                <w:szCs w:val="16"/>
              </w:rPr>
              <w:t>TCKN / ÖĞRENCİ NO</w:t>
            </w:r>
          </w:p>
        </w:tc>
        <w:tc>
          <w:tcPr>
            <w:tcW w:w="2426" w:type="dxa"/>
            <w:tcMar>
              <w:top w:w="45" w:type="dxa"/>
              <w:left w:w="80" w:type="dxa"/>
              <w:bottom w:w="45" w:type="dxa"/>
              <w:right w:w="80" w:type="dxa"/>
            </w:tcMar>
            <w:vAlign w:val="center"/>
          </w:tcPr>
          <w:p w14:paraId="5F88976D" w14:textId="77777777" w:rsidR="00197061" w:rsidRPr="00B31279" w:rsidRDefault="00197061" w:rsidP="00B31279">
            <w:pPr>
              <w:spacing w:after="0"/>
              <w:rPr>
                <w:sz w:val="16"/>
                <w:szCs w:val="16"/>
              </w:rPr>
            </w:pPr>
          </w:p>
        </w:tc>
        <w:tc>
          <w:tcPr>
            <w:tcW w:w="2429" w:type="dxa"/>
            <w:vAlign w:val="center"/>
          </w:tcPr>
          <w:p w14:paraId="344887AF" w14:textId="5ED65505" w:rsidR="00197061" w:rsidRPr="00B31279" w:rsidRDefault="00197061"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5D8A07A2" w14:textId="76C267AF" w:rsidR="00197061" w:rsidRPr="00B31279" w:rsidRDefault="00197061" w:rsidP="00B31279">
            <w:pPr>
              <w:spacing w:after="0"/>
              <w:rPr>
                <w:b/>
                <w:sz w:val="16"/>
                <w:szCs w:val="16"/>
              </w:rPr>
            </w:pPr>
            <w:r w:rsidRPr="00B31279">
              <w:rPr>
                <w:b/>
                <w:sz w:val="16"/>
                <w:szCs w:val="16"/>
              </w:rPr>
              <w:t xml:space="preserve">AKADEMİK </w:t>
            </w:r>
            <w:r>
              <w:rPr>
                <w:b/>
                <w:sz w:val="16"/>
                <w:szCs w:val="16"/>
              </w:rPr>
              <w:t>YIL</w:t>
            </w:r>
          </w:p>
        </w:tc>
        <w:tc>
          <w:tcPr>
            <w:tcW w:w="4854" w:type="dxa"/>
            <w:gridSpan w:val="2"/>
            <w:tcMar>
              <w:top w:w="45" w:type="dxa"/>
              <w:left w:w="80" w:type="dxa"/>
              <w:bottom w:w="45" w:type="dxa"/>
              <w:right w:w="80" w:type="dxa"/>
            </w:tcMar>
            <w:vAlign w:val="center"/>
          </w:tcPr>
          <w:p w14:paraId="1353C17F" w14:textId="57929F25" w:rsidR="00197061" w:rsidRPr="00B31279" w:rsidRDefault="00197061" w:rsidP="00B31279">
            <w:pPr>
              <w:spacing w:after="0"/>
              <w:rPr>
                <w:sz w:val="16"/>
                <w:szCs w:val="16"/>
              </w:rPr>
            </w:pPr>
          </w:p>
        </w:tc>
      </w:tr>
      <w:tr w:rsidR="00197061" w:rsidRPr="00B31279" w14:paraId="17A5EDF4" w14:textId="77777777" w:rsidTr="00D07C05">
        <w:trPr>
          <w:jc w:val="center"/>
        </w:trPr>
        <w:tc>
          <w:tcPr>
            <w:tcW w:w="1900" w:type="dxa"/>
            <w:shd w:val="clear" w:color="auto" w:fill="DCE8F4"/>
            <w:tcMar>
              <w:top w:w="45" w:type="dxa"/>
              <w:left w:w="80" w:type="dxa"/>
              <w:bottom w:w="45" w:type="dxa"/>
              <w:right w:w="80" w:type="dxa"/>
            </w:tcMar>
            <w:vAlign w:val="center"/>
          </w:tcPr>
          <w:p w14:paraId="172B10EB" w14:textId="7A7415E1" w:rsidR="00197061" w:rsidRPr="00B31279" w:rsidRDefault="00197061" w:rsidP="00B31279">
            <w:pPr>
              <w:spacing w:after="0"/>
              <w:rPr>
                <w:sz w:val="16"/>
                <w:szCs w:val="16"/>
              </w:rPr>
            </w:pPr>
            <w:r w:rsidRPr="00B31279">
              <w:rPr>
                <w:b/>
                <w:sz w:val="16"/>
                <w:szCs w:val="16"/>
              </w:rPr>
              <w:t>SINIF</w:t>
            </w:r>
          </w:p>
        </w:tc>
        <w:tc>
          <w:tcPr>
            <w:tcW w:w="4855" w:type="dxa"/>
            <w:gridSpan w:val="2"/>
            <w:tcMar>
              <w:top w:w="45" w:type="dxa"/>
              <w:left w:w="80" w:type="dxa"/>
              <w:bottom w:w="45" w:type="dxa"/>
              <w:right w:w="80" w:type="dxa"/>
            </w:tcMar>
            <w:vAlign w:val="center"/>
          </w:tcPr>
          <w:p w14:paraId="6A34CE1A" w14:textId="77777777" w:rsidR="00197061" w:rsidRPr="00B31279" w:rsidRDefault="00197061" w:rsidP="00B31279">
            <w:pPr>
              <w:spacing w:after="0"/>
              <w:rPr>
                <w:sz w:val="16"/>
                <w:szCs w:val="16"/>
              </w:rPr>
            </w:pPr>
          </w:p>
        </w:tc>
        <w:tc>
          <w:tcPr>
            <w:tcW w:w="1953" w:type="dxa"/>
            <w:shd w:val="clear" w:color="auto" w:fill="DCE8F4"/>
            <w:tcMar>
              <w:top w:w="45" w:type="dxa"/>
              <w:left w:w="80" w:type="dxa"/>
              <w:bottom w:w="45" w:type="dxa"/>
              <w:right w:w="80" w:type="dxa"/>
            </w:tcMar>
            <w:vAlign w:val="center"/>
          </w:tcPr>
          <w:p w14:paraId="06D3A745" w14:textId="1A9C2E08" w:rsidR="00197061" w:rsidRPr="00B31279" w:rsidRDefault="00197061" w:rsidP="00B31279">
            <w:pPr>
              <w:spacing w:after="0"/>
              <w:rPr>
                <w:sz w:val="16"/>
                <w:szCs w:val="16"/>
              </w:rPr>
            </w:pPr>
            <w:r w:rsidRPr="00B31279">
              <w:rPr>
                <w:b/>
                <w:sz w:val="16"/>
                <w:szCs w:val="16"/>
              </w:rPr>
              <w:t>DÖNEM (GÜZ / BAHAR / TAM YIL)</w:t>
            </w:r>
          </w:p>
        </w:tc>
        <w:tc>
          <w:tcPr>
            <w:tcW w:w="4854" w:type="dxa"/>
            <w:gridSpan w:val="2"/>
            <w:tcMar>
              <w:top w:w="45" w:type="dxa"/>
              <w:left w:w="80" w:type="dxa"/>
              <w:bottom w:w="45" w:type="dxa"/>
              <w:right w:w="80" w:type="dxa"/>
            </w:tcMar>
            <w:vAlign w:val="center"/>
          </w:tcPr>
          <w:p w14:paraId="00C4C428" w14:textId="4F2BC4EE" w:rsidR="00197061" w:rsidRPr="00B31279" w:rsidRDefault="00197061" w:rsidP="00B31279">
            <w:pPr>
              <w:spacing w:after="0"/>
              <w:rPr>
                <w:sz w:val="16"/>
                <w:szCs w:val="16"/>
              </w:rPr>
            </w:pPr>
          </w:p>
        </w:tc>
      </w:tr>
    </w:tbl>
    <w:p w14:paraId="53A65EB1" w14:textId="77777777" w:rsidR="005D6705" w:rsidRPr="00B31279" w:rsidRDefault="005D6705">
      <w:pPr>
        <w:spacing w:after="40"/>
      </w:pPr>
    </w:p>
    <w:tbl>
      <w:tblPr>
        <w:tblW w:w="5000" w:type="pct"/>
        <w:jc w:val="center"/>
        <w:tblBorders>
          <w:top w:val="single" w:sz="8" w:space="0" w:color="7A8CA5"/>
          <w:left w:val="single" w:sz="8" w:space="0" w:color="7A8CA5"/>
          <w:bottom w:val="single" w:sz="8" w:space="0" w:color="7A8CA5"/>
          <w:right w:val="single" w:sz="8" w:space="0" w:color="7A8CA5"/>
          <w:insideH w:val="single" w:sz="6" w:space="0" w:color="9FB1C8"/>
          <w:insideV w:val="single" w:sz="6" w:space="0" w:color="9FB1C8"/>
        </w:tblBorders>
        <w:tblLayout w:type="fixed"/>
        <w:tblLook w:val="04A0" w:firstRow="1" w:lastRow="0" w:firstColumn="1" w:lastColumn="0" w:noHBand="0" w:noVBand="1"/>
      </w:tblPr>
      <w:tblGrid>
        <w:gridCol w:w="1056"/>
        <w:gridCol w:w="3599"/>
        <w:gridCol w:w="887"/>
        <w:gridCol w:w="1150"/>
        <w:gridCol w:w="1061"/>
        <w:gridCol w:w="4185"/>
        <w:gridCol w:w="931"/>
        <w:gridCol w:w="833"/>
        <w:gridCol w:w="850"/>
      </w:tblGrid>
      <w:tr w:rsidR="00E57F20" w:rsidRPr="00B31279" w14:paraId="7D62FF98" w14:textId="7FD88106" w:rsidTr="00E57F20">
        <w:trPr>
          <w:jc w:val="center"/>
        </w:trPr>
        <w:tc>
          <w:tcPr>
            <w:tcW w:w="6232" w:type="dxa"/>
            <w:gridSpan w:val="4"/>
            <w:shd w:val="clear" w:color="auto" w:fill="1F4E78"/>
            <w:tcMar>
              <w:top w:w="38" w:type="dxa"/>
              <w:left w:w="55" w:type="dxa"/>
              <w:bottom w:w="38" w:type="dxa"/>
              <w:right w:w="55" w:type="dxa"/>
            </w:tcMar>
            <w:vAlign w:val="center"/>
          </w:tcPr>
          <w:p w14:paraId="00B1D0FA" w14:textId="7FD8F139" w:rsidR="00E57F20" w:rsidRPr="00D018CE" w:rsidRDefault="00E57F20" w:rsidP="00F822B2">
            <w:pPr>
              <w:spacing w:after="0"/>
              <w:rPr>
                <w:rFonts w:cs="Arial"/>
                <w:b/>
                <w:color w:val="FFFFFF"/>
                <w:sz w:val="20"/>
                <w:szCs w:val="20"/>
              </w:rPr>
            </w:pPr>
            <w:r w:rsidRPr="00D018CE">
              <w:rPr>
                <w:rFonts w:cs="Arial"/>
                <w:b/>
                <w:color w:val="FFFFFF"/>
                <w:sz w:val="20"/>
                <w:szCs w:val="20"/>
              </w:rPr>
              <w:t xml:space="preserve">KABUL EDEN </w:t>
            </w:r>
            <w:r w:rsidR="00D12FD1" w:rsidRPr="00D018CE">
              <w:rPr>
                <w:rFonts w:cs="Arial"/>
                <w:b/>
                <w:color w:val="FFFFFF"/>
                <w:sz w:val="20"/>
                <w:szCs w:val="20"/>
              </w:rPr>
              <w:t>ÜNİVERSİTEDE</w:t>
            </w:r>
            <w:r w:rsidRPr="00D018CE">
              <w:rPr>
                <w:rFonts w:cs="Arial"/>
                <w:b/>
                <w:color w:val="FFFFFF"/>
                <w:sz w:val="20"/>
                <w:szCs w:val="20"/>
              </w:rPr>
              <w:t xml:space="preserve"> ALINAN DERSLER</w:t>
            </w:r>
          </w:p>
        </w:tc>
        <w:tc>
          <w:tcPr>
            <w:tcW w:w="7320" w:type="dxa"/>
            <w:gridSpan w:val="5"/>
            <w:shd w:val="clear" w:color="auto" w:fill="1F4E78"/>
            <w:tcMar>
              <w:top w:w="38" w:type="dxa"/>
              <w:left w:w="55" w:type="dxa"/>
              <w:bottom w:w="38" w:type="dxa"/>
              <w:right w:w="55" w:type="dxa"/>
            </w:tcMar>
            <w:vAlign w:val="center"/>
          </w:tcPr>
          <w:p w14:paraId="2FDACD20" w14:textId="35647918" w:rsidR="00E57F20" w:rsidRPr="00D018CE" w:rsidRDefault="00E57F20" w:rsidP="00F822B2">
            <w:pPr>
              <w:spacing w:after="0"/>
              <w:rPr>
                <w:rFonts w:cs="Arial"/>
                <w:b/>
                <w:color w:val="FFFFFF"/>
                <w:sz w:val="20"/>
                <w:szCs w:val="20"/>
              </w:rPr>
            </w:pPr>
            <w:r w:rsidRPr="00D018CE">
              <w:rPr>
                <w:rFonts w:cs="Arial"/>
                <w:b/>
                <w:color w:val="FFFFFF"/>
                <w:sz w:val="20"/>
                <w:szCs w:val="20"/>
              </w:rPr>
              <w:t>HAKKARİ ÜNİVERSİTESİNDE EŞDEĞER SAYILACAK DERSLER</w:t>
            </w:r>
          </w:p>
        </w:tc>
      </w:tr>
      <w:tr w:rsidR="00E57F20" w:rsidRPr="00B31279" w14:paraId="1D6FC18E" w14:textId="77FC0788" w:rsidTr="00E57F20">
        <w:trPr>
          <w:jc w:val="center"/>
        </w:trPr>
        <w:tc>
          <w:tcPr>
            <w:tcW w:w="983" w:type="dxa"/>
            <w:shd w:val="clear" w:color="auto" w:fill="DCE8F4"/>
            <w:tcMar>
              <w:top w:w="38" w:type="dxa"/>
              <w:left w:w="55" w:type="dxa"/>
              <w:bottom w:w="38" w:type="dxa"/>
              <w:right w:w="55" w:type="dxa"/>
            </w:tcMar>
            <w:vAlign w:val="center"/>
          </w:tcPr>
          <w:p w14:paraId="59F45D15" w14:textId="77777777" w:rsidR="00E57F20" w:rsidRPr="00197061" w:rsidRDefault="00E57F20" w:rsidP="00F822B2">
            <w:pPr>
              <w:spacing w:after="0"/>
              <w:rPr>
                <w:rFonts w:cs="Arial"/>
                <w:sz w:val="16"/>
                <w:szCs w:val="16"/>
              </w:rPr>
            </w:pPr>
            <w:r w:rsidRPr="00197061">
              <w:rPr>
                <w:rFonts w:cs="Arial"/>
                <w:b/>
                <w:sz w:val="16"/>
                <w:szCs w:val="16"/>
              </w:rPr>
              <w:t>DERS KODU</w:t>
            </w:r>
          </w:p>
        </w:tc>
        <w:tc>
          <w:tcPr>
            <w:tcW w:w="3352" w:type="dxa"/>
            <w:shd w:val="clear" w:color="auto" w:fill="DCE8F4"/>
            <w:tcMar>
              <w:top w:w="38" w:type="dxa"/>
              <w:left w:w="55" w:type="dxa"/>
              <w:bottom w:w="38" w:type="dxa"/>
              <w:right w:w="55" w:type="dxa"/>
            </w:tcMar>
            <w:vAlign w:val="center"/>
          </w:tcPr>
          <w:p w14:paraId="0EA3DA01" w14:textId="77777777" w:rsidR="00E57F20" w:rsidRPr="00197061" w:rsidRDefault="00E57F20" w:rsidP="00F822B2">
            <w:pPr>
              <w:spacing w:after="0"/>
              <w:rPr>
                <w:rFonts w:cs="Arial"/>
                <w:sz w:val="16"/>
                <w:szCs w:val="16"/>
              </w:rPr>
            </w:pPr>
            <w:r w:rsidRPr="00197061">
              <w:rPr>
                <w:rFonts w:cs="Arial"/>
                <w:b/>
                <w:sz w:val="16"/>
                <w:szCs w:val="16"/>
              </w:rPr>
              <w:t>DERS ADI</w:t>
            </w:r>
          </w:p>
        </w:tc>
        <w:tc>
          <w:tcPr>
            <w:tcW w:w="826" w:type="dxa"/>
            <w:shd w:val="clear" w:color="auto" w:fill="DCE8F4"/>
            <w:tcMar>
              <w:top w:w="38" w:type="dxa"/>
              <w:left w:w="55" w:type="dxa"/>
              <w:bottom w:w="38" w:type="dxa"/>
              <w:right w:w="55" w:type="dxa"/>
            </w:tcMar>
            <w:vAlign w:val="center"/>
          </w:tcPr>
          <w:p w14:paraId="75525581" w14:textId="2FBF2998" w:rsidR="00E57F20" w:rsidRPr="00197061" w:rsidRDefault="00E57F20" w:rsidP="00F822B2">
            <w:pPr>
              <w:spacing w:after="0"/>
              <w:rPr>
                <w:rFonts w:cs="Arial"/>
                <w:sz w:val="16"/>
                <w:szCs w:val="16"/>
              </w:rPr>
            </w:pPr>
            <w:r w:rsidRPr="00197061">
              <w:rPr>
                <w:rFonts w:cs="Arial"/>
                <w:b/>
                <w:sz w:val="16"/>
                <w:szCs w:val="16"/>
              </w:rPr>
              <w:t>AKTS</w:t>
            </w:r>
          </w:p>
        </w:tc>
        <w:tc>
          <w:tcPr>
            <w:tcW w:w="1071" w:type="dxa"/>
            <w:shd w:val="clear" w:color="auto" w:fill="DCE8F4"/>
            <w:vAlign w:val="center"/>
          </w:tcPr>
          <w:p w14:paraId="6ECE3D65" w14:textId="2EA16540" w:rsidR="00E57F20" w:rsidRPr="00197061" w:rsidRDefault="00E57F20" w:rsidP="00F822B2">
            <w:pPr>
              <w:spacing w:after="0"/>
              <w:rPr>
                <w:rFonts w:cs="Arial"/>
                <w:b/>
                <w:sz w:val="16"/>
                <w:szCs w:val="16"/>
              </w:rPr>
            </w:pPr>
            <w:r>
              <w:rPr>
                <w:rFonts w:cs="Arial"/>
                <w:b/>
                <w:sz w:val="16"/>
                <w:szCs w:val="16"/>
              </w:rPr>
              <w:t>NOT</w:t>
            </w:r>
          </w:p>
        </w:tc>
        <w:tc>
          <w:tcPr>
            <w:tcW w:w="988" w:type="dxa"/>
            <w:shd w:val="clear" w:color="auto" w:fill="DCE8F4"/>
            <w:tcMar>
              <w:top w:w="38" w:type="dxa"/>
              <w:left w:w="55" w:type="dxa"/>
              <w:bottom w:w="38" w:type="dxa"/>
              <w:right w:w="55" w:type="dxa"/>
            </w:tcMar>
            <w:vAlign w:val="center"/>
          </w:tcPr>
          <w:p w14:paraId="72A73563" w14:textId="40AAAD7C" w:rsidR="00E57F20" w:rsidRPr="00197061" w:rsidRDefault="00E57F20" w:rsidP="00F822B2">
            <w:pPr>
              <w:spacing w:after="0"/>
              <w:rPr>
                <w:rFonts w:cs="Arial"/>
                <w:sz w:val="16"/>
                <w:szCs w:val="16"/>
              </w:rPr>
            </w:pPr>
            <w:r w:rsidRPr="00197061">
              <w:rPr>
                <w:rFonts w:cs="Arial"/>
                <w:b/>
                <w:sz w:val="16"/>
                <w:szCs w:val="16"/>
              </w:rPr>
              <w:t>DERS KODU</w:t>
            </w:r>
          </w:p>
        </w:tc>
        <w:tc>
          <w:tcPr>
            <w:tcW w:w="3897" w:type="dxa"/>
            <w:shd w:val="clear" w:color="auto" w:fill="DCE8F4"/>
            <w:tcMar>
              <w:top w:w="38" w:type="dxa"/>
              <w:left w:w="55" w:type="dxa"/>
              <w:bottom w:w="38" w:type="dxa"/>
              <w:right w:w="55" w:type="dxa"/>
            </w:tcMar>
            <w:vAlign w:val="center"/>
          </w:tcPr>
          <w:p w14:paraId="13B81D2A" w14:textId="77777777" w:rsidR="00E57F20" w:rsidRPr="00197061" w:rsidRDefault="00E57F20" w:rsidP="00F822B2">
            <w:pPr>
              <w:spacing w:after="0"/>
              <w:rPr>
                <w:rFonts w:cs="Arial"/>
                <w:sz w:val="16"/>
                <w:szCs w:val="16"/>
              </w:rPr>
            </w:pPr>
            <w:r w:rsidRPr="00197061">
              <w:rPr>
                <w:rFonts w:cs="Arial"/>
                <w:b/>
                <w:sz w:val="16"/>
                <w:szCs w:val="16"/>
              </w:rPr>
              <w:t>DERS ADI</w:t>
            </w:r>
          </w:p>
        </w:tc>
        <w:tc>
          <w:tcPr>
            <w:tcW w:w="867" w:type="dxa"/>
            <w:shd w:val="clear" w:color="auto" w:fill="DCE8F4"/>
            <w:tcMar>
              <w:top w:w="38" w:type="dxa"/>
              <w:left w:w="55" w:type="dxa"/>
              <w:bottom w:w="38" w:type="dxa"/>
              <w:right w:w="55" w:type="dxa"/>
            </w:tcMar>
            <w:vAlign w:val="center"/>
          </w:tcPr>
          <w:p w14:paraId="19439406" w14:textId="77777777" w:rsidR="00E57F20" w:rsidRPr="00197061" w:rsidRDefault="00E57F20" w:rsidP="00F822B2">
            <w:pPr>
              <w:spacing w:after="0"/>
              <w:rPr>
                <w:rFonts w:cs="Arial"/>
                <w:sz w:val="16"/>
                <w:szCs w:val="16"/>
              </w:rPr>
            </w:pPr>
            <w:r w:rsidRPr="00197061">
              <w:rPr>
                <w:rFonts w:cs="Arial"/>
                <w:b/>
                <w:sz w:val="16"/>
                <w:szCs w:val="16"/>
              </w:rPr>
              <w:t>YARIYIL</w:t>
            </w:r>
          </w:p>
        </w:tc>
        <w:tc>
          <w:tcPr>
            <w:tcW w:w="776" w:type="dxa"/>
            <w:shd w:val="clear" w:color="auto" w:fill="DCE8F4"/>
            <w:tcMar>
              <w:top w:w="38" w:type="dxa"/>
              <w:left w:w="55" w:type="dxa"/>
              <w:bottom w:w="38" w:type="dxa"/>
              <w:right w:w="55" w:type="dxa"/>
            </w:tcMar>
            <w:vAlign w:val="center"/>
          </w:tcPr>
          <w:p w14:paraId="509273C2" w14:textId="77777777" w:rsidR="00E57F20" w:rsidRPr="00197061" w:rsidRDefault="00E57F20" w:rsidP="00F822B2">
            <w:pPr>
              <w:spacing w:after="0"/>
              <w:rPr>
                <w:rFonts w:cs="Arial"/>
                <w:sz w:val="16"/>
                <w:szCs w:val="16"/>
              </w:rPr>
            </w:pPr>
            <w:r w:rsidRPr="00197061">
              <w:rPr>
                <w:rFonts w:cs="Arial"/>
                <w:b/>
                <w:sz w:val="16"/>
                <w:szCs w:val="16"/>
              </w:rPr>
              <w:t>AKTS</w:t>
            </w:r>
          </w:p>
        </w:tc>
        <w:tc>
          <w:tcPr>
            <w:tcW w:w="792" w:type="dxa"/>
            <w:shd w:val="clear" w:color="auto" w:fill="DCE8F4"/>
            <w:vAlign w:val="center"/>
          </w:tcPr>
          <w:p w14:paraId="1AB9F47B" w14:textId="51D65CE1" w:rsidR="00E57F20" w:rsidRPr="00197061" w:rsidRDefault="00E57F20" w:rsidP="00F822B2">
            <w:pPr>
              <w:spacing w:after="0"/>
              <w:rPr>
                <w:rFonts w:cs="Arial"/>
                <w:b/>
                <w:sz w:val="16"/>
                <w:szCs w:val="16"/>
              </w:rPr>
            </w:pPr>
            <w:r>
              <w:rPr>
                <w:rFonts w:cs="Arial"/>
                <w:b/>
                <w:sz w:val="16"/>
                <w:szCs w:val="16"/>
              </w:rPr>
              <w:t>NOT</w:t>
            </w:r>
          </w:p>
        </w:tc>
      </w:tr>
      <w:tr w:rsidR="00E57F20" w:rsidRPr="00B31279" w14:paraId="377DBD8E" w14:textId="6AE4C0C3" w:rsidTr="00E57F20">
        <w:trPr>
          <w:trHeight w:val="300"/>
          <w:jc w:val="center"/>
        </w:trPr>
        <w:tc>
          <w:tcPr>
            <w:tcW w:w="983" w:type="dxa"/>
            <w:tcMar>
              <w:top w:w="38" w:type="dxa"/>
              <w:left w:w="55" w:type="dxa"/>
              <w:bottom w:w="38" w:type="dxa"/>
              <w:right w:w="55" w:type="dxa"/>
            </w:tcMar>
            <w:vAlign w:val="center"/>
          </w:tcPr>
          <w:p w14:paraId="63612386"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209CBBB3"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2FAB22F0" w14:textId="77777777" w:rsidR="00E57F20" w:rsidRPr="00197061" w:rsidRDefault="00E57F20" w:rsidP="00197061">
            <w:pPr>
              <w:spacing w:after="0"/>
              <w:jc w:val="center"/>
              <w:rPr>
                <w:rFonts w:cs="Arial"/>
                <w:sz w:val="16"/>
                <w:szCs w:val="16"/>
              </w:rPr>
            </w:pPr>
          </w:p>
        </w:tc>
        <w:tc>
          <w:tcPr>
            <w:tcW w:w="1071" w:type="dxa"/>
          </w:tcPr>
          <w:p w14:paraId="657078B3"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53681B37" w14:textId="79163EB4"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5BE8F880"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13923971"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6BB26FF3" w14:textId="77777777" w:rsidR="00E57F20" w:rsidRPr="00197061" w:rsidRDefault="00E57F20" w:rsidP="00197061">
            <w:pPr>
              <w:spacing w:after="0"/>
              <w:jc w:val="center"/>
              <w:rPr>
                <w:rFonts w:cs="Arial"/>
                <w:sz w:val="16"/>
                <w:szCs w:val="16"/>
              </w:rPr>
            </w:pPr>
          </w:p>
        </w:tc>
        <w:tc>
          <w:tcPr>
            <w:tcW w:w="792" w:type="dxa"/>
          </w:tcPr>
          <w:p w14:paraId="64C3EDE0" w14:textId="77777777" w:rsidR="00E57F20" w:rsidRPr="00197061" w:rsidRDefault="00E57F20" w:rsidP="00197061">
            <w:pPr>
              <w:spacing w:after="0"/>
              <w:jc w:val="center"/>
              <w:rPr>
                <w:rFonts w:cs="Arial"/>
                <w:sz w:val="16"/>
                <w:szCs w:val="16"/>
              </w:rPr>
            </w:pPr>
          </w:p>
        </w:tc>
      </w:tr>
      <w:tr w:rsidR="00E57F20" w:rsidRPr="00B31279" w14:paraId="5D0EBAB2" w14:textId="4B89A016" w:rsidTr="00E57F20">
        <w:trPr>
          <w:trHeight w:val="300"/>
          <w:jc w:val="center"/>
        </w:trPr>
        <w:tc>
          <w:tcPr>
            <w:tcW w:w="983" w:type="dxa"/>
            <w:tcMar>
              <w:top w:w="38" w:type="dxa"/>
              <w:left w:w="55" w:type="dxa"/>
              <w:bottom w:w="38" w:type="dxa"/>
              <w:right w:w="55" w:type="dxa"/>
            </w:tcMar>
            <w:vAlign w:val="center"/>
          </w:tcPr>
          <w:p w14:paraId="6DDDC939"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707D8B56"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00BF144E" w14:textId="77777777" w:rsidR="00E57F20" w:rsidRPr="00197061" w:rsidRDefault="00E57F20" w:rsidP="00197061">
            <w:pPr>
              <w:spacing w:after="0"/>
              <w:jc w:val="center"/>
              <w:rPr>
                <w:rFonts w:cs="Arial"/>
                <w:sz w:val="16"/>
                <w:szCs w:val="16"/>
              </w:rPr>
            </w:pPr>
          </w:p>
        </w:tc>
        <w:tc>
          <w:tcPr>
            <w:tcW w:w="1071" w:type="dxa"/>
          </w:tcPr>
          <w:p w14:paraId="1278C526"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3D7AAA6F" w14:textId="26D347DE"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25E943B6"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00D764D4"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6243C5F9" w14:textId="77777777" w:rsidR="00E57F20" w:rsidRPr="00197061" w:rsidRDefault="00E57F20" w:rsidP="00197061">
            <w:pPr>
              <w:spacing w:after="0"/>
              <w:jc w:val="center"/>
              <w:rPr>
                <w:rFonts w:cs="Arial"/>
                <w:sz w:val="16"/>
                <w:szCs w:val="16"/>
              </w:rPr>
            </w:pPr>
          </w:p>
        </w:tc>
        <w:tc>
          <w:tcPr>
            <w:tcW w:w="792" w:type="dxa"/>
          </w:tcPr>
          <w:p w14:paraId="79CF538A" w14:textId="77777777" w:rsidR="00E57F20" w:rsidRPr="00197061" w:rsidRDefault="00E57F20" w:rsidP="00197061">
            <w:pPr>
              <w:spacing w:after="0"/>
              <w:jc w:val="center"/>
              <w:rPr>
                <w:rFonts w:cs="Arial"/>
                <w:sz w:val="16"/>
                <w:szCs w:val="16"/>
              </w:rPr>
            </w:pPr>
          </w:p>
        </w:tc>
      </w:tr>
      <w:tr w:rsidR="00E57F20" w:rsidRPr="00B31279" w14:paraId="42BC2C41" w14:textId="21C4D663" w:rsidTr="00E57F20">
        <w:trPr>
          <w:trHeight w:val="300"/>
          <w:jc w:val="center"/>
        </w:trPr>
        <w:tc>
          <w:tcPr>
            <w:tcW w:w="983" w:type="dxa"/>
            <w:tcMar>
              <w:top w:w="38" w:type="dxa"/>
              <w:left w:w="55" w:type="dxa"/>
              <w:bottom w:w="38" w:type="dxa"/>
              <w:right w:w="55" w:type="dxa"/>
            </w:tcMar>
            <w:vAlign w:val="center"/>
          </w:tcPr>
          <w:p w14:paraId="191D30C8"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0FE534A3"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79CBFFD0" w14:textId="77777777" w:rsidR="00E57F20" w:rsidRPr="00197061" w:rsidRDefault="00E57F20" w:rsidP="00197061">
            <w:pPr>
              <w:spacing w:after="0"/>
              <w:jc w:val="center"/>
              <w:rPr>
                <w:rFonts w:cs="Arial"/>
                <w:sz w:val="16"/>
                <w:szCs w:val="16"/>
              </w:rPr>
            </w:pPr>
          </w:p>
        </w:tc>
        <w:tc>
          <w:tcPr>
            <w:tcW w:w="1071" w:type="dxa"/>
          </w:tcPr>
          <w:p w14:paraId="55018C0C"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2221CA92" w14:textId="3E3010CE"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05650E32"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10DE4EC3"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3B8043F7" w14:textId="77777777" w:rsidR="00E57F20" w:rsidRPr="00197061" w:rsidRDefault="00E57F20" w:rsidP="00197061">
            <w:pPr>
              <w:spacing w:after="0"/>
              <w:jc w:val="center"/>
              <w:rPr>
                <w:rFonts w:cs="Arial"/>
                <w:sz w:val="16"/>
                <w:szCs w:val="16"/>
              </w:rPr>
            </w:pPr>
          </w:p>
        </w:tc>
        <w:tc>
          <w:tcPr>
            <w:tcW w:w="792" w:type="dxa"/>
          </w:tcPr>
          <w:p w14:paraId="1761542E" w14:textId="77777777" w:rsidR="00E57F20" w:rsidRPr="00197061" w:rsidRDefault="00E57F20" w:rsidP="00197061">
            <w:pPr>
              <w:spacing w:after="0"/>
              <w:jc w:val="center"/>
              <w:rPr>
                <w:rFonts w:cs="Arial"/>
                <w:sz w:val="16"/>
                <w:szCs w:val="16"/>
              </w:rPr>
            </w:pPr>
          </w:p>
        </w:tc>
      </w:tr>
      <w:tr w:rsidR="00E57F20" w:rsidRPr="00B31279" w14:paraId="5FCF6AD1" w14:textId="0BE735BE" w:rsidTr="00E57F20">
        <w:trPr>
          <w:trHeight w:val="300"/>
          <w:jc w:val="center"/>
        </w:trPr>
        <w:tc>
          <w:tcPr>
            <w:tcW w:w="983" w:type="dxa"/>
            <w:tcMar>
              <w:top w:w="38" w:type="dxa"/>
              <w:left w:w="55" w:type="dxa"/>
              <w:bottom w:w="38" w:type="dxa"/>
              <w:right w:w="55" w:type="dxa"/>
            </w:tcMar>
            <w:vAlign w:val="center"/>
          </w:tcPr>
          <w:p w14:paraId="47FA8511"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70CFB3A4"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00A49604" w14:textId="77777777" w:rsidR="00E57F20" w:rsidRPr="00197061" w:rsidRDefault="00E57F20" w:rsidP="00197061">
            <w:pPr>
              <w:spacing w:after="0"/>
              <w:jc w:val="center"/>
              <w:rPr>
                <w:rFonts w:cs="Arial"/>
                <w:sz w:val="16"/>
                <w:szCs w:val="16"/>
              </w:rPr>
            </w:pPr>
          </w:p>
        </w:tc>
        <w:tc>
          <w:tcPr>
            <w:tcW w:w="1071" w:type="dxa"/>
          </w:tcPr>
          <w:p w14:paraId="726432C8"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451BB580" w14:textId="376680B3"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530EC31F"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78605679"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22E25479" w14:textId="77777777" w:rsidR="00E57F20" w:rsidRPr="00197061" w:rsidRDefault="00E57F20" w:rsidP="00197061">
            <w:pPr>
              <w:spacing w:after="0"/>
              <w:jc w:val="center"/>
              <w:rPr>
                <w:rFonts w:cs="Arial"/>
                <w:sz w:val="16"/>
                <w:szCs w:val="16"/>
              </w:rPr>
            </w:pPr>
          </w:p>
        </w:tc>
        <w:tc>
          <w:tcPr>
            <w:tcW w:w="792" w:type="dxa"/>
          </w:tcPr>
          <w:p w14:paraId="40056302" w14:textId="77777777" w:rsidR="00E57F20" w:rsidRPr="00197061" w:rsidRDefault="00E57F20" w:rsidP="00197061">
            <w:pPr>
              <w:spacing w:after="0"/>
              <w:jc w:val="center"/>
              <w:rPr>
                <w:rFonts w:cs="Arial"/>
                <w:sz w:val="16"/>
                <w:szCs w:val="16"/>
              </w:rPr>
            </w:pPr>
          </w:p>
        </w:tc>
      </w:tr>
      <w:tr w:rsidR="00E57F20" w:rsidRPr="00B31279" w14:paraId="22F67FEF" w14:textId="29B42B47" w:rsidTr="00E57F20">
        <w:trPr>
          <w:trHeight w:val="300"/>
          <w:jc w:val="center"/>
        </w:trPr>
        <w:tc>
          <w:tcPr>
            <w:tcW w:w="983" w:type="dxa"/>
            <w:tcMar>
              <w:top w:w="38" w:type="dxa"/>
              <w:left w:w="55" w:type="dxa"/>
              <w:bottom w:w="38" w:type="dxa"/>
              <w:right w:w="55" w:type="dxa"/>
            </w:tcMar>
            <w:vAlign w:val="center"/>
          </w:tcPr>
          <w:p w14:paraId="3341AAFE"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7949AEA8"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14BB28EE" w14:textId="77777777" w:rsidR="00E57F20" w:rsidRPr="00197061" w:rsidRDefault="00E57F20" w:rsidP="00197061">
            <w:pPr>
              <w:spacing w:after="0"/>
              <w:jc w:val="center"/>
              <w:rPr>
                <w:rFonts w:cs="Arial"/>
                <w:sz w:val="16"/>
                <w:szCs w:val="16"/>
              </w:rPr>
            </w:pPr>
          </w:p>
        </w:tc>
        <w:tc>
          <w:tcPr>
            <w:tcW w:w="1071" w:type="dxa"/>
          </w:tcPr>
          <w:p w14:paraId="72F85A9D"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6B1DE70F" w14:textId="08FD281B"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753617EB"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37407ABF"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3FB1CC46" w14:textId="77777777" w:rsidR="00E57F20" w:rsidRPr="00197061" w:rsidRDefault="00E57F20" w:rsidP="00197061">
            <w:pPr>
              <w:spacing w:after="0"/>
              <w:jc w:val="center"/>
              <w:rPr>
                <w:rFonts w:cs="Arial"/>
                <w:sz w:val="16"/>
                <w:szCs w:val="16"/>
              </w:rPr>
            </w:pPr>
          </w:p>
        </w:tc>
        <w:tc>
          <w:tcPr>
            <w:tcW w:w="792" w:type="dxa"/>
          </w:tcPr>
          <w:p w14:paraId="7FED1DAD" w14:textId="77777777" w:rsidR="00E57F20" w:rsidRPr="00197061" w:rsidRDefault="00E57F20" w:rsidP="00197061">
            <w:pPr>
              <w:spacing w:after="0"/>
              <w:jc w:val="center"/>
              <w:rPr>
                <w:rFonts w:cs="Arial"/>
                <w:sz w:val="16"/>
                <w:szCs w:val="16"/>
              </w:rPr>
            </w:pPr>
          </w:p>
        </w:tc>
      </w:tr>
      <w:tr w:rsidR="00E57F20" w:rsidRPr="00B31279" w14:paraId="05B97197" w14:textId="469882B6" w:rsidTr="00E57F20">
        <w:trPr>
          <w:trHeight w:val="300"/>
          <w:jc w:val="center"/>
        </w:trPr>
        <w:tc>
          <w:tcPr>
            <w:tcW w:w="983" w:type="dxa"/>
            <w:tcMar>
              <w:top w:w="38" w:type="dxa"/>
              <w:left w:w="55" w:type="dxa"/>
              <w:bottom w:w="38" w:type="dxa"/>
              <w:right w:w="55" w:type="dxa"/>
            </w:tcMar>
            <w:vAlign w:val="center"/>
          </w:tcPr>
          <w:p w14:paraId="6596B9E1"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6265E692"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37375A64" w14:textId="77777777" w:rsidR="00E57F20" w:rsidRPr="00197061" w:rsidRDefault="00E57F20" w:rsidP="00197061">
            <w:pPr>
              <w:spacing w:after="0"/>
              <w:jc w:val="center"/>
              <w:rPr>
                <w:rFonts w:cs="Arial"/>
                <w:sz w:val="16"/>
                <w:szCs w:val="16"/>
              </w:rPr>
            </w:pPr>
          </w:p>
        </w:tc>
        <w:tc>
          <w:tcPr>
            <w:tcW w:w="1071" w:type="dxa"/>
          </w:tcPr>
          <w:p w14:paraId="26D321FC"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61938312" w14:textId="3CB92BD3"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73183416"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02931513"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5F9C2EBA" w14:textId="77777777" w:rsidR="00E57F20" w:rsidRPr="00197061" w:rsidRDefault="00E57F20" w:rsidP="00197061">
            <w:pPr>
              <w:spacing w:after="0"/>
              <w:jc w:val="center"/>
              <w:rPr>
                <w:rFonts w:cs="Arial"/>
                <w:sz w:val="16"/>
                <w:szCs w:val="16"/>
              </w:rPr>
            </w:pPr>
          </w:p>
        </w:tc>
        <w:tc>
          <w:tcPr>
            <w:tcW w:w="792" w:type="dxa"/>
          </w:tcPr>
          <w:p w14:paraId="63DB6C89" w14:textId="77777777" w:rsidR="00E57F20" w:rsidRPr="00197061" w:rsidRDefault="00E57F20" w:rsidP="00197061">
            <w:pPr>
              <w:spacing w:after="0"/>
              <w:jc w:val="center"/>
              <w:rPr>
                <w:rFonts w:cs="Arial"/>
                <w:sz w:val="16"/>
                <w:szCs w:val="16"/>
              </w:rPr>
            </w:pPr>
          </w:p>
        </w:tc>
      </w:tr>
      <w:tr w:rsidR="00E57F20" w:rsidRPr="00B31279" w14:paraId="1460D0AB" w14:textId="73DFBD9A" w:rsidTr="00E57F20">
        <w:trPr>
          <w:trHeight w:val="300"/>
          <w:jc w:val="center"/>
        </w:trPr>
        <w:tc>
          <w:tcPr>
            <w:tcW w:w="983" w:type="dxa"/>
            <w:tcMar>
              <w:top w:w="38" w:type="dxa"/>
              <w:left w:w="55" w:type="dxa"/>
              <w:bottom w:w="38" w:type="dxa"/>
              <w:right w:w="55" w:type="dxa"/>
            </w:tcMar>
            <w:vAlign w:val="center"/>
          </w:tcPr>
          <w:p w14:paraId="36475412"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69710270"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16E81660" w14:textId="77777777" w:rsidR="00E57F20" w:rsidRPr="00197061" w:rsidRDefault="00E57F20" w:rsidP="00197061">
            <w:pPr>
              <w:spacing w:after="0"/>
              <w:jc w:val="center"/>
              <w:rPr>
                <w:rFonts w:cs="Arial"/>
                <w:sz w:val="16"/>
                <w:szCs w:val="16"/>
              </w:rPr>
            </w:pPr>
          </w:p>
        </w:tc>
        <w:tc>
          <w:tcPr>
            <w:tcW w:w="1071" w:type="dxa"/>
          </w:tcPr>
          <w:p w14:paraId="756DED7E"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60AF0FC7" w14:textId="0CCB7C58"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36FD3A42"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2BB0BE36"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367DD4FD" w14:textId="77777777" w:rsidR="00E57F20" w:rsidRPr="00197061" w:rsidRDefault="00E57F20" w:rsidP="00197061">
            <w:pPr>
              <w:spacing w:after="0"/>
              <w:jc w:val="center"/>
              <w:rPr>
                <w:rFonts w:cs="Arial"/>
                <w:sz w:val="16"/>
                <w:szCs w:val="16"/>
              </w:rPr>
            </w:pPr>
          </w:p>
        </w:tc>
        <w:tc>
          <w:tcPr>
            <w:tcW w:w="792" w:type="dxa"/>
          </w:tcPr>
          <w:p w14:paraId="6979A41F" w14:textId="77777777" w:rsidR="00E57F20" w:rsidRPr="00197061" w:rsidRDefault="00E57F20" w:rsidP="00197061">
            <w:pPr>
              <w:spacing w:after="0"/>
              <w:jc w:val="center"/>
              <w:rPr>
                <w:rFonts w:cs="Arial"/>
                <w:sz w:val="16"/>
                <w:szCs w:val="16"/>
              </w:rPr>
            </w:pPr>
          </w:p>
        </w:tc>
      </w:tr>
      <w:tr w:rsidR="00E57F20" w:rsidRPr="00B31279" w14:paraId="2A7A31BC" w14:textId="7A9A17BE" w:rsidTr="00E57F20">
        <w:trPr>
          <w:trHeight w:val="300"/>
          <w:jc w:val="center"/>
        </w:trPr>
        <w:tc>
          <w:tcPr>
            <w:tcW w:w="983" w:type="dxa"/>
            <w:tcMar>
              <w:top w:w="38" w:type="dxa"/>
              <w:left w:w="55" w:type="dxa"/>
              <w:bottom w:w="38" w:type="dxa"/>
              <w:right w:w="55" w:type="dxa"/>
            </w:tcMar>
            <w:vAlign w:val="center"/>
          </w:tcPr>
          <w:p w14:paraId="01072F56"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0BAFAF31"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6DE0A013" w14:textId="77777777" w:rsidR="00E57F20" w:rsidRPr="00197061" w:rsidRDefault="00E57F20" w:rsidP="00197061">
            <w:pPr>
              <w:spacing w:after="0"/>
              <w:jc w:val="center"/>
              <w:rPr>
                <w:rFonts w:cs="Arial"/>
                <w:sz w:val="16"/>
                <w:szCs w:val="16"/>
              </w:rPr>
            </w:pPr>
          </w:p>
        </w:tc>
        <w:tc>
          <w:tcPr>
            <w:tcW w:w="1071" w:type="dxa"/>
          </w:tcPr>
          <w:p w14:paraId="5FD3F639"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5D69E3DC" w14:textId="153CFD74"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4257672F"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2E1E3E02"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593D9496" w14:textId="77777777" w:rsidR="00E57F20" w:rsidRPr="00197061" w:rsidRDefault="00E57F20" w:rsidP="00197061">
            <w:pPr>
              <w:spacing w:after="0"/>
              <w:jc w:val="center"/>
              <w:rPr>
                <w:rFonts w:cs="Arial"/>
                <w:sz w:val="16"/>
                <w:szCs w:val="16"/>
              </w:rPr>
            </w:pPr>
          </w:p>
        </w:tc>
        <w:tc>
          <w:tcPr>
            <w:tcW w:w="792" w:type="dxa"/>
          </w:tcPr>
          <w:p w14:paraId="048DD61A" w14:textId="77777777" w:rsidR="00E57F20" w:rsidRPr="00197061" w:rsidRDefault="00E57F20" w:rsidP="00197061">
            <w:pPr>
              <w:spacing w:after="0"/>
              <w:jc w:val="center"/>
              <w:rPr>
                <w:rFonts w:cs="Arial"/>
                <w:sz w:val="16"/>
                <w:szCs w:val="16"/>
              </w:rPr>
            </w:pPr>
          </w:p>
        </w:tc>
      </w:tr>
      <w:tr w:rsidR="00E57F20" w:rsidRPr="00B31279" w14:paraId="738D606F" w14:textId="505B6382" w:rsidTr="00E57F20">
        <w:trPr>
          <w:trHeight w:val="300"/>
          <w:jc w:val="center"/>
        </w:trPr>
        <w:tc>
          <w:tcPr>
            <w:tcW w:w="983" w:type="dxa"/>
            <w:tcMar>
              <w:top w:w="38" w:type="dxa"/>
              <w:left w:w="55" w:type="dxa"/>
              <w:bottom w:w="38" w:type="dxa"/>
              <w:right w:w="55" w:type="dxa"/>
            </w:tcMar>
            <w:vAlign w:val="center"/>
          </w:tcPr>
          <w:p w14:paraId="3385B7C0"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2BE72215"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5D135798" w14:textId="77777777" w:rsidR="00E57F20" w:rsidRPr="00197061" w:rsidRDefault="00E57F20" w:rsidP="00197061">
            <w:pPr>
              <w:spacing w:after="0"/>
              <w:jc w:val="center"/>
              <w:rPr>
                <w:rFonts w:cs="Arial"/>
                <w:sz w:val="16"/>
                <w:szCs w:val="16"/>
              </w:rPr>
            </w:pPr>
          </w:p>
        </w:tc>
        <w:tc>
          <w:tcPr>
            <w:tcW w:w="1071" w:type="dxa"/>
          </w:tcPr>
          <w:p w14:paraId="6555C92C"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4A144580" w14:textId="6199D38E"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06BB0CD4"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50E7E5E0"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6B6A9970" w14:textId="77777777" w:rsidR="00E57F20" w:rsidRPr="00197061" w:rsidRDefault="00E57F20" w:rsidP="00197061">
            <w:pPr>
              <w:spacing w:after="0"/>
              <w:jc w:val="center"/>
              <w:rPr>
                <w:rFonts w:cs="Arial"/>
                <w:sz w:val="16"/>
                <w:szCs w:val="16"/>
              </w:rPr>
            </w:pPr>
          </w:p>
        </w:tc>
        <w:tc>
          <w:tcPr>
            <w:tcW w:w="792" w:type="dxa"/>
          </w:tcPr>
          <w:p w14:paraId="5D0557AE" w14:textId="77777777" w:rsidR="00E57F20" w:rsidRPr="00197061" w:rsidRDefault="00E57F20" w:rsidP="00197061">
            <w:pPr>
              <w:spacing w:after="0"/>
              <w:jc w:val="center"/>
              <w:rPr>
                <w:rFonts w:cs="Arial"/>
                <w:sz w:val="16"/>
                <w:szCs w:val="16"/>
              </w:rPr>
            </w:pPr>
          </w:p>
        </w:tc>
      </w:tr>
      <w:tr w:rsidR="00E57F20" w:rsidRPr="00B31279" w14:paraId="6865E9FF" w14:textId="310185CE" w:rsidTr="00E57F20">
        <w:trPr>
          <w:trHeight w:val="300"/>
          <w:jc w:val="center"/>
        </w:trPr>
        <w:tc>
          <w:tcPr>
            <w:tcW w:w="983" w:type="dxa"/>
            <w:tcMar>
              <w:top w:w="38" w:type="dxa"/>
              <w:left w:w="55" w:type="dxa"/>
              <w:bottom w:w="38" w:type="dxa"/>
              <w:right w:w="55" w:type="dxa"/>
            </w:tcMar>
            <w:vAlign w:val="center"/>
          </w:tcPr>
          <w:p w14:paraId="6131F308" w14:textId="77777777" w:rsidR="00E57F20" w:rsidRPr="00197061" w:rsidRDefault="00E57F20" w:rsidP="00197061">
            <w:pPr>
              <w:spacing w:after="0"/>
              <w:jc w:val="center"/>
              <w:rPr>
                <w:rFonts w:cs="Arial"/>
                <w:sz w:val="16"/>
                <w:szCs w:val="16"/>
              </w:rPr>
            </w:pPr>
          </w:p>
        </w:tc>
        <w:tc>
          <w:tcPr>
            <w:tcW w:w="3352" w:type="dxa"/>
            <w:tcMar>
              <w:top w:w="38" w:type="dxa"/>
              <w:left w:w="55" w:type="dxa"/>
              <w:bottom w:w="38" w:type="dxa"/>
              <w:right w:w="55" w:type="dxa"/>
            </w:tcMar>
            <w:vAlign w:val="center"/>
          </w:tcPr>
          <w:p w14:paraId="54455B9D" w14:textId="77777777" w:rsidR="00E57F20" w:rsidRPr="00197061" w:rsidRDefault="00E57F20" w:rsidP="00197061">
            <w:pPr>
              <w:spacing w:after="0"/>
              <w:rPr>
                <w:rFonts w:cs="Arial"/>
                <w:sz w:val="16"/>
                <w:szCs w:val="16"/>
              </w:rPr>
            </w:pPr>
          </w:p>
        </w:tc>
        <w:tc>
          <w:tcPr>
            <w:tcW w:w="826" w:type="dxa"/>
            <w:tcMar>
              <w:top w:w="38" w:type="dxa"/>
              <w:left w:w="55" w:type="dxa"/>
              <w:bottom w:w="38" w:type="dxa"/>
              <w:right w:w="55" w:type="dxa"/>
            </w:tcMar>
            <w:vAlign w:val="center"/>
          </w:tcPr>
          <w:p w14:paraId="2079BF5C" w14:textId="77777777" w:rsidR="00E57F20" w:rsidRPr="00197061" w:rsidRDefault="00E57F20" w:rsidP="00197061">
            <w:pPr>
              <w:spacing w:after="0"/>
              <w:jc w:val="center"/>
              <w:rPr>
                <w:rFonts w:cs="Arial"/>
                <w:sz w:val="16"/>
                <w:szCs w:val="16"/>
              </w:rPr>
            </w:pPr>
          </w:p>
        </w:tc>
        <w:tc>
          <w:tcPr>
            <w:tcW w:w="1071" w:type="dxa"/>
          </w:tcPr>
          <w:p w14:paraId="343A865D" w14:textId="77777777" w:rsidR="00E57F20" w:rsidRPr="00197061" w:rsidRDefault="00E57F20" w:rsidP="00197061">
            <w:pPr>
              <w:spacing w:after="0"/>
              <w:jc w:val="center"/>
              <w:rPr>
                <w:rFonts w:cs="Arial"/>
                <w:sz w:val="16"/>
                <w:szCs w:val="16"/>
              </w:rPr>
            </w:pPr>
          </w:p>
        </w:tc>
        <w:tc>
          <w:tcPr>
            <w:tcW w:w="988" w:type="dxa"/>
            <w:tcMar>
              <w:top w:w="38" w:type="dxa"/>
              <w:left w:w="55" w:type="dxa"/>
              <w:bottom w:w="38" w:type="dxa"/>
              <w:right w:w="55" w:type="dxa"/>
            </w:tcMar>
            <w:vAlign w:val="center"/>
          </w:tcPr>
          <w:p w14:paraId="79AEFB9E" w14:textId="27138DFA" w:rsidR="00E57F20" w:rsidRPr="00197061" w:rsidRDefault="00E57F20" w:rsidP="00197061">
            <w:pPr>
              <w:spacing w:after="0"/>
              <w:jc w:val="center"/>
              <w:rPr>
                <w:rFonts w:cs="Arial"/>
                <w:sz w:val="16"/>
                <w:szCs w:val="16"/>
              </w:rPr>
            </w:pPr>
          </w:p>
        </w:tc>
        <w:tc>
          <w:tcPr>
            <w:tcW w:w="3897" w:type="dxa"/>
            <w:tcMar>
              <w:top w:w="38" w:type="dxa"/>
              <w:left w:w="55" w:type="dxa"/>
              <w:bottom w:w="38" w:type="dxa"/>
              <w:right w:w="55" w:type="dxa"/>
            </w:tcMar>
            <w:vAlign w:val="center"/>
          </w:tcPr>
          <w:p w14:paraId="48F7DC60" w14:textId="77777777" w:rsidR="00E57F20" w:rsidRPr="00197061" w:rsidRDefault="00E57F20" w:rsidP="00197061">
            <w:pPr>
              <w:spacing w:after="0"/>
              <w:rPr>
                <w:rFonts w:cs="Arial"/>
                <w:sz w:val="16"/>
                <w:szCs w:val="16"/>
              </w:rPr>
            </w:pPr>
          </w:p>
        </w:tc>
        <w:tc>
          <w:tcPr>
            <w:tcW w:w="867" w:type="dxa"/>
            <w:tcMar>
              <w:top w:w="38" w:type="dxa"/>
              <w:left w:w="55" w:type="dxa"/>
              <w:bottom w:w="38" w:type="dxa"/>
              <w:right w:w="55" w:type="dxa"/>
            </w:tcMar>
            <w:vAlign w:val="center"/>
          </w:tcPr>
          <w:p w14:paraId="67CE3201" w14:textId="77777777" w:rsidR="00E57F20" w:rsidRPr="00197061" w:rsidRDefault="00E57F20" w:rsidP="00197061">
            <w:pPr>
              <w:spacing w:after="0"/>
              <w:jc w:val="center"/>
              <w:rPr>
                <w:rFonts w:cs="Arial"/>
                <w:sz w:val="16"/>
                <w:szCs w:val="16"/>
              </w:rPr>
            </w:pPr>
          </w:p>
        </w:tc>
        <w:tc>
          <w:tcPr>
            <w:tcW w:w="776" w:type="dxa"/>
            <w:tcMar>
              <w:top w:w="38" w:type="dxa"/>
              <w:left w:w="55" w:type="dxa"/>
              <w:bottom w:w="38" w:type="dxa"/>
              <w:right w:w="55" w:type="dxa"/>
            </w:tcMar>
            <w:vAlign w:val="center"/>
          </w:tcPr>
          <w:p w14:paraId="6C61361D" w14:textId="77777777" w:rsidR="00E57F20" w:rsidRPr="00197061" w:rsidRDefault="00E57F20" w:rsidP="00197061">
            <w:pPr>
              <w:spacing w:after="0"/>
              <w:jc w:val="center"/>
              <w:rPr>
                <w:rFonts w:cs="Arial"/>
                <w:sz w:val="16"/>
                <w:szCs w:val="16"/>
              </w:rPr>
            </w:pPr>
          </w:p>
        </w:tc>
        <w:tc>
          <w:tcPr>
            <w:tcW w:w="792" w:type="dxa"/>
          </w:tcPr>
          <w:p w14:paraId="2276F047" w14:textId="77777777" w:rsidR="00E57F20" w:rsidRPr="00197061" w:rsidRDefault="00E57F20" w:rsidP="00197061">
            <w:pPr>
              <w:spacing w:after="0"/>
              <w:jc w:val="center"/>
              <w:rPr>
                <w:rFonts w:cs="Arial"/>
                <w:sz w:val="16"/>
                <w:szCs w:val="16"/>
              </w:rPr>
            </w:pPr>
          </w:p>
        </w:tc>
      </w:tr>
      <w:tr w:rsidR="00E57F20" w:rsidRPr="00B31279" w14:paraId="09229742" w14:textId="47EC8F5C" w:rsidTr="00E57F20">
        <w:trPr>
          <w:jc w:val="center"/>
        </w:trPr>
        <w:tc>
          <w:tcPr>
            <w:tcW w:w="4335" w:type="dxa"/>
            <w:gridSpan w:val="2"/>
            <w:shd w:val="clear" w:color="auto" w:fill="EEF4FA"/>
            <w:tcMar>
              <w:top w:w="38" w:type="dxa"/>
              <w:left w:w="55" w:type="dxa"/>
              <w:bottom w:w="38" w:type="dxa"/>
              <w:right w:w="55" w:type="dxa"/>
            </w:tcMar>
            <w:vAlign w:val="center"/>
          </w:tcPr>
          <w:p w14:paraId="28CED865" w14:textId="01C85AF9" w:rsidR="00E57F20" w:rsidRPr="00197061" w:rsidRDefault="00E57F20" w:rsidP="00197061">
            <w:pPr>
              <w:spacing w:after="0"/>
              <w:jc w:val="right"/>
              <w:rPr>
                <w:rFonts w:cs="Arial"/>
                <w:sz w:val="16"/>
                <w:szCs w:val="16"/>
              </w:rPr>
            </w:pPr>
            <w:r w:rsidRPr="00197061">
              <w:rPr>
                <w:rFonts w:cs="Arial"/>
                <w:b/>
                <w:sz w:val="16"/>
                <w:szCs w:val="16"/>
              </w:rPr>
              <w:t>TOPLAM AKTS</w:t>
            </w:r>
          </w:p>
        </w:tc>
        <w:tc>
          <w:tcPr>
            <w:tcW w:w="826" w:type="dxa"/>
            <w:tcMar>
              <w:top w:w="38" w:type="dxa"/>
              <w:left w:w="55" w:type="dxa"/>
              <w:bottom w:w="38" w:type="dxa"/>
              <w:right w:w="55" w:type="dxa"/>
            </w:tcMar>
            <w:vAlign w:val="center"/>
          </w:tcPr>
          <w:p w14:paraId="22505EBA" w14:textId="77777777" w:rsidR="00E57F20" w:rsidRPr="00197061" w:rsidRDefault="00E57F20" w:rsidP="00197061">
            <w:pPr>
              <w:spacing w:after="0"/>
              <w:rPr>
                <w:rFonts w:cs="Arial"/>
                <w:sz w:val="16"/>
                <w:szCs w:val="16"/>
              </w:rPr>
            </w:pPr>
          </w:p>
        </w:tc>
        <w:tc>
          <w:tcPr>
            <w:tcW w:w="1071" w:type="dxa"/>
            <w:shd w:val="clear" w:color="auto" w:fill="EEF4FA"/>
          </w:tcPr>
          <w:p w14:paraId="1D693461" w14:textId="77777777" w:rsidR="00E57F20" w:rsidRPr="00197061" w:rsidRDefault="00E57F20" w:rsidP="00E57F20">
            <w:pPr>
              <w:spacing w:after="0"/>
              <w:jc w:val="center"/>
              <w:rPr>
                <w:rFonts w:cs="Arial"/>
                <w:b/>
                <w:sz w:val="16"/>
                <w:szCs w:val="16"/>
              </w:rPr>
            </w:pPr>
          </w:p>
        </w:tc>
        <w:tc>
          <w:tcPr>
            <w:tcW w:w="5752" w:type="dxa"/>
            <w:gridSpan w:val="3"/>
            <w:shd w:val="clear" w:color="auto" w:fill="EEF4FA"/>
            <w:tcMar>
              <w:top w:w="38" w:type="dxa"/>
              <w:left w:w="55" w:type="dxa"/>
              <w:bottom w:w="38" w:type="dxa"/>
              <w:right w:w="55" w:type="dxa"/>
            </w:tcMar>
            <w:vAlign w:val="center"/>
          </w:tcPr>
          <w:p w14:paraId="004EDCB7" w14:textId="44416FC2" w:rsidR="00E57F20" w:rsidRPr="00197061" w:rsidRDefault="00E57F20" w:rsidP="00197061">
            <w:pPr>
              <w:spacing w:after="0"/>
              <w:jc w:val="right"/>
              <w:rPr>
                <w:rFonts w:cs="Arial"/>
                <w:sz w:val="16"/>
                <w:szCs w:val="16"/>
              </w:rPr>
            </w:pPr>
            <w:r w:rsidRPr="00197061">
              <w:rPr>
                <w:rFonts w:cs="Arial"/>
                <w:b/>
                <w:sz w:val="16"/>
                <w:szCs w:val="16"/>
              </w:rPr>
              <w:t>TOPLAM AKTS</w:t>
            </w:r>
          </w:p>
        </w:tc>
        <w:tc>
          <w:tcPr>
            <w:tcW w:w="776" w:type="dxa"/>
            <w:tcMar>
              <w:top w:w="38" w:type="dxa"/>
              <w:left w:w="55" w:type="dxa"/>
              <w:bottom w:w="38" w:type="dxa"/>
              <w:right w:w="55" w:type="dxa"/>
            </w:tcMar>
            <w:vAlign w:val="center"/>
          </w:tcPr>
          <w:p w14:paraId="6C761578" w14:textId="77777777" w:rsidR="00E57F20" w:rsidRPr="00197061" w:rsidRDefault="00E57F20" w:rsidP="00197061">
            <w:pPr>
              <w:spacing w:after="0"/>
              <w:rPr>
                <w:rFonts w:cs="Arial"/>
                <w:sz w:val="16"/>
                <w:szCs w:val="16"/>
              </w:rPr>
            </w:pPr>
          </w:p>
        </w:tc>
        <w:tc>
          <w:tcPr>
            <w:tcW w:w="792" w:type="dxa"/>
            <w:shd w:val="clear" w:color="auto" w:fill="EEF4FA"/>
          </w:tcPr>
          <w:p w14:paraId="5944A5C5" w14:textId="77777777" w:rsidR="00E57F20" w:rsidRPr="00E57F20" w:rsidRDefault="00E57F20" w:rsidP="00E57F20">
            <w:pPr>
              <w:spacing w:after="0"/>
              <w:jc w:val="center"/>
              <w:rPr>
                <w:rFonts w:cs="Arial"/>
                <w:b/>
                <w:sz w:val="16"/>
                <w:szCs w:val="16"/>
              </w:rPr>
            </w:pPr>
          </w:p>
        </w:tc>
      </w:tr>
    </w:tbl>
    <w:p w14:paraId="0F1167D1" w14:textId="1BBA72B3" w:rsidR="00BB5325" w:rsidRDefault="00BB5325" w:rsidP="00BB5325">
      <w:pPr>
        <w:spacing w:after="20"/>
        <w:ind w:firstLine="720"/>
      </w:pPr>
    </w:p>
    <w:p w14:paraId="5ACEF885" w14:textId="77777777" w:rsidR="00BB5325" w:rsidRDefault="00BB5325">
      <w:r>
        <w:br w:type="page"/>
      </w:r>
    </w:p>
    <w:p w14:paraId="07F6A23B" w14:textId="77777777" w:rsidR="005D6705" w:rsidRDefault="005D6705" w:rsidP="00BB5325">
      <w:pPr>
        <w:spacing w:after="20"/>
        <w:ind w:firstLine="720"/>
      </w:pPr>
    </w:p>
    <w:p w14:paraId="21ACCDFD" w14:textId="77777777" w:rsidR="00BB5325" w:rsidRDefault="00BB5325" w:rsidP="00BB5325">
      <w:pPr>
        <w:spacing w:after="20"/>
        <w:ind w:firstLine="720"/>
      </w:pPr>
    </w:p>
    <w:tbl>
      <w:tblPr>
        <w:tblW w:w="4547" w:type="pct"/>
        <w:jc w:val="center"/>
        <w:tblBorders>
          <w:top w:val="single" w:sz="8" w:space="0" w:color="7A8CA5"/>
          <w:left w:val="single" w:sz="8" w:space="0" w:color="7A8CA5"/>
          <w:bottom w:val="single" w:sz="8" w:space="0" w:color="7A8CA5"/>
          <w:right w:val="single" w:sz="8" w:space="0" w:color="7A8CA5"/>
          <w:insideH w:val="single" w:sz="6" w:space="0" w:color="9FB1C8"/>
          <w:insideV w:val="single" w:sz="6" w:space="0" w:color="9FB1C8"/>
        </w:tblBorders>
        <w:tblLayout w:type="fixed"/>
        <w:tblLook w:val="04A0" w:firstRow="1" w:lastRow="0" w:firstColumn="1" w:lastColumn="0" w:noHBand="0" w:noVBand="1"/>
      </w:tblPr>
      <w:tblGrid>
        <w:gridCol w:w="1975"/>
        <w:gridCol w:w="709"/>
        <w:gridCol w:w="1588"/>
        <w:gridCol w:w="1259"/>
        <w:gridCol w:w="1330"/>
        <w:gridCol w:w="693"/>
        <w:gridCol w:w="1364"/>
        <w:gridCol w:w="1728"/>
        <w:gridCol w:w="2588"/>
      </w:tblGrid>
      <w:tr w:rsidR="007B22B7" w:rsidRPr="00B31279" w14:paraId="54534457" w14:textId="77777777" w:rsidTr="000F67E5">
        <w:trPr>
          <w:jc w:val="center"/>
        </w:trPr>
        <w:tc>
          <w:tcPr>
            <w:tcW w:w="6861" w:type="dxa"/>
            <w:gridSpan w:val="5"/>
            <w:shd w:val="clear" w:color="auto" w:fill="1F4E78"/>
            <w:vAlign w:val="center"/>
          </w:tcPr>
          <w:p w14:paraId="01C594EE" w14:textId="38EFD3A6" w:rsidR="007B22B7" w:rsidRPr="007B22B7" w:rsidRDefault="007B22B7" w:rsidP="00BB5325">
            <w:pPr>
              <w:spacing w:after="0"/>
              <w:rPr>
                <w:rFonts w:cs="Arial"/>
                <w:b/>
                <w:color w:val="FFFFFF" w:themeColor="background1"/>
                <w:sz w:val="20"/>
                <w:szCs w:val="20"/>
              </w:rPr>
            </w:pPr>
            <w:r w:rsidRPr="007B22B7">
              <w:rPr>
                <w:rFonts w:cs="Arial"/>
                <w:b/>
                <w:color w:val="FFFFFF" w:themeColor="background1"/>
                <w:sz w:val="20"/>
                <w:szCs w:val="20"/>
              </w:rPr>
              <w:t>HAKKARİ ÜNİVERSİTESİ NOT SİSTEMİ</w:t>
            </w:r>
          </w:p>
        </w:tc>
        <w:tc>
          <w:tcPr>
            <w:tcW w:w="693" w:type="dxa"/>
            <w:vMerge w:val="restart"/>
            <w:shd w:val="clear" w:color="auto" w:fill="FFFFFF" w:themeFill="background1"/>
          </w:tcPr>
          <w:p w14:paraId="1B093BC9" w14:textId="77777777" w:rsidR="007B22B7" w:rsidRPr="007B22B7" w:rsidRDefault="007B22B7" w:rsidP="00BB5325">
            <w:pPr>
              <w:spacing w:after="0"/>
              <w:rPr>
                <w:rFonts w:cs="Arial"/>
                <w:b/>
                <w:color w:val="FFFFFF" w:themeColor="background1"/>
                <w:sz w:val="20"/>
                <w:szCs w:val="20"/>
              </w:rPr>
            </w:pPr>
          </w:p>
        </w:tc>
        <w:tc>
          <w:tcPr>
            <w:tcW w:w="5680" w:type="dxa"/>
            <w:gridSpan w:val="3"/>
            <w:shd w:val="clear" w:color="auto" w:fill="1F4E78"/>
            <w:tcMar>
              <w:top w:w="38" w:type="dxa"/>
              <w:left w:w="55" w:type="dxa"/>
              <w:bottom w:w="38" w:type="dxa"/>
              <w:right w:w="55" w:type="dxa"/>
            </w:tcMar>
            <w:vAlign w:val="center"/>
          </w:tcPr>
          <w:p w14:paraId="1610A456" w14:textId="0DAC035A" w:rsidR="007B22B7" w:rsidRPr="007B22B7" w:rsidRDefault="007B22B7" w:rsidP="00BB5325">
            <w:pPr>
              <w:spacing w:after="0"/>
              <w:rPr>
                <w:rFonts w:cs="Arial"/>
                <w:b/>
                <w:color w:val="FFFFFF"/>
                <w:sz w:val="20"/>
                <w:szCs w:val="20"/>
              </w:rPr>
            </w:pPr>
            <w:r w:rsidRPr="007B22B7">
              <w:rPr>
                <w:rFonts w:cs="Arial"/>
                <w:b/>
                <w:color w:val="FFFFFF" w:themeColor="background1"/>
                <w:sz w:val="20"/>
                <w:szCs w:val="20"/>
              </w:rPr>
              <w:t>KABUL EDEN ÜNİVERSİTE NOT SİSTEMİ</w:t>
            </w:r>
          </w:p>
        </w:tc>
      </w:tr>
      <w:tr w:rsidR="007B22B7" w:rsidRPr="00B31279" w14:paraId="6FB884BC" w14:textId="77777777" w:rsidTr="000F67E5">
        <w:trPr>
          <w:jc w:val="center"/>
        </w:trPr>
        <w:tc>
          <w:tcPr>
            <w:tcW w:w="1975" w:type="dxa"/>
            <w:shd w:val="clear" w:color="auto" w:fill="DCE8F4"/>
            <w:vAlign w:val="center"/>
          </w:tcPr>
          <w:p w14:paraId="578CCBD0" w14:textId="5042A6D4" w:rsidR="007B22B7" w:rsidRDefault="007B22B7" w:rsidP="00D814E2">
            <w:pPr>
              <w:spacing w:after="0"/>
              <w:rPr>
                <w:rFonts w:cs="Arial"/>
                <w:b/>
                <w:sz w:val="16"/>
                <w:szCs w:val="16"/>
              </w:rPr>
            </w:pPr>
            <w:r>
              <w:rPr>
                <w:rFonts w:cs="Arial"/>
                <w:b/>
                <w:sz w:val="16"/>
                <w:szCs w:val="16"/>
              </w:rPr>
              <w:t>ANLAMI</w:t>
            </w:r>
          </w:p>
        </w:tc>
        <w:tc>
          <w:tcPr>
            <w:tcW w:w="709" w:type="dxa"/>
            <w:shd w:val="clear" w:color="auto" w:fill="DCE8F4"/>
            <w:tcMar>
              <w:top w:w="38" w:type="dxa"/>
              <w:left w:w="55" w:type="dxa"/>
              <w:bottom w:w="38" w:type="dxa"/>
              <w:right w:w="55" w:type="dxa"/>
            </w:tcMar>
            <w:vAlign w:val="center"/>
          </w:tcPr>
          <w:p w14:paraId="1971B006" w14:textId="43881B51" w:rsidR="007B22B7" w:rsidRPr="00197061" w:rsidRDefault="007B22B7" w:rsidP="00D814E2">
            <w:pPr>
              <w:spacing w:after="0"/>
              <w:rPr>
                <w:rFonts w:cs="Arial"/>
                <w:sz w:val="16"/>
                <w:szCs w:val="16"/>
              </w:rPr>
            </w:pPr>
            <w:r>
              <w:rPr>
                <w:rFonts w:cs="Arial"/>
                <w:b/>
                <w:sz w:val="16"/>
                <w:szCs w:val="16"/>
              </w:rPr>
              <w:t>HARF NOTU</w:t>
            </w:r>
          </w:p>
        </w:tc>
        <w:tc>
          <w:tcPr>
            <w:tcW w:w="1588" w:type="dxa"/>
            <w:shd w:val="clear" w:color="auto" w:fill="DCE8F4"/>
            <w:tcMar>
              <w:top w:w="38" w:type="dxa"/>
              <w:left w:w="55" w:type="dxa"/>
              <w:bottom w:w="38" w:type="dxa"/>
              <w:right w:w="55" w:type="dxa"/>
            </w:tcMar>
            <w:vAlign w:val="center"/>
          </w:tcPr>
          <w:p w14:paraId="397A97AB" w14:textId="31BDB7EC" w:rsidR="007B22B7" w:rsidRPr="00197061" w:rsidRDefault="007B22B7" w:rsidP="00D814E2">
            <w:pPr>
              <w:spacing w:after="0"/>
              <w:rPr>
                <w:rFonts w:cs="Arial"/>
                <w:sz w:val="16"/>
                <w:szCs w:val="16"/>
              </w:rPr>
            </w:pPr>
            <w:r>
              <w:rPr>
                <w:rFonts w:cs="Arial"/>
                <w:b/>
                <w:sz w:val="16"/>
                <w:szCs w:val="16"/>
              </w:rPr>
              <w:t>4’LÜK SİSTEM KARŞILIKLARI</w:t>
            </w:r>
          </w:p>
        </w:tc>
        <w:tc>
          <w:tcPr>
            <w:tcW w:w="1259" w:type="dxa"/>
            <w:shd w:val="clear" w:color="auto" w:fill="DCE8F4"/>
            <w:tcMar>
              <w:top w:w="38" w:type="dxa"/>
              <w:left w:w="55" w:type="dxa"/>
              <w:bottom w:w="38" w:type="dxa"/>
              <w:right w:w="55" w:type="dxa"/>
            </w:tcMar>
            <w:vAlign w:val="center"/>
          </w:tcPr>
          <w:p w14:paraId="2F194B85" w14:textId="5CB087A8" w:rsidR="007B22B7" w:rsidRPr="00197061" w:rsidRDefault="007B22B7" w:rsidP="00D814E2">
            <w:pPr>
              <w:spacing w:after="0"/>
              <w:rPr>
                <w:rFonts w:cs="Arial"/>
                <w:sz w:val="16"/>
                <w:szCs w:val="16"/>
              </w:rPr>
            </w:pPr>
            <w:r>
              <w:rPr>
                <w:rFonts w:cs="Arial"/>
                <w:b/>
                <w:sz w:val="16"/>
                <w:szCs w:val="16"/>
              </w:rPr>
              <w:t>RAKAM KARŞILIĞI</w:t>
            </w:r>
          </w:p>
        </w:tc>
        <w:tc>
          <w:tcPr>
            <w:tcW w:w="1330" w:type="dxa"/>
            <w:shd w:val="clear" w:color="auto" w:fill="DCE8F4"/>
            <w:vAlign w:val="center"/>
          </w:tcPr>
          <w:p w14:paraId="55CAFED2" w14:textId="3F1D8DD0" w:rsidR="007B22B7" w:rsidRDefault="007B22B7" w:rsidP="00D814E2">
            <w:pPr>
              <w:spacing w:after="0"/>
              <w:rPr>
                <w:rFonts w:cs="Arial"/>
                <w:b/>
                <w:sz w:val="16"/>
                <w:szCs w:val="16"/>
              </w:rPr>
            </w:pPr>
            <w:r>
              <w:rPr>
                <w:rFonts w:cs="Arial"/>
                <w:b/>
                <w:sz w:val="16"/>
                <w:szCs w:val="16"/>
              </w:rPr>
              <w:t>AKTS HARF NOTU</w:t>
            </w:r>
          </w:p>
        </w:tc>
        <w:tc>
          <w:tcPr>
            <w:tcW w:w="693" w:type="dxa"/>
            <w:vMerge/>
            <w:shd w:val="clear" w:color="auto" w:fill="FFFFFF" w:themeFill="background1"/>
          </w:tcPr>
          <w:p w14:paraId="65AE0B0A" w14:textId="77777777" w:rsidR="007B22B7" w:rsidRDefault="007B22B7" w:rsidP="00D814E2">
            <w:pPr>
              <w:spacing w:after="0"/>
              <w:rPr>
                <w:rFonts w:cs="Arial"/>
                <w:b/>
                <w:sz w:val="16"/>
                <w:szCs w:val="16"/>
              </w:rPr>
            </w:pPr>
          </w:p>
        </w:tc>
        <w:tc>
          <w:tcPr>
            <w:tcW w:w="1364" w:type="dxa"/>
            <w:shd w:val="clear" w:color="auto" w:fill="DCE8F4"/>
            <w:tcMar>
              <w:top w:w="38" w:type="dxa"/>
              <w:left w:w="55" w:type="dxa"/>
              <w:bottom w:w="38" w:type="dxa"/>
              <w:right w:w="55" w:type="dxa"/>
            </w:tcMar>
            <w:vAlign w:val="center"/>
          </w:tcPr>
          <w:p w14:paraId="6F53C1CC" w14:textId="4C474850" w:rsidR="007B22B7" w:rsidRPr="00197061" w:rsidRDefault="007B22B7" w:rsidP="00D814E2">
            <w:pPr>
              <w:spacing w:after="0"/>
              <w:rPr>
                <w:rFonts w:cs="Arial"/>
                <w:sz w:val="16"/>
                <w:szCs w:val="16"/>
              </w:rPr>
            </w:pPr>
            <w:r>
              <w:rPr>
                <w:rFonts w:cs="Arial"/>
                <w:b/>
                <w:sz w:val="16"/>
                <w:szCs w:val="16"/>
              </w:rPr>
              <w:t>HARF NOTU</w:t>
            </w:r>
          </w:p>
        </w:tc>
        <w:tc>
          <w:tcPr>
            <w:tcW w:w="1728" w:type="dxa"/>
            <w:shd w:val="clear" w:color="auto" w:fill="DCE8F4"/>
            <w:tcMar>
              <w:top w:w="38" w:type="dxa"/>
              <w:left w:w="55" w:type="dxa"/>
              <w:bottom w:w="38" w:type="dxa"/>
              <w:right w:w="55" w:type="dxa"/>
            </w:tcMar>
            <w:vAlign w:val="center"/>
          </w:tcPr>
          <w:p w14:paraId="7B3E9AEE" w14:textId="120B7F97" w:rsidR="007B22B7" w:rsidRPr="00197061" w:rsidRDefault="007B22B7" w:rsidP="00D814E2">
            <w:pPr>
              <w:spacing w:after="0"/>
              <w:rPr>
                <w:rFonts w:cs="Arial"/>
                <w:sz w:val="16"/>
                <w:szCs w:val="16"/>
              </w:rPr>
            </w:pPr>
            <w:r>
              <w:rPr>
                <w:rFonts w:cs="Arial"/>
                <w:b/>
                <w:sz w:val="16"/>
                <w:szCs w:val="16"/>
              </w:rPr>
              <w:t>4’LÜK SİSTEM KARŞILIKLARI</w:t>
            </w:r>
          </w:p>
        </w:tc>
        <w:tc>
          <w:tcPr>
            <w:tcW w:w="2588" w:type="dxa"/>
            <w:shd w:val="clear" w:color="auto" w:fill="DCE8F4"/>
            <w:tcMar>
              <w:top w:w="38" w:type="dxa"/>
              <w:left w:w="55" w:type="dxa"/>
              <w:bottom w:w="38" w:type="dxa"/>
              <w:right w:w="55" w:type="dxa"/>
            </w:tcMar>
            <w:vAlign w:val="center"/>
          </w:tcPr>
          <w:p w14:paraId="2BCA84FD" w14:textId="2D939CE5" w:rsidR="007B22B7" w:rsidRPr="00197061" w:rsidRDefault="007B22B7" w:rsidP="00D814E2">
            <w:pPr>
              <w:spacing w:after="0"/>
              <w:rPr>
                <w:rFonts w:cs="Arial"/>
                <w:sz w:val="16"/>
                <w:szCs w:val="16"/>
              </w:rPr>
            </w:pPr>
            <w:r>
              <w:rPr>
                <w:rFonts w:cs="Arial"/>
                <w:b/>
                <w:sz w:val="16"/>
                <w:szCs w:val="16"/>
              </w:rPr>
              <w:t>HAKKARİ ÜNİVERSİTESİ NOT KARŞILIĞI (HARF NOTU)</w:t>
            </w:r>
          </w:p>
        </w:tc>
      </w:tr>
      <w:tr w:rsidR="007B22B7" w:rsidRPr="00B31279" w14:paraId="378D36C3" w14:textId="77777777" w:rsidTr="000F67E5">
        <w:trPr>
          <w:trHeight w:val="300"/>
          <w:jc w:val="center"/>
        </w:trPr>
        <w:tc>
          <w:tcPr>
            <w:tcW w:w="1975" w:type="dxa"/>
            <w:vAlign w:val="center"/>
          </w:tcPr>
          <w:p w14:paraId="2B44A6EC" w14:textId="60C46B18" w:rsidR="007B22B7" w:rsidRPr="00BB5325" w:rsidRDefault="007B22B7" w:rsidP="00D814E2">
            <w:pPr>
              <w:spacing w:after="0"/>
              <w:rPr>
                <w:sz w:val="18"/>
                <w:szCs w:val="18"/>
              </w:rPr>
            </w:pPr>
            <w:r>
              <w:rPr>
                <w:sz w:val="18"/>
                <w:szCs w:val="18"/>
              </w:rPr>
              <w:t>Mükemmel</w:t>
            </w:r>
          </w:p>
        </w:tc>
        <w:tc>
          <w:tcPr>
            <w:tcW w:w="709" w:type="dxa"/>
            <w:tcMar>
              <w:top w:w="38" w:type="dxa"/>
              <w:left w:w="55" w:type="dxa"/>
              <w:bottom w:w="38" w:type="dxa"/>
              <w:right w:w="55" w:type="dxa"/>
            </w:tcMar>
            <w:vAlign w:val="center"/>
          </w:tcPr>
          <w:p w14:paraId="14C91317" w14:textId="4F73DF26" w:rsidR="007B22B7" w:rsidRPr="00197061" w:rsidRDefault="007B22B7" w:rsidP="00D814E2">
            <w:pPr>
              <w:spacing w:after="0"/>
              <w:rPr>
                <w:rFonts w:cs="Arial"/>
                <w:sz w:val="16"/>
                <w:szCs w:val="16"/>
              </w:rPr>
            </w:pPr>
            <w:r w:rsidRPr="00BB5325">
              <w:rPr>
                <w:sz w:val="18"/>
                <w:szCs w:val="18"/>
              </w:rPr>
              <w:t>AA</w:t>
            </w:r>
          </w:p>
        </w:tc>
        <w:tc>
          <w:tcPr>
            <w:tcW w:w="1588" w:type="dxa"/>
            <w:tcMar>
              <w:top w:w="38" w:type="dxa"/>
              <w:left w:w="55" w:type="dxa"/>
              <w:bottom w:w="38" w:type="dxa"/>
              <w:right w:w="55" w:type="dxa"/>
            </w:tcMar>
            <w:vAlign w:val="center"/>
          </w:tcPr>
          <w:p w14:paraId="00EE1753" w14:textId="1BAFBC97" w:rsidR="007B22B7" w:rsidRPr="00197061" w:rsidRDefault="007B22B7" w:rsidP="00D814E2">
            <w:pPr>
              <w:spacing w:after="0"/>
              <w:rPr>
                <w:rFonts w:cs="Arial"/>
                <w:sz w:val="16"/>
                <w:szCs w:val="16"/>
              </w:rPr>
            </w:pPr>
            <w:r w:rsidRPr="00BB5325">
              <w:rPr>
                <w:sz w:val="18"/>
                <w:szCs w:val="18"/>
              </w:rPr>
              <w:t>4</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490186F2" w14:textId="122D4099" w:rsidR="007B22B7" w:rsidRPr="00197061" w:rsidRDefault="007B22B7" w:rsidP="00D814E2">
            <w:pPr>
              <w:spacing w:after="0"/>
              <w:rPr>
                <w:rFonts w:cs="Arial"/>
                <w:sz w:val="16"/>
                <w:szCs w:val="16"/>
              </w:rPr>
            </w:pPr>
            <w:r w:rsidRPr="00BB5325">
              <w:rPr>
                <w:sz w:val="18"/>
                <w:szCs w:val="18"/>
              </w:rPr>
              <w:t>100 - 88</w:t>
            </w:r>
          </w:p>
        </w:tc>
        <w:tc>
          <w:tcPr>
            <w:tcW w:w="1330" w:type="dxa"/>
            <w:vAlign w:val="center"/>
          </w:tcPr>
          <w:p w14:paraId="4C166673" w14:textId="6BD6467E" w:rsidR="007B22B7" w:rsidRPr="00197061" w:rsidRDefault="007B22B7" w:rsidP="00D814E2">
            <w:pPr>
              <w:spacing w:after="0"/>
              <w:rPr>
                <w:rFonts w:cs="Arial"/>
                <w:sz w:val="16"/>
                <w:szCs w:val="16"/>
              </w:rPr>
            </w:pPr>
            <w:r>
              <w:rPr>
                <w:rFonts w:cs="Arial"/>
                <w:sz w:val="16"/>
                <w:szCs w:val="16"/>
              </w:rPr>
              <w:t>A</w:t>
            </w:r>
          </w:p>
        </w:tc>
        <w:tc>
          <w:tcPr>
            <w:tcW w:w="693" w:type="dxa"/>
            <w:vMerge/>
            <w:shd w:val="clear" w:color="auto" w:fill="FFFFFF" w:themeFill="background1"/>
          </w:tcPr>
          <w:p w14:paraId="1A8A3D89"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3224CB9D" w14:textId="60EA60A3"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48A40F77"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58F2225E" w14:textId="77777777" w:rsidR="007B22B7" w:rsidRPr="00197061" w:rsidRDefault="007B22B7" w:rsidP="00D814E2">
            <w:pPr>
              <w:spacing w:after="0"/>
              <w:rPr>
                <w:rFonts w:cs="Arial"/>
                <w:sz w:val="16"/>
                <w:szCs w:val="16"/>
              </w:rPr>
            </w:pPr>
          </w:p>
        </w:tc>
      </w:tr>
      <w:tr w:rsidR="007B22B7" w:rsidRPr="00B31279" w14:paraId="4DDA3598" w14:textId="77777777" w:rsidTr="000F67E5">
        <w:trPr>
          <w:trHeight w:val="300"/>
          <w:jc w:val="center"/>
        </w:trPr>
        <w:tc>
          <w:tcPr>
            <w:tcW w:w="1975" w:type="dxa"/>
            <w:vAlign w:val="center"/>
          </w:tcPr>
          <w:p w14:paraId="23316200" w14:textId="14517F5E" w:rsidR="007B22B7" w:rsidRPr="00BB5325" w:rsidRDefault="007B22B7" w:rsidP="00D814E2">
            <w:pPr>
              <w:spacing w:after="0"/>
              <w:rPr>
                <w:sz w:val="18"/>
                <w:szCs w:val="18"/>
              </w:rPr>
            </w:pPr>
            <w:r>
              <w:rPr>
                <w:sz w:val="18"/>
                <w:szCs w:val="18"/>
              </w:rPr>
              <w:t>Çok İyi</w:t>
            </w:r>
          </w:p>
        </w:tc>
        <w:tc>
          <w:tcPr>
            <w:tcW w:w="709" w:type="dxa"/>
            <w:tcMar>
              <w:top w:w="38" w:type="dxa"/>
              <w:left w:w="55" w:type="dxa"/>
              <w:bottom w:w="38" w:type="dxa"/>
              <w:right w:w="55" w:type="dxa"/>
            </w:tcMar>
            <w:vAlign w:val="center"/>
          </w:tcPr>
          <w:p w14:paraId="3F7ABADF" w14:textId="03C477B7" w:rsidR="007B22B7" w:rsidRPr="00197061" w:rsidRDefault="007B22B7" w:rsidP="00D814E2">
            <w:pPr>
              <w:spacing w:after="0"/>
              <w:rPr>
                <w:rFonts w:cs="Arial"/>
                <w:sz w:val="16"/>
                <w:szCs w:val="16"/>
              </w:rPr>
            </w:pPr>
            <w:r w:rsidRPr="00BB5325">
              <w:rPr>
                <w:sz w:val="18"/>
                <w:szCs w:val="18"/>
              </w:rPr>
              <w:t>BA</w:t>
            </w:r>
          </w:p>
        </w:tc>
        <w:tc>
          <w:tcPr>
            <w:tcW w:w="1588" w:type="dxa"/>
            <w:tcMar>
              <w:top w:w="38" w:type="dxa"/>
              <w:left w:w="55" w:type="dxa"/>
              <w:bottom w:w="38" w:type="dxa"/>
              <w:right w:w="55" w:type="dxa"/>
            </w:tcMar>
            <w:vAlign w:val="center"/>
          </w:tcPr>
          <w:p w14:paraId="625FC34B" w14:textId="749529E4" w:rsidR="007B22B7" w:rsidRPr="00197061" w:rsidRDefault="007B22B7" w:rsidP="00D814E2">
            <w:pPr>
              <w:spacing w:after="0"/>
              <w:rPr>
                <w:rFonts w:cs="Arial"/>
                <w:sz w:val="16"/>
                <w:szCs w:val="16"/>
              </w:rPr>
            </w:pPr>
            <w:r w:rsidRPr="00BB5325">
              <w:rPr>
                <w:sz w:val="18"/>
                <w:szCs w:val="18"/>
              </w:rPr>
              <w:t>3</w:t>
            </w:r>
            <w:r>
              <w:rPr>
                <w:sz w:val="18"/>
                <w:szCs w:val="18"/>
              </w:rPr>
              <w:t>,</w:t>
            </w:r>
            <w:r w:rsidRPr="00BB5325">
              <w:rPr>
                <w:sz w:val="18"/>
                <w:szCs w:val="18"/>
              </w:rPr>
              <w:t>50</w:t>
            </w:r>
          </w:p>
        </w:tc>
        <w:tc>
          <w:tcPr>
            <w:tcW w:w="1259" w:type="dxa"/>
            <w:tcMar>
              <w:top w:w="38" w:type="dxa"/>
              <w:left w:w="55" w:type="dxa"/>
              <w:bottom w:w="38" w:type="dxa"/>
              <w:right w:w="55" w:type="dxa"/>
            </w:tcMar>
            <w:vAlign w:val="center"/>
          </w:tcPr>
          <w:p w14:paraId="0ED3FCA0" w14:textId="5846BD46" w:rsidR="007B22B7" w:rsidRPr="00197061" w:rsidRDefault="007B22B7" w:rsidP="00D814E2">
            <w:pPr>
              <w:spacing w:after="0"/>
              <w:rPr>
                <w:rFonts w:cs="Arial"/>
                <w:sz w:val="16"/>
                <w:szCs w:val="16"/>
              </w:rPr>
            </w:pPr>
            <w:r w:rsidRPr="00BB5325">
              <w:rPr>
                <w:sz w:val="18"/>
                <w:szCs w:val="18"/>
              </w:rPr>
              <w:t>81 - 87</w:t>
            </w:r>
          </w:p>
        </w:tc>
        <w:tc>
          <w:tcPr>
            <w:tcW w:w="1330" w:type="dxa"/>
            <w:vAlign w:val="center"/>
          </w:tcPr>
          <w:p w14:paraId="4F365D7F" w14:textId="165B3920" w:rsidR="007B22B7" w:rsidRPr="00197061" w:rsidRDefault="007B22B7" w:rsidP="00D814E2">
            <w:pPr>
              <w:spacing w:after="0"/>
              <w:rPr>
                <w:rFonts w:cs="Arial"/>
                <w:sz w:val="16"/>
                <w:szCs w:val="16"/>
              </w:rPr>
            </w:pPr>
            <w:r>
              <w:rPr>
                <w:rFonts w:cs="Arial"/>
                <w:sz w:val="16"/>
                <w:szCs w:val="16"/>
              </w:rPr>
              <w:t>B</w:t>
            </w:r>
          </w:p>
        </w:tc>
        <w:tc>
          <w:tcPr>
            <w:tcW w:w="693" w:type="dxa"/>
            <w:vMerge/>
            <w:shd w:val="clear" w:color="auto" w:fill="FFFFFF" w:themeFill="background1"/>
          </w:tcPr>
          <w:p w14:paraId="4F18A410"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12C6F8F0" w14:textId="44676EF6"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7648D970"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63CA9E1D" w14:textId="77777777" w:rsidR="007B22B7" w:rsidRPr="00197061" w:rsidRDefault="007B22B7" w:rsidP="00D814E2">
            <w:pPr>
              <w:spacing w:after="0"/>
              <w:rPr>
                <w:rFonts w:cs="Arial"/>
                <w:sz w:val="16"/>
                <w:szCs w:val="16"/>
              </w:rPr>
            </w:pPr>
          </w:p>
        </w:tc>
      </w:tr>
      <w:tr w:rsidR="007B22B7" w:rsidRPr="00B31279" w14:paraId="16E91183" w14:textId="77777777" w:rsidTr="000F67E5">
        <w:trPr>
          <w:trHeight w:val="300"/>
          <w:jc w:val="center"/>
        </w:trPr>
        <w:tc>
          <w:tcPr>
            <w:tcW w:w="1975" w:type="dxa"/>
            <w:vAlign w:val="center"/>
          </w:tcPr>
          <w:p w14:paraId="0B61B9F7" w14:textId="19793433" w:rsidR="007B22B7" w:rsidRPr="00BB5325" w:rsidRDefault="007B22B7" w:rsidP="00D814E2">
            <w:pPr>
              <w:spacing w:after="0"/>
              <w:rPr>
                <w:sz w:val="18"/>
                <w:szCs w:val="18"/>
              </w:rPr>
            </w:pPr>
            <w:r>
              <w:rPr>
                <w:sz w:val="18"/>
                <w:szCs w:val="18"/>
              </w:rPr>
              <w:t>İyi</w:t>
            </w:r>
          </w:p>
        </w:tc>
        <w:tc>
          <w:tcPr>
            <w:tcW w:w="709" w:type="dxa"/>
            <w:tcMar>
              <w:top w:w="38" w:type="dxa"/>
              <w:left w:w="55" w:type="dxa"/>
              <w:bottom w:w="38" w:type="dxa"/>
              <w:right w:w="55" w:type="dxa"/>
            </w:tcMar>
            <w:vAlign w:val="center"/>
          </w:tcPr>
          <w:p w14:paraId="4746D818" w14:textId="38896E85" w:rsidR="007B22B7" w:rsidRPr="00197061" w:rsidRDefault="007B22B7" w:rsidP="00D814E2">
            <w:pPr>
              <w:spacing w:after="0"/>
              <w:rPr>
                <w:rFonts w:cs="Arial"/>
                <w:sz w:val="16"/>
                <w:szCs w:val="16"/>
              </w:rPr>
            </w:pPr>
            <w:r w:rsidRPr="00BB5325">
              <w:rPr>
                <w:sz w:val="18"/>
                <w:szCs w:val="18"/>
              </w:rPr>
              <w:t>BB</w:t>
            </w:r>
          </w:p>
        </w:tc>
        <w:tc>
          <w:tcPr>
            <w:tcW w:w="1588" w:type="dxa"/>
            <w:tcMar>
              <w:top w:w="38" w:type="dxa"/>
              <w:left w:w="55" w:type="dxa"/>
              <w:bottom w:w="38" w:type="dxa"/>
              <w:right w:w="55" w:type="dxa"/>
            </w:tcMar>
            <w:vAlign w:val="center"/>
          </w:tcPr>
          <w:p w14:paraId="03DCDC53" w14:textId="3BA70CA3" w:rsidR="007B22B7" w:rsidRPr="00197061" w:rsidRDefault="007B22B7" w:rsidP="00D814E2">
            <w:pPr>
              <w:spacing w:after="0"/>
              <w:rPr>
                <w:rFonts w:cs="Arial"/>
                <w:sz w:val="16"/>
                <w:szCs w:val="16"/>
              </w:rPr>
            </w:pPr>
            <w:r w:rsidRPr="00BB5325">
              <w:rPr>
                <w:sz w:val="18"/>
                <w:szCs w:val="18"/>
              </w:rPr>
              <w:t>3</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4AFD1A31" w14:textId="399FE3C8" w:rsidR="007B22B7" w:rsidRPr="00197061" w:rsidRDefault="007B22B7" w:rsidP="00D814E2">
            <w:pPr>
              <w:spacing w:after="0"/>
              <w:rPr>
                <w:rFonts w:cs="Arial"/>
                <w:sz w:val="16"/>
                <w:szCs w:val="16"/>
              </w:rPr>
            </w:pPr>
            <w:r w:rsidRPr="00BB5325">
              <w:rPr>
                <w:sz w:val="18"/>
                <w:szCs w:val="18"/>
              </w:rPr>
              <w:t>80 - 74</w:t>
            </w:r>
          </w:p>
        </w:tc>
        <w:tc>
          <w:tcPr>
            <w:tcW w:w="1330" w:type="dxa"/>
            <w:vAlign w:val="center"/>
          </w:tcPr>
          <w:p w14:paraId="6BD7E436" w14:textId="44AB4316" w:rsidR="007B22B7" w:rsidRPr="00197061" w:rsidRDefault="007B22B7" w:rsidP="00D814E2">
            <w:pPr>
              <w:spacing w:after="0"/>
              <w:rPr>
                <w:rFonts w:cs="Arial"/>
                <w:sz w:val="16"/>
                <w:szCs w:val="16"/>
              </w:rPr>
            </w:pPr>
            <w:r>
              <w:rPr>
                <w:rFonts w:cs="Arial"/>
                <w:sz w:val="16"/>
                <w:szCs w:val="16"/>
              </w:rPr>
              <w:t>C</w:t>
            </w:r>
          </w:p>
        </w:tc>
        <w:tc>
          <w:tcPr>
            <w:tcW w:w="693" w:type="dxa"/>
            <w:vMerge/>
            <w:shd w:val="clear" w:color="auto" w:fill="FFFFFF" w:themeFill="background1"/>
          </w:tcPr>
          <w:p w14:paraId="5E1135D3"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15F701DF" w14:textId="7F5AEBB3"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400F7E7C"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2D7436E9" w14:textId="77777777" w:rsidR="007B22B7" w:rsidRPr="00197061" w:rsidRDefault="007B22B7" w:rsidP="00D814E2">
            <w:pPr>
              <w:spacing w:after="0"/>
              <w:rPr>
                <w:rFonts w:cs="Arial"/>
                <w:sz w:val="16"/>
                <w:szCs w:val="16"/>
              </w:rPr>
            </w:pPr>
          </w:p>
        </w:tc>
      </w:tr>
      <w:tr w:rsidR="007B22B7" w:rsidRPr="00B31279" w14:paraId="2A0301A8" w14:textId="77777777" w:rsidTr="000F67E5">
        <w:trPr>
          <w:trHeight w:val="300"/>
          <w:jc w:val="center"/>
        </w:trPr>
        <w:tc>
          <w:tcPr>
            <w:tcW w:w="1975" w:type="dxa"/>
            <w:vAlign w:val="center"/>
          </w:tcPr>
          <w:p w14:paraId="77673866" w14:textId="3496D358" w:rsidR="007B22B7" w:rsidRPr="00BB5325" w:rsidRDefault="007B22B7" w:rsidP="00D814E2">
            <w:pPr>
              <w:spacing w:after="0"/>
              <w:rPr>
                <w:sz w:val="18"/>
                <w:szCs w:val="18"/>
              </w:rPr>
            </w:pPr>
            <w:r>
              <w:rPr>
                <w:sz w:val="18"/>
                <w:szCs w:val="18"/>
              </w:rPr>
              <w:t>Orta</w:t>
            </w:r>
          </w:p>
        </w:tc>
        <w:tc>
          <w:tcPr>
            <w:tcW w:w="709" w:type="dxa"/>
            <w:tcMar>
              <w:top w:w="38" w:type="dxa"/>
              <w:left w:w="55" w:type="dxa"/>
              <w:bottom w:w="38" w:type="dxa"/>
              <w:right w:w="55" w:type="dxa"/>
            </w:tcMar>
            <w:vAlign w:val="center"/>
          </w:tcPr>
          <w:p w14:paraId="065187FD" w14:textId="3F27DD72" w:rsidR="007B22B7" w:rsidRPr="00197061" w:rsidRDefault="007B22B7" w:rsidP="00D814E2">
            <w:pPr>
              <w:spacing w:after="0"/>
              <w:rPr>
                <w:rFonts w:cs="Arial"/>
                <w:sz w:val="16"/>
                <w:szCs w:val="16"/>
              </w:rPr>
            </w:pPr>
            <w:r w:rsidRPr="00BB5325">
              <w:rPr>
                <w:sz w:val="18"/>
                <w:szCs w:val="18"/>
              </w:rPr>
              <w:t>CB</w:t>
            </w:r>
          </w:p>
        </w:tc>
        <w:tc>
          <w:tcPr>
            <w:tcW w:w="1588" w:type="dxa"/>
            <w:tcMar>
              <w:top w:w="38" w:type="dxa"/>
              <w:left w:w="55" w:type="dxa"/>
              <w:bottom w:w="38" w:type="dxa"/>
              <w:right w:w="55" w:type="dxa"/>
            </w:tcMar>
            <w:vAlign w:val="center"/>
          </w:tcPr>
          <w:p w14:paraId="00DAADA3" w14:textId="1B56A239" w:rsidR="007B22B7" w:rsidRPr="00197061" w:rsidRDefault="007B22B7" w:rsidP="00D814E2">
            <w:pPr>
              <w:spacing w:after="0"/>
              <w:rPr>
                <w:rFonts w:cs="Arial"/>
                <w:sz w:val="16"/>
                <w:szCs w:val="16"/>
              </w:rPr>
            </w:pPr>
            <w:r w:rsidRPr="00BB5325">
              <w:rPr>
                <w:sz w:val="18"/>
                <w:szCs w:val="18"/>
              </w:rPr>
              <w:t>2</w:t>
            </w:r>
            <w:r>
              <w:rPr>
                <w:sz w:val="18"/>
                <w:szCs w:val="18"/>
              </w:rPr>
              <w:t>,</w:t>
            </w:r>
            <w:r w:rsidRPr="00BB5325">
              <w:rPr>
                <w:sz w:val="18"/>
                <w:szCs w:val="18"/>
              </w:rPr>
              <w:t>50</w:t>
            </w:r>
          </w:p>
        </w:tc>
        <w:tc>
          <w:tcPr>
            <w:tcW w:w="1259" w:type="dxa"/>
            <w:tcMar>
              <w:top w:w="38" w:type="dxa"/>
              <w:left w:w="55" w:type="dxa"/>
              <w:bottom w:w="38" w:type="dxa"/>
              <w:right w:w="55" w:type="dxa"/>
            </w:tcMar>
            <w:vAlign w:val="center"/>
          </w:tcPr>
          <w:p w14:paraId="6043E695" w14:textId="09DF9E37" w:rsidR="007B22B7" w:rsidRPr="00197061" w:rsidRDefault="007B22B7" w:rsidP="00D814E2">
            <w:pPr>
              <w:spacing w:after="0"/>
              <w:rPr>
                <w:rFonts w:cs="Arial"/>
                <w:sz w:val="16"/>
                <w:szCs w:val="16"/>
              </w:rPr>
            </w:pPr>
            <w:r w:rsidRPr="00BB5325">
              <w:rPr>
                <w:sz w:val="18"/>
                <w:szCs w:val="18"/>
              </w:rPr>
              <w:t>73 - 67</w:t>
            </w:r>
          </w:p>
        </w:tc>
        <w:tc>
          <w:tcPr>
            <w:tcW w:w="1330" w:type="dxa"/>
            <w:vAlign w:val="center"/>
          </w:tcPr>
          <w:p w14:paraId="3A755E52" w14:textId="79398140" w:rsidR="007B22B7" w:rsidRPr="00197061" w:rsidRDefault="007B22B7" w:rsidP="00D814E2">
            <w:pPr>
              <w:spacing w:after="0"/>
              <w:rPr>
                <w:rFonts w:cs="Arial"/>
                <w:sz w:val="16"/>
                <w:szCs w:val="16"/>
              </w:rPr>
            </w:pPr>
            <w:r>
              <w:rPr>
                <w:rFonts w:cs="Arial"/>
                <w:sz w:val="16"/>
                <w:szCs w:val="16"/>
              </w:rPr>
              <w:t>D</w:t>
            </w:r>
          </w:p>
        </w:tc>
        <w:tc>
          <w:tcPr>
            <w:tcW w:w="693" w:type="dxa"/>
            <w:vMerge/>
            <w:shd w:val="clear" w:color="auto" w:fill="FFFFFF" w:themeFill="background1"/>
          </w:tcPr>
          <w:p w14:paraId="31A646D2"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0276D732" w14:textId="554ACCF9"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242A4C91"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05C82163" w14:textId="77777777" w:rsidR="007B22B7" w:rsidRPr="00197061" w:rsidRDefault="007B22B7" w:rsidP="00D814E2">
            <w:pPr>
              <w:spacing w:after="0"/>
              <w:rPr>
                <w:rFonts w:cs="Arial"/>
                <w:sz w:val="16"/>
                <w:szCs w:val="16"/>
              </w:rPr>
            </w:pPr>
          </w:p>
        </w:tc>
      </w:tr>
      <w:tr w:rsidR="007B22B7" w:rsidRPr="00B31279" w14:paraId="08485408" w14:textId="77777777" w:rsidTr="000F67E5">
        <w:trPr>
          <w:trHeight w:val="300"/>
          <w:jc w:val="center"/>
        </w:trPr>
        <w:tc>
          <w:tcPr>
            <w:tcW w:w="1975" w:type="dxa"/>
            <w:vAlign w:val="center"/>
          </w:tcPr>
          <w:p w14:paraId="647388B0" w14:textId="2FC2BC2E" w:rsidR="007B22B7" w:rsidRPr="00BB5325" w:rsidRDefault="007B22B7" w:rsidP="00D814E2">
            <w:pPr>
              <w:spacing w:after="0"/>
              <w:rPr>
                <w:sz w:val="18"/>
                <w:szCs w:val="18"/>
              </w:rPr>
            </w:pPr>
            <w:r>
              <w:rPr>
                <w:sz w:val="18"/>
                <w:szCs w:val="18"/>
              </w:rPr>
              <w:t>Yeterli</w:t>
            </w:r>
          </w:p>
        </w:tc>
        <w:tc>
          <w:tcPr>
            <w:tcW w:w="709" w:type="dxa"/>
            <w:tcMar>
              <w:top w:w="38" w:type="dxa"/>
              <w:left w:w="55" w:type="dxa"/>
              <w:bottom w:w="38" w:type="dxa"/>
              <w:right w:w="55" w:type="dxa"/>
            </w:tcMar>
            <w:vAlign w:val="center"/>
          </w:tcPr>
          <w:p w14:paraId="778AEDA9" w14:textId="4DEBA707" w:rsidR="007B22B7" w:rsidRPr="00197061" w:rsidRDefault="007B22B7" w:rsidP="00D814E2">
            <w:pPr>
              <w:spacing w:after="0"/>
              <w:rPr>
                <w:rFonts w:cs="Arial"/>
                <w:sz w:val="16"/>
                <w:szCs w:val="16"/>
              </w:rPr>
            </w:pPr>
            <w:r w:rsidRPr="00BB5325">
              <w:rPr>
                <w:sz w:val="18"/>
                <w:szCs w:val="18"/>
              </w:rPr>
              <w:t>CC</w:t>
            </w:r>
          </w:p>
        </w:tc>
        <w:tc>
          <w:tcPr>
            <w:tcW w:w="1588" w:type="dxa"/>
            <w:tcMar>
              <w:top w:w="38" w:type="dxa"/>
              <w:left w:w="55" w:type="dxa"/>
              <w:bottom w:w="38" w:type="dxa"/>
              <w:right w:w="55" w:type="dxa"/>
            </w:tcMar>
            <w:vAlign w:val="center"/>
          </w:tcPr>
          <w:p w14:paraId="27CC5CDD" w14:textId="6356B7FA" w:rsidR="007B22B7" w:rsidRPr="00197061" w:rsidRDefault="007B22B7" w:rsidP="00D814E2">
            <w:pPr>
              <w:spacing w:after="0"/>
              <w:rPr>
                <w:rFonts w:cs="Arial"/>
                <w:sz w:val="16"/>
                <w:szCs w:val="16"/>
              </w:rPr>
            </w:pPr>
            <w:r w:rsidRPr="00BB5325">
              <w:rPr>
                <w:sz w:val="18"/>
                <w:szCs w:val="18"/>
              </w:rPr>
              <w:t>2</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6613567C" w14:textId="4B14ADB4" w:rsidR="007B22B7" w:rsidRPr="00197061" w:rsidRDefault="007B22B7" w:rsidP="00D814E2">
            <w:pPr>
              <w:spacing w:after="0"/>
              <w:rPr>
                <w:rFonts w:cs="Arial"/>
                <w:sz w:val="16"/>
                <w:szCs w:val="16"/>
              </w:rPr>
            </w:pPr>
            <w:r w:rsidRPr="00BB5325">
              <w:rPr>
                <w:sz w:val="18"/>
                <w:szCs w:val="18"/>
              </w:rPr>
              <w:t>66 - 60</w:t>
            </w:r>
          </w:p>
        </w:tc>
        <w:tc>
          <w:tcPr>
            <w:tcW w:w="1330" w:type="dxa"/>
            <w:vAlign w:val="center"/>
          </w:tcPr>
          <w:p w14:paraId="59BB3D0D" w14:textId="2E20616C" w:rsidR="007B22B7" w:rsidRPr="00197061" w:rsidRDefault="007B22B7" w:rsidP="00D814E2">
            <w:pPr>
              <w:spacing w:after="0"/>
              <w:rPr>
                <w:rFonts w:cs="Arial"/>
                <w:sz w:val="16"/>
                <w:szCs w:val="16"/>
              </w:rPr>
            </w:pPr>
            <w:r>
              <w:rPr>
                <w:rFonts w:cs="Arial"/>
                <w:sz w:val="16"/>
                <w:szCs w:val="16"/>
              </w:rPr>
              <w:t>D</w:t>
            </w:r>
          </w:p>
        </w:tc>
        <w:tc>
          <w:tcPr>
            <w:tcW w:w="693" w:type="dxa"/>
            <w:vMerge/>
            <w:shd w:val="clear" w:color="auto" w:fill="FFFFFF" w:themeFill="background1"/>
          </w:tcPr>
          <w:p w14:paraId="05E8BFC9"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39CA81E6" w14:textId="52F7C260"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28E62B53"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2118CFAB" w14:textId="77777777" w:rsidR="007B22B7" w:rsidRPr="00197061" w:rsidRDefault="007B22B7" w:rsidP="00D814E2">
            <w:pPr>
              <w:spacing w:after="0"/>
              <w:rPr>
                <w:rFonts w:cs="Arial"/>
                <w:sz w:val="16"/>
                <w:szCs w:val="16"/>
              </w:rPr>
            </w:pPr>
          </w:p>
        </w:tc>
      </w:tr>
      <w:tr w:rsidR="007B22B7" w:rsidRPr="00B31279" w14:paraId="6C8D2711" w14:textId="77777777" w:rsidTr="000F67E5">
        <w:trPr>
          <w:trHeight w:val="300"/>
          <w:jc w:val="center"/>
        </w:trPr>
        <w:tc>
          <w:tcPr>
            <w:tcW w:w="1975" w:type="dxa"/>
            <w:vAlign w:val="center"/>
          </w:tcPr>
          <w:p w14:paraId="711D1180" w14:textId="58EE0B14" w:rsidR="007B22B7" w:rsidRPr="00BB5325" w:rsidRDefault="007B22B7" w:rsidP="00D814E2">
            <w:pPr>
              <w:spacing w:after="0"/>
              <w:rPr>
                <w:sz w:val="18"/>
                <w:szCs w:val="18"/>
              </w:rPr>
            </w:pPr>
            <w:r w:rsidRPr="00D814E2">
              <w:rPr>
                <w:sz w:val="18"/>
                <w:szCs w:val="18"/>
              </w:rPr>
              <w:t>Koşullu Başarılı</w:t>
            </w:r>
          </w:p>
        </w:tc>
        <w:tc>
          <w:tcPr>
            <w:tcW w:w="709" w:type="dxa"/>
            <w:tcMar>
              <w:top w:w="38" w:type="dxa"/>
              <w:left w:w="55" w:type="dxa"/>
              <w:bottom w:w="38" w:type="dxa"/>
              <w:right w:w="55" w:type="dxa"/>
            </w:tcMar>
            <w:vAlign w:val="center"/>
          </w:tcPr>
          <w:p w14:paraId="34697BCF" w14:textId="3F4FBD47" w:rsidR="007B22B7" w:rsidRPr="00197061" w:rsidRDefault="007B22B7" w:rsidP="00D814E2">
            <w:pPr>
              <w:spacing w:after="0"/>
              <w:rPr>
                <w:rFonts w:cs="Arial"/>
                <w:sz w:val="16"/>
                <w:szCs w:val="16"/>
              </w:rPr>
            </w:pPr>
            <w:r w:rsidRPr="00BB5325">
              <w:rPr>
                <w:sz w:val="18"/>
                <w:szCs w:val="18"/>
              </w:rPr>
              <w:t>DC</w:t>
            </w:r>
          </w:p>
        </w:tc>
        <w:tc>
          <w:tcPr>
            <w:tcW w:w="1588" w:type="dxa"/>
            <w:tcMar>
              <w:top w:w="38" w:type="dxa"/>
              <w:left w:w="55" w:type="dxa"/>
              <w:bottom w:w="38" w:type="dxa"/>
              <w:right w:w="55" w:type="dxa"/>
            </w:tcMar>
            <w:vAlign w:val="center"/>
          </w:tcPr>
          <w:p w14:paraId="4DBF73F6" w14:textId="055D9774" w:rsidR="007B22B7" w:rsidRPr="00197061" w:rsidRDefault="007B22B7" w:rsidP="00D814E2">
            <w:pPr>
              <w:spacing w:after="0"/>
              <w:rPr>
                <w:rFonts w:cs="Arial"/>
                <w:sz w:val="16"/>
                <w:szCs w:val="16"/>
              </w:rPr>
            </w:pPr>
            <w:r w:rsidRPr="00BB5325">
              <w:rPr>
                <w:sz w:val="18"/>
                <w:szCs w:val="18"/>
              </w:rPr>
              <w:t>1</w:t>
            </w:r>
            <w:r>
              <w:rPr>
                <w:sz w:val="18"/>
                <w:szCs w:val="18"/>
              </w:rPr>
              <w:t>,</w:t>
            </w:r>
            <w:r w:rsidRPr="00BB5325">
              <w:rPr>
                <w:sz w:val="18"/>
                <w:szCs w:val="18"/>
              </w:rPr>
              <w:t>50</w:t>
            </w:r>
          </w:p>
        </w:tc>
        <w:tc>
          <w:tcPr>
            <w:tcW w:w="1259" w:type="dxa"/>
            <w:tcMar>
              <w:top w:w="38" w:type="dxa"/>
              <w:left w:w="55" w:type="dxa"/>
              <w:bottom w:w="38" w:type="dxa"/>
              <w:right w:w="55" w:type="dxa"/>
            </w:tcMar>
            <w:vAlign w:val="center"/>
          </w:tcPr>
          <w:p w14:paraId="44D0944F" w14:textId="300C6A12" w:rsidR="007B22B7" w:rsidRPr="00197061" w:rsidRDefault="007B22B7" w:rsidP="00D814E2">
            <w:pPr>
              <w:spacing w:after="0"/>
              <w:rPr>
                <w:rFonts w:cs="Arial"/>
                <w:sz w:val="16"/>
                <w:szCs w:val="16"/>
              </w:rPr>
            </w:pPr>
            <w:r w:rsidRPr="00BB5325">
              <w:rPr>
                <w:sz w:val="18"/>
                <w:szCs w:val="18"/>
              </w:rPr>
              <w:t>59 - 51</w:t>
            </w:r>
          </w:p>
        </w:tc>
        <w:tc>
          <w:tcPr>
            <w:tcW w:w="1330" w:type="dxa"/>
            <w:vAlign w:val="center"/>
          </w:tcPr>
          <w:p w14:paraId="577FA855" w14:textId="2BF4F841" w:rsidR="007B22B7" w:rsidRPr="00197061" w:rsidRDefault="007B22B7" w:rsidP="00D814E2">
            <w:pPr>
              <w:spacing w:after="0"/>
              <w:rPr>
                <w:rFonts w:cs="Arial"/>
                <w:sz w:val="16"/>
                <w:szCs w:val="16"/>
              </w:rPr>
            </w:pPr>
            <w:r>
              <w:rPr>
                <w:rFonts w:cs="Arial"/>
                <w:sz w:val="16"/>
                <w:szCs w:val="16"/>
              </w:rPr>
              <w:t>E</w:t>
            </w:r>
          </w:p>
        </w:tc>
        <w:tc>
          <w:tcPr>
            <w:tcW w:w="693" w:type="dxa"/>
            <w:vMerge/>
            <w:shd w:val="clear" w:color="auto" w:fill="FFFFFF" w:themeFill="background1"/>
          </w:tcPr>
          <w:p w14:paraId="4D422A54"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1063CB3C" w14:textId="4D122C81"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5F788673"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2DCAD8D3" w14:textId="77777777" w:rsidR="007B22B7" w:rsidRPr="00197061" w:rsidRDefault="007B22B7" w:rsidP="00D814E2">
            <w:pPr>
              <w:spacing w:after="0"/>
              <w:rPr>
                <w:rFonts w:cs="Arial"/>
                <w:sz w:val="16"/>
                <w:szCs w:val="16"/>
              </w:rPr>
            </w:pPr>
          </w:p>
        </w:tc>
      </w:tr>
      <w:tr w:rsidR="007B22B7" w:rsidRPr="00B31279" w14:paraId="2D875FA5" w14:textId="77777777" w:rsidTr="000F67E5">
        <w:trPr>
          <w:trHeight w:val="300"/>
          <w:jc w:val="center"/>
        </w:trPr>
        <w:tc>
          <w:tcPr>
            <w:tcW w:w="1975" w:type="dxa"/>
            <w:vAlign w:val="center"/>
          </w:tcPr>
          <w:p w14:paraId="2E8AD6E7" w14:textId="7F9DAC73" w:rsidR="007B22B7" w:rsidRPr="00BB5325" w:rsidRDefault="007B22B7" w:rsidP="00D814E2">
            <w:pPr>
              <w:spacing w:after="0"/>
              <w:rPr>
                <w:sz w:val="18"/>
                <w:szCs w:val="18"/>
              </w:rPr>
            </w:pPr>
            <w:r w:rsidRPr="00D814E2">
              <w:rPr>
                <w:sz w:val="18"/>
                <w:szCs w:val="18"/>
              </w:rPr>
              <w:t>Koşullu Başarılı</w:t>
            </w:r>
          </w:p>
        </w:tc>
        <w:tc>
          <w:tcPr>
            <w:tcW w:w="709" w:type="dxa"/>
            <w:tcMar>
              <w:top w:w="38" w:type="dxa"/>
              <w:left w:w="55" w:type="dxa"/>
              <w:bottom w:w="38" w:type="dxa"/>
              <w:right w:w="55" w:type="dxa"/>
            </w:tcMar>
            <w:vAlign w:val="center"/>
          </w:tcPr>
          <w:p w14:paraId="50634440" w14:textId="03354AFF" w:rsidR="007B22B7" w:rsidRPr="00197061" w:rsidRDefault="007B22B7" w:rsidP="00D814E2">
            <w:pPr>
              <w:spacing w:after="0"/>
              <w:rPr>
                <w:rFonts w:cs="Arial"/>
                <w:sz w:val="16"/>
                <w:szCs w:val="16"/>
              </w:rPr>
            </w:pPr>
            <w:r w:rsidRPr="00BB5325">
              <w:rPr>
                <w:sz w:val="18"/>
                <w:szCs w:val="18"/>
              </w:rPr>
              <w:t>DD</w:t>
            </w:r>
          </w:p>
        </w:tc>
        <w:tc>
          <w:tcPr>
            <w:tcW w:w="1588" w:type="dxa"/>
            <w:tcMar>
              <w:top w:w="38" w:type="dxa"/>
              <w:left w:w="55" w:type="dxa"/>
              <w:bottom w:w="38" w:type="dxa"/>
              <w:right w:w="55" w:type="dxa"/>
            </w:tcMar>
            <w:vAlign w:val="center"/>
          </w:tcPr>
          <w:p w14:paraId="0B3E2A43" w14:textId="63BC53DA" w:rsidR="007B22B7" w:rsidRPr="00197061" w:rsidRDefault="007B22B7" w:rsidP="00D814E2">
            <w:pPr>
              <w:spacing w:after="0"/>
              <w:rPr>
                <w:rFonts w:cs="Arial"/>
                <w:sz w:val="16"/>
                <w:szCs w:val="16"/>
              </w:rPr>
            </w:pPr>
            <w:r w:rsidRPr="00BB5325">
              <w:rPr>
                <w:sz w:val="18"/>
                <w:szCs w:val="18"/>
              </w:rPr>
              <w:t>1</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6AE80C1A" w14:textId="562931C9" w:rsidR="007B22B7" w:rsidRPr="00197061" w:rsidRDefault="007B22B7" w:rsidP="00D814E2">
            <w:pPr>
              <w:spacing w:after="0"/>
              <w:rPr>
                <w:rFonts w:cs="Arial"/>
                <w:sz w:val="16"/>
                <w:szCs w:val="16"/>
              </w:rPr>
            </w:pPr>
            <w:r w:rsidRPr="00BB5325">
              <w:rPr>
                <w:sz w:val="18"/>
                <w:szCs w:val="18"/>
              </w:rPr>
              <w:t>50 - 46</w:t>
            </w:r>
          </w:p>
        </w:tc>
        <w:tc>
          <w:tcPr>
            <w:tcW w:w="1330" w:type="dxa"/>
            <w:vAlign w:val="center"/>
          </w:tcPr>
          <w:p w14:paraId="0D08A758" w14:textId="6FE4ADE0" w:rsidR="007B22B7" w:rsidRPr="00197061" w:rsidRDefault="007B22B7" w:rsidP="00D814E2">
            <w:pPr>
              <w:spacing w:after="0"/>
              <w:rPr>
                <w:rFonts w:cs="Arial"/>
                <w:sz w:val="16"/>
                <w:szCs w:val="16"/>
              </w:rPr>
            </w:pPr>
            <w:r>
              <w:rPr>
                <w:rFonts w:cs="Arial"/>
                <w:sz w:val="16"/>
                <w:szCs w:val="16"/>
              </w:rPr>
              <w:t>E</w:t>
            </w:r>
          </w:p>
        </w:tc>
        <w:tc>
          <w:tcPr>
            <w:tcW w:w="693" w:type="dxa"/>
            <w:vMerge/>
            <w:shd w:val="clear" w:color="auto" w:fill="FFFFFF" w:themeFill="background1"/>
          </w:tcPr>
          <w:p w14:paraId="113AE6C0"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24E48B31" w14:textId="7E5EADB5"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6EBCA3AD"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55E00B9F" w14:textId="77777777" w:rsidR="007B22B7" w:rsidRPr="00197061" w:rsidRDefault="007B22B7" w:rsidP="00D814E2">
            <w:pPr>
              <w:spacing w:after="0"/>
              <w:rPr>
                <w:rFonts w:cs="Arial"/>
                <w:sz w:val="16"/>
                <w:szCs w:val="16"/>
              </w:rPr>
            </w:pPr>
          </w:p>
        </w:tc>
      </w:tr>
      <w:tr w:rsidR="007B22B7" w:rsidRPr="00B31279" w14:paraId="40361C39" w14:textId="77777777" w:rsidTr="000F67E5">
        <w:trPr>
          <w:trHeight w:val="300"/>
          <w:jc w:val="center"/>
        </w:trPr>
        <w:tc>
          <w:tcPr>
            <w:tcW w:w="1975" w:type="dxa"/>
            <w:vAlign w:val="center"/>
          </w:tcPr>
          <w:p w14:paraId="3BBEDFE7" w14:textId="797C3F99" w:rsidR="007B22B7" w:rsidRPr="00BB5325" w:rsidRDefault="007B22B7" w:rsidP="00D814E2">
            <w:pPr>
              <w:spacing w:after="0"/>
              <w:rPr>
                <w:sz w:val="18"/>
                <w:szCs w:val="18"/>
              </w:rPr>
            </w:pPr>
            <w:r>
              <w:rPr>
                <w:sz w:val="18"/>
                <w:szCs w:val="18"/>
              </w:rPr>
              <w:t>Başarısız</w:t>
            </w:r>
          </w:p>
        </w:tc>
        <w:tc>
          <w:tcPr>
            <w:tcW w:w="709" w:type="dxa"/>
            <w:tcMar>
              <w:top w:w="38" w:type="dxa"/>
              <w:left w:w="55" w:type="dxa"/>
              <w:bottom w:w="38" w:type="dxa"/>
              <w:right w:w="55" w:type="dxa"/>
            </w:tcMar>
            <w:vAlign w:val="center"/>
          </w:tcPr>
          <w:p w14:paraId="3D6D064C" w14:textId="1F633397" w:rsidR="007B22B7" w:rsidRPr="00197061" w:rsidRDefault="007B22B7" w:rsidP="00D814E2">
            <w:pPr>
              <w:spacing w:after="0"/>
              <w:rPr>
                <w:rFonts w:cs="Arial"/>
                <w:sz w:val="16"/>
                <w:szCs w:val="16"/>
              </w:rPr>
            </w:pPr>
            <w:r w:rsidRPr="00BB5325">
              <w:rPr>
                <w:sz w:val="18"/>
                <w:szCs w:val="18"/>
              </w:rPr>
              <w:t>FD</w:t>
            </w:r>
          </w:p>
        </w:tc>
        <w:tc>
          <w:tcPr>
            <w:tcW w:w="1588" w:type="dxa"/>
            <w:tcMar>
              <w:top w:w="38" w:type="dxa"/>
              <w:left w:w="55" w:type="dxa"/>
              <w:bottom w:w="38" w:type="dxa"/>
              <w:right w:w="55" w:type="dxa"/>
            </w:tcMar>
            <w:vAlign w:val="center"/>
          </w:tcPr>
          <w:p w14:paraId="1A9764C8" w14:textId="0705A70F" w:rsidR="007B22B7" w:rsidRPr="00197061" w:rsidRDefault="007B22B7" w:rsidP="00D814E2">
            <w:pPr>
              <w:spacing w:after="0"/>
              <w:rPr>
                <w:rFonts w:cs="Arial"/>
                <w:sz w:val="16"/>
                <w:szCs w:val="16"/>
              </w:rPr>
            </w:pPr>
            <w:r w:rsidRPr="00BB5325">
              <w:rPr>
                <w:sz w:val="18"/>
                <w:szCs w:val="18"/>
              </w:rPr>
              <w:t>0</w:t>
            </w:r>
            <w:r>
              <w:rPr>
                <w:sz w:val="18"/>
                <w:szCs w:val="18"/>
              </w:rPr>
              <w:t>,</w:t>
            </w:r>
            <w:r w:rsidRPr="00BB5325">
              <w:rPr>
                <w:sz w:val="18"/>
                <w:szCs w:val="18"/>
              </w:rPr>
              <w:t>50</w:t>
            </w:r>
          </w:p>
        </w:tc>
        <w:tc>
          <w:tcPr>
            <w:tcW w:w="1259" w:type="dxa"/>
            <w:tcMar>
              <w:top w:w="38" w:type="dxa"/>
              <w:left w:w="55" w:type="dxa"/>
              <w:bottom w:w="38" w:type="dxa"/>
              <w:right w:w="55" w:type="dxa"/>
            </w:tcMar>
            <w:vAlign w:val="center"/>
          </w:tcPr>
          <w:p w14:paraId="3D0217F6" w14:textId="3F7D0A66" w:rsidR="007B22B7" w:rsidRPr="00197061" w:rsidRDefault="007B22B7" w:rsidP="00D814E2">
            <w:pPr>
              <w:spacing w:after="0"/>
              <w:rPr>
                <w:rFonts w:cs="Arial"/>
                <w:sz w:val="16"/>
                <w:szCs w:val="16"/>
              </w:rPr>
            </w:pPr>
            <w:r w:rsidRPr="00BB5325">
              <w:rPr>
                <w:sz w:val="18"/>
                <w:szCs w:val="18"/>
              </w:rPr>
              <w:t>45 - 39</w:t>
            </w:r>
          </w:p>
        </w:tc>
        <w:tc>
          <w:tcPr>
            <w:tcW w:w="1330" w:type="dxa"/>
            <w:vAlign w:val="center"/>
          </w:tcPr>
          <w:p w14:paraId="01FA4C5A" w14:textId="63975AA0" w:rsidR="007B22B7" w:rsidRPr="00197061" w:rsidRDefault="007B22B7" w:rsidP="00D814E2">
            <w:pPr>
              <w:spacing w:after="0"/>
              <w:rPr>
                <w:rFonts w:cs="Arial"/>
                <w:sz w:val="16"/>
                <w:szCs w:val="16"/>
              </w:rPr>
            </w:pPr>
            <w:r>
              <w:rPr>
                <w:rFonts w:cs="Arial"/>
                <w:sz w:val="16"/>
                <w:szCs w:val="16"/>
              </w:rPr>
              <w:t>FX</w:t>
            </w:r>
          </w:p>
        </w:tc>
        <w:tc>
          <w:tcPr>
            <w:tcW w:w="693" w:type="dxa"/>
            <w:vMerge/>
            <w:shd w:val="clear" w:color="auto" w:fill="FFFFFF" w:themeFill="background1"/>
          </w:tcPr>
          <w:p w14:paraId="41E362CE"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75554ACC" w14:textId="1BB3201B"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64236CBE"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3E0F9FF2" w14:textId="77777777" w:rsidR="007B22B7" w:rsidRPr="00197061" w:rsidRDefault="007B22B7" w:rsidP="00D814E2">
            <w:pPr>
              <w:spacing w:after="0"/>
              <w:rPr>
                <w:rFonts w:cs="Arial"/>
                <w:sz w:val="16"/>
                <w:szCs w:val="16"/>
              </w:rPr>
            </w:pPr>
          </w:p>
        </w:tc>
      </w:tr>
      <w:tr w:rsidR="007B22B7" w:rsidRPr="00B31279" w14:paraId="6661BD7B" w14:textId="77777777" w:rsidTr="000F67E5">
        <w:trPr>
          <w:trHeight w:val="300"/>
          <w:jc w:val="center"/>
        </w:trPr>
        <w:tc>
          <w:tcPr>
            <w:tcW w:w="1975" w:type="dxa"/>
            <w:vAlign w:val="center"/>
          </w:tcPr>
          <w:p w14:paraId="3ACEBEF1" w14:textId="0C09FEAB" w:rsidR="007B22B7" w:rsidRPr="00BB5325" w:rsidRDefault="007B22B7" w:rsidP="00D814E2">
            <w:pPr>
              <w:spacing w:after="0"/>
              <w:rPr>
                <w:sz w:val="18"/>
                <w:szCs w:val="18"/>
              </w:rPr>
            </w:pPr>
            <w:r>
              <w:rPr>
                <w:sz w:val="18"/>
                <w:szCs w:val="18"/>
              </w:rPr>
              <w:t>Başarısız</w:t>
            </w:r>
          </w:p>
        </w:tc>
        <w:tc>
          <w:tcPr>
            <w:tcW w:w="709" w:type="dxa"/>
            <w:tcMar>
              <w:top w:w="38" w:type="dxa"/>
              <w:left w:w="55" w:type="dxa"/>
              <w:bottom w:w="38" w:type="dxa"/>
              <w:right w:w="55" w:type="dxa"/>
            </w:tcMar>
            <w:vAlign w:val="center"/>
          </w:tcPr>
          <w:p w14:paraId="76E58C1F" w14:textId="24A075AA" w:rsidR="007B22B7" w:rsidRPr="00197061" w:rsidRDefault="007B22B7" w:rsidP="00D814E2">
            <w:pPr>
              <w:spacing w:after="0"/>
              <w:rPr>
                <w:rFonts w:cs="Arial"/>
                <w:sz w:val="16"/>
                <w:szCs w:val="16"/>
              </w:rPr>
            </w:pPr>
            <w:r w:rsidRPr="00BB5325">
              <w:rPr>
                <w:sz w:val="18"/>
                <w:szCs w:val="18"/>
              </w:rPr>
              <w:t>FF</w:t>
            </w:r>
          </w:p>
        </w:tc>
        <w:tc>
          <w:tcPr>
            <w:tcW w:w="1588" w:type="dxa"/>
            <w:tcMar>
              <w:top w:w="38" w:type="dxa"/>
              <w:left w:w="55" w:type="dxa"/>
              <w:bottom w:w="38" w:type="dxa"/>
              <w:right w:w="55" w:type="dxa"/>
            </w:tcMar>
            <w:vAlign w:val="center"/>
          </w:tcPr>
          <w:p w14:paraId="5F3D8429" w14:textId="6FD263F1" w:rsidR="007B22B7" w:rsidRPr="00197061" w:rsidRDefault="007B22B7" w:rsidP="00D814E2">
            <w:pPr>
              <w:spacing w:after="0"/>
              <w:rPr>
                <w:rFonts w:cs="Arial"/>
                <w:sz w:val="16"/>
                <w:szCs w:val="16"/>
              </w:rPr>
            </w:pPr>
            <w:r w:rsidRPr="00BB5325">
              <w:rPr>
                <w:sz w:val="18"/>
                <w:szCs w:val="18"/>
              </w:rPr>
              <w:t>0</w:t>
            </w:r>
            <w:r>
              <w:rPr>
                <w:sz w:val="18"/>
                <w:szCs w:val="18"/>
              </w:rPr>
              <w:t>,</w:t>
            </w:r>
            <w:r w:rsidRPr="00BB5325">
              <w:rPr>
                <w:sz w:val="18"/>
                <w:szCs w:val="18"/>
              </w:rPr>
              <w:t>00</w:t>
            </w:r>
          </w:p>
        </w:tc>
        <w:tc>
          <w:tcPr>
            <w:tcW w:w="1259" w:type="dxa"/>
            <w:tcMar>
              <w:top w:w="38" w:type="dxa"/>
              <w:left w:w="55" w:type="dxa"/>
              <w:bottom w:w="38" w:type="dxa"/>
              <w:right w:w="55" w:type="dxa"/>
            </w:tcMar>
            <w:vAlign w:val="center"/>
          </w:tcPr>
          <w:p w14:paraId="5603FF52" w14:textId="5099896E" w:rsidR="007B22B7" w:rsidRPr="00197061" w:rsidRDefault="007B22B7" w:rsidP="00D814E2">
            <w:pPr>
              <w:spacing w:after="0"/>
              <w:rPr>
                <w:rFonts w:cs="Arial"/>
                <w:sz w:val="16"/>
                <w:szCs w:val="16"/>
              </w:rPr>
            </w:pPr>
            <w:r w:rsidRPr="00BB5325">
              <w:rPr>
                <w:sz w:val="18"/>
                <w:szCs w:val="18"/>
              </w:rPr>
              <w:t>38 - 00</w:t>
            </w:r>
          </w:p>
        </w:tc>
        <w:tc>
          <w:tcPr>
            <w:tcW w:w="1330" w:type="dxa"/>
            <w:vAlign w:val="center"/>
          </w:tcPr>
          <w:p w14:paraId="606A1BE7" w14:textId="04152771" w:rsidR="007B22B7" w:rsidRPr="00197061" w:rsidRDefault="007B22B7" w:rsidP="00D814E2">
            <w:pPr>
              <w:spacing w:after="0"/>
              <w:rPr>
                <w:rFonts w:cs="Arial"/>
                <w:sz w:val="16"/>
                <w:szCs w:val="16"/>
              </w:rPr>
            </w:pPr>
            <w:r>
              <w:rPr>
                <w:rFonts w:cs="Arial"/>
                <w:sz w:val="16"/>
                <w:szCs w:val="16"/>
              </w:rPr>
              <w:t>F</w:t>
            </w:r>
          </w:p>
        </w:tc>
        <w:tc>
          <w:tcPr>
            <w:tcW w:w="693" w:type="dxa"/>
            <w:vMerge/>
            <w:shd w:val="clear" w:color="auto" w:fill="FFFFFF" w:themeFill="background1"/>
          </w:tcPr>
          <w:p w14:paraId="3217B30D" w14:textId="77777777" w:rsidR="007B22B7" w:rsidRPr="00197061" w:rsidRDefault="007B22B7" w:rsidP="00D814E2">
            <w:pPr>
              <w:spacing w:after="0"/>
              <w:rPr>
                <w:rFonts w:cs="Arial"/>
                <w:sz w:val="16"/>
                <w:szCs w:val="16"/>
              </w:rPr>
            </w:pPr>
          </w:p>
        </w:tc>
        <w:tc>
          <w:tcPr>
            <w:tcW w:w="1364" w:type="dxa"/>
            <w:tcMar>
              <w:top w:w="38" w:type="dxa"/>
              <w:left w:w="55" w:type="dxa"/>
              <w:bottom w:w="38" w:type="dxa"/>
              <w:right w:w="55" w:type="dxa"/>
            </w:tcMar>
            <w:vAlign w:val="center"/>
          </w:tcPr>
          <w:p w14:paraId="6D9C6C1D" w14:textId="4B525F1D" w:rsidR="007B22B7" w:rsidRPr="00197061" w:rsidRDefault="007B22B7" w:rsidP="00D814E2">
            <w:pPr>
              <w:spacing w:after="0"/>
              <w:rPr>
                <w:rFonts w:cs="Arial"/>
                <w:sz w:val="16"/>
                <w:szCs w:val="16"/>
              </w:rPr>
            </w:pPr>
          </w:p>
        </w:tc>
        <w:tc>
          <w:tcPr>
            <w:tcW w:w="1728" w:type="dxa"/>
            <w:tcMar>
              <w:top w:w="38" w:type="dxa"/>
              <w:left w:w="55" w:type="dxa"/>
              <w:bottom w:w="38" w:type="dxa"/>
              <w:right w:w="55" w:type="dxa"/>
            </w:tcMar>
            <w:vAlign w:val="center"/>
          </w:tcPr>
          <w:p w14:paraId="24EC7B6A" w14:textId="77777777" w:rsidR="007B22B7" w:rsidRPr="00197061" w:rsidRDefault="007B22B7" w:rsidP="00D814E2">
            <w:pPr>
              <w:spacing w:after="0"/>
              <w:rPr>
                <w:rFonts w:cs="Arial"/>
                <w:sz w:val="16"/>
                <w:szCs w:val="16"/>
              </w:rPr>
            </w:pPr>
          </w:p>
        </w:tc>
        <w:tc>
          <w:tcPr>
            <w:tcW w:w="2588" w:type="dxa"/>
            <w:tcMar>
              <w:top w:w="38" w:type="dxa"/>
              <w:left w:w="55" w:type="dxa"/>
              <w:bottom w:w="38" w:type="dxa"/>
              <w:right w:w="55" w:type="dxa"/>
            </w:tcMar>
            <w:vAlign w:val="center"/>
          </w:tcPr>
          <w:p w14:paraId="1F47541F" w14:textId="77777777" w:rsidR="007B22B7" w:rsidRPr="00197061" w:rsidRDefault="007B22B7" w:rsidP="00D814E2">
            <w:pPr>
              <w:spacing w:after="0"/>
              <w:rPr>
                <w:rFonts w:cs="Arial"/>
                <w:sz w:val="16"/>
                <w:szCs w:val="16"/>
              </w:rPr>
            </w:pPr>
          </w:p>
        </w:tc>
      </w:tr>
      <w:tr w:rsidR="000F67E5" w:rsidRPr="00B31279" w14:paraId="3CCBF8F0" w14:textId="77777777" w:rsidTr="000F67E5">
        <w:trPr>
          <w:trHeight w:val="300"/>
          <w:jc w:val="center"/>
        </w:trPr>
        <w:tc>
          <w:tcPr>
            <w:tcW w:w="1975" w:type="dxa"/>
            <w:vAlign w:val="center"/>
          </w:tcPr>
          <w:p w14:paraId="3EE09D04" w14:textId="34271DFC" w:rsidR="000F67E5" w:rsidRDefault="000F67E5" w:rsidP="00D814E2">
            <w:pPr>
              <w:spacing w:after="0"/>
              <w:rPr>
                <w:sz w:val="18"/>
                <w:szCs w:val="18"/>
              </w:rPr>
            </w:pPr>
            <w:r>
              <w:rPr>
                <w:sz w:val="18"/>
                <w:szCs w:val="18"/>
              </w:rPr>
              <w:t>Girmedi (Başarısız)</w:t>
            </w:r>
          </w:p>
        </w:tc>
        <w:tc>
          <w:tcPr>
            <w:tcW w:w="709" w:type="dxa"/>
            <w:tcMar>
              <w:top w:w="38" w:type="dxa"/>
              <w:left w:w="55" w:type="dxa"/>
              <w:bottom w:w="38" w:type="dxa"/>
              <w:right w:w="55" w:type="dxa"/>
            </w:tcMar>
            <w:vAlign w:val="center"/>
          </w:tcPr>
          <w:p w14:paraId="49F47759" w14:textId="1FD1954D" w:rsidR="000F67E5" w:rsidRPr="00BB5325" w:rsidRDefault="000F67E5" w:rsidP="00D814E2">
            <w:pPr>
              <w:spacing w:after="0"/>
              <w:rPr>
                <w:sz w:val="18"/>
                <w:szCs w:val="18"/>
              </w:rPr>
            </w:pPr>
            <w:r>
              <w:rPr>
                <w:sz w:val="18"/>
                <w:szCs w:val="18"/>
              </w:rPr>
              <w:t>FG</w:t>
            </w:r>
          </w:p>
        </w:tc>
        <w:tc>
          <w:tcPr>
            <w:tcW w:w="1588" w:type="dxa"/>
            <w:tcMar>
              <w:top w:w="38" w:type="dxa"/>
              <w:left w:w="55" w:type="dxa"/>
              <w:bottom w:w="38" w:type="dxa"/>
              <w:right w:w="55" w:type="dxa"/>
            </w:tcMar>
            <w:vAlign w:val="center"/>
          </w:tcPr>
          <w:p w14:paraId="42936374" w14:textId="37C2AA6E" w:rsidR="000F67E5" w:rsidRPr="00BB5325" w:rsidRDefault="000F67E5" w:rsidP="00D814E2">
            <w:pPr>
              <w:spacing w:after="0"/>
              <w:rPr>
                <w:sz w:val="18"/>
                <w:szCs w:val="18"/>
              </w:rPr>
            </w:pPr>
            <w:r>
              <w:rPr>
                <w:sz w:val="18"/>
                <w:szCs w:val="18"/>
              </w:rPr>
              <w:t>0,00</w:t>
            </w:r>
          </w:p>
        </w:tc>
        <w:tc>
          <w:tcPr>
            <w:tcW w:w="1259" w:type="dxa"/>
            <w:tcMar>
              <w:top w:w="38" w:type="dxa"/>
              <w:left w:w="55" w:type="dxa"/>
              <w:bottom w:w="38" w:type="dxa"/>
              <w:right w:w="55" w:type="dxa"/>
            </w:tcMar>
            <w:vAlign w:val="center"/>
          </w:tcPr>
          <w:p w14:paraId="2B5B35FA" w14:textId="421116D3" w:rsidR="000F67E5" w:rsidRPr="00BB5325" w:rsidRDefault="000F67E5" w:rsidP="00D814E2">
            <w:pPr>
              <w:spacing w:after="0"/>
              <w:rPr>
                <w:sz w:val="18"/>
                <w:szCs w:val="18"/>
              </w:rPr>
            </w:pPr>
            <w:r>
              <w:rPr>
                <w:sz w:val="18"/>
                <w:szCs w:val="18"/>
              </w:rPr>
              <w:t>-</w:t>
            </w:r>
          </w:p>
        </w:tc>
        <w:tc>
          <w:tcPr>
            <w:tcW w:w="1330" w:type="dxa"/>
            <w:vAlign w:val="center"/>
          </w:tcPr>
          <w:p w14:paraId="653293AE" w14:textId="24A586D4" w:rsidR="000F67E5" w:rsidRDefault="000F67E5" w:rsidP="00D814E2">
            <w:pPr>
              <w:spacing w:after="0"/>
              <w:rPr>
                <w:rFonts w:cs="Arial"/>
                <w:sz w:val="16"/>
                <w:szCs w:val="16"/>
              </w:rPr>
            </w:pPr>
            <w:r>
              <w:rPr>
                <w:rFonts w:cs="Arial"/>
                <w:sz w:val="16"/>
                <w:szCs w:val="16"/>
              </w:rPr>
              <w:t>-</w:t>
            </w:r>
          </w:p>
        </w:tc>
        <w:tc>
          <w:tcPr>
            <w:tcW w:w="693" w:type="dxa"/>
            <w:shd w:val="clear" w:color="auto" w:fill="FFFFFF" w:themeFill="background1"/>
          </w:tcPr>
          <w:p w14:paraId="60586E93" w14:textId="77777777" w:rsidR="000F67E5" w:rsidRPr="00197061" w:rsidRDefault="000F67E5" w:rsidP="00D814E2">
            <w:pPr>
              <w:spacing w:after="0"/>
              <w:rPr>
                <w:rFonts w:cs="Arial"/>
                <w:sz w:val="16"/>
                <w:szCs w:val="16"/>
              </w:rPr>
            </w:pPr>
          </w:p>
        </w:tc>
        <w:tc>
          <w:tcPr>
            <w:tcW w:w="1364" w:type="dxa"/>
            <w:tcMar>
              <w:top w:w="38" w:type="dxa"/>
              <w:left w:w="55" w:type="dxa"/>
              <w:bottom w:w="38" w:type="dxa"/>
              <w:right w:w="55" w:type="dxa"/>
            </w:tcMar>
            <w:vAlign w:val="center"/>
          </w:tcPr>
          <w:p w14:paraId="3B96DA9D" w14:textId="77777777" w:rsidR="000F67E5" w:rsidRPr="00197061" w:rsidRDefault="000F67E5" w:rsidP="00D814E2">
            <w:pPr>
              <w:spacing w:after="0"/>
              <w:rPr>
                <w:rFonts w:cs="Arial"/>
                <w:sz w:val="16"/>
                <w:szCs w:val="16"/>
              </w:rPr>
            </w:pPr>
          </w:p>
        </w:tc>
        <w:tc>
          <w:tcPr>
            <w:tcW w:w="1728" w:type="dxa"/>
            <w:tcMar>
              <w:top w:w="38" w:type="dxa"/>
              <w:left w:w="55" w:type="dxa"/>
              <w:bottom w:w="38" w:type="dxa"/>
              <w:right w:w="55" w:type="dxa"/>
            </w:tcMar>
            <w:vAlign w:val="center"/>
          </w:tcPr>
          <w:p w14:paraId="254D9161" w14:textId="77777777" w:rsidR="000F67E5" w:rsidRPr="00197061" w:rsidRDefault="000F67E5" w:rsidP="00D814E2">
            <w:pPr>
              <w:spacing w:after="0"/>
              <w:rPr>
                <w:rFonts w:cs="Arial"/>
                <w:sz w:val="16"/>
                <w:szCs w:val="16"/>
              </w:rPr>
            </w:pPr>
          </w:p>
        </w:tc>
        <w:tc>
          <w:tcPr>
            <w:tcW w:w="2588" w:type="dxa"/>
            <w:tcMar>
              <w:top w:w="38" w:type="dxa"/>
              <w:left w:w="55" w:type="dxa"/>
              <w:bottom w:w="38" w:type="dxa"/>
              <w:right w:w="55" w:type="dxa"/>
            </w:tcMar>
            <w:vAlign w:val="center"/>
          </w:tcPr>
          <w:p w14:paraId="2BCEEFA3" w14:textId="77777777" w:rsidR="000F67E5" w:rsidRPr="00197061" w:rsidRDefault="000F67E5" w:rsidP="00D814E2">
            <w:pPr>
              <w:spacing w:after="0"/>
              <w:rPr>
                <w:rFonts w:cs="Arial"/>
                <w:sz w:val="16"/>
                <w:szCs w:val="16"/>
              </w:rPr>
            </w:pPr>
          </w:p>
        </w:tc>
      </w:tr>
      <w:tr w:rsidR="000F67E5" w:rsidRPr="00B31279" w14:paraId="4361AC9A" w14:textId="77777777" w:rsidTr="000F67E5">
        <w:trPr>
          <w:trHeight w:val="300"/>
          <w:jc w:val="center"/>
        </w:trPr>
        <w:tc>
          <w:tcPr>
            <w:tcW w:w="1975" w:type="dxa"/>
            <w:vAlign w:val="center"/>
          </w:tcPr>
          <w:p w14:paraId="1FCD44CA" w14:textId="24054A92" w:rsidR="000F67E5" w:rsidRDefault="000F67E5" w:rsidP="00D814E2">
            <w:pPr>
              <w:spacing w:after="0"/>
              <w:rPr>
                <w:sz w:val="18"/>
                <w:szCs w:val="18"/>
              </w:rPr>
            </w:pPr>
            <w:r>
              <w:rPr>
                <w:sz w:val="18"/>
                <w:szCs w:val="18"/>
              </w:rPr>
              <w:t>Devamsız</w:t>
            </w:r>
            <w:r>
              <w:rPr>
                <w:sz w:val="18"/>
                <w:szCs w:val="18"/>
              </w:rPr>
              <w:t xml:space="preserve"> (Başarısız)</w:t>
            </w:r>
          </w:p>
        </w:tc>
        <w:tc>
          <w:tcPr>
            <w:tcW w:w="709" w:type="dxa"/>
            <w:tcMar>
              <w:top w:w="38" w:type="dxa"/>
              <w:left w:w="55" w:type="dxa"/>
              <w:bottom w:w="38" w:type="dxa"/>
              <w:right w:w="55" w:type="dxa"/>
            </w:tcMar>
            <w:vAlign w:val="center"/>
          </w:tcPr>
          <w:p w14:paraId="20D4C0F1" w14:textId="0E54A681" w:rsidR="000F67E5" w:rsidRPr="00BB5325" w:rsidRDefault="000F67E5" w:rsidP="00D814E2">
            <w:pPr>
              <w:spacing w:after="0"/>
              <w:rPr>
                <w:sz w:val="18"/>
                <w:szCs w:val="18"/>
              </w:rPr>
            </w:pPr>
            <w:r>
              <w:rPr>
                <w:sz w:val="18"/>
                <w:szCs w:val="18"/>
              </w:rPr>
              <w:t>DZ</w:t>
            </w:r>
          </w:p>
        </w:tc>
        <w:tc>
          <w:tcPr>
            <w:tcW w:w="1588" w:type="dxa"/>
            <w:tcMar>
              <w:top w:w="38" w:type="dxa"/>
              <w:left w:w="55" w:type="dxa"/>
              <w:bottom w:w="38" w:type="dxa"/>
              <w:right w:w="55" w:type="dxa"/>
            </w:tcMar>
            <w:vAlign w:val="center"/>
          </w:tcPr>
          <w:p w14:paraId="1CFAA2F0" w14:textId="04A0BD47" w:rsidR="000F67E5" w:rsidRPr="00BB5325" w:rsidRDefault="000F67E5" w:rsidP="00D814E2">
            <w:pPr>
              <w:spacing w:after="0"/>
              <w:rPr>
                <w:sz w:val="18"/>
                <w:szCs w:val="18"/>
              </w:rPr>
            </w:pPr>
            <w:r>
              <w:rPr>
                <w:sz w:val="18"/>
                <w:szCs w:val="18"/>
              </w:rPr>
              <w:t>0,00</w:t>
            </w:r>
          </w:p>
        </w:tc>
        <w:tc>
          <w:tcPr>
            <w:tcW w:w="1259" w:type="dxa"/>
            <w:tcMar>
              <w:top w:w="38" w:type="dxa"/>
              <w:left w:w="55" w:type="dxa"/>
              <w:bottom w:w="38" w:type="dxa"/>
              <w:right w:w="55" w:type="dxa"/>
            </w:tcMar>
            <w:vAlign w:val="center"/>
          </w:tcPr>
          <w:p w14:paraId="56498C4E" w14:textId="2589F21C" w:rsidR="000F67E5" w:rsidRPr="00BB5325" w:rsidRDefault="000F67E5" w:rsidP="00D814E2">
            <w:pPr>
              <w:spacing w:after="0"/>
              <w:rPr>
                <w:sz w:val="18"/>
                <w:szCs w:val="18"/>
              </w:rPr>
            </w:pPr>
            <w:r>
              <w:rPr>
                <w:sz w:val="18"/>
                <w:szCs w:val="18"/>
              </w:rPr>
              <w:t>-</w:t>
            </w:r>
          </w:p>
        </w:tc>
        <w:tc>
          <w:tcPr>
            <w:tcW w:w="1330" w:type="dxa"/>
            <w:vAlign w:val="center"/>
          </w:tcPr>
          <w:p w14:paraId="5E98723D" w14:textId="3819E12F" w:rsidR="000F67E5" w:rsidRDefault="000F67E5" w:rsidP="00D814E2">
            <w:pPr>
              <w:spacing w:after="0"/>
              <w:rPr>
                <w:rFonts w:cs="Arial"/>
                <w:sz w:val="16"/>
                <w:szCs w:val="16"/>
              </w:rPr>
            </w:pPr>
            <w:r>
              <w:rPr>
                <w:rFonts w:cs="Arial"/>
                <w:sz w:val="16"/>
                <w:szCs w:val="16"/>
              </w:rPr>
              <w:t>-</w:t>
            </w:r>
          </w:p>
        </w:tc>
        <w:tc>
          <w:tcPr>
            <w:tcW w:w="693" w:type="dxa"/>
            <w:shd w:val="clear" w:color="auto" w:fill="FFFFFF" w:themeFill="background1"/>
          </w:tcPr>
          <w:p w14:paraId="19636933" w14:textId="77777777" w:rsidR="000F67E5" w:rsidRPr="00197061" w:rsidRDefault="000F67E5" w:rsidP="00D814E2">
            <w:pPr>
              <w:spacing w:after="0"/>
              <w:rPr>
                <w:rFonts w:cs="Arial"/>
                <w:sz w:val="16"/>
                <w:szCs w:val="16"/>
              </w:rPr>
            </w:pPr>
          </w:p>
        </w:tc>
        <w:tc>
          <w:tcPr>
            <w:tcW w:w="1364" w:type="dxa"/>
            <w:tcMar>
              <w:top w:w="38" w:type="dxa"/>
              <w:left w:w="55" w:type="dxa"/>
              <w:bottom w:w="38" w:type="dxa"/>
              <w:right w:w="55" w:type="dxa"/>
            </w:tcMar>
            <w:vAlign w:val="center"/>
          </w:tcPr>
          <w:p w14:paraId="15C7979B" w14:textId="77777777" w:rsidR="000F67E5" w:rsidRPr="00197061" w:rsidRDefault="000F67E5" w:rsidP="00D814E2">
            <w:pPr>
              <w:spacing w:after="0"/>
              <w:rPr>
                <w:rFonts w:cs="Arial"/>
                <w:sz w:val="16"/>
                <w:szCs w:val="16"/>
              </w:rPr>
            </w:pPr>
          </w:p>
        </w:tc>
        <w:tc>
          <w:tcPr>
            <w:tcW w:w="1728" w:type="dxa"/>
            <w:tcMar>
              <w:top w:w="38" w:type="dxa"/>
              <w:left w:w="55" w:type="dxa"/>
              <w:bottom w:w="38" w:type="dxa"/>
              <w:right w:w="55" w:type="dxa"/>
            </w:tcMar>
            <w:vAlign w:val="center"/>
          </w:tcPr>
          <w:p w14:paraId="250FD320" w14:textId="77777777" w:rsidR="000F67E5" w:rsidRPr="00197061" w:rsidRDefault="000F67E5" w:rsidP="00D814E2">
            <w:pPr>
              <w:spacing w:after="0"/>
              <w:rPr>
                <w:rFonts w:cs="Arial"/>
                <w:sz w:val="16"/>
                <w:szCs w:val="16"/>
              </w:rPr>
            </w:pPr>
          </w:p>
        </w:tc>
        <w:tc>
          <w:tcPr>
            <w:tcW w:w="2588" w:type="dxa"/>
            <w:tcMar>
              <w:top w:w="38" w:type="dxa"/>
              <w:left w:w="55" w:type="dxa"/>
              <w:bottom w:w="38" w:type="dxa"/>
              <w:right w:w="55" w:type="dxa"/>
            </w:tcMar>
            <w:vAlign w:val="center"/>
          </w:tcPr>
          <w:p w14:paraId="6B2346D8" w14:textId="77777777" w:rsidR="000F67E5" w:rsidRPr="00197061" w:rsidRDefault="000F67E5" w:rsidP="00D814E2">
            <w:pPr>
              <w:spacing w:after="0"/>
              <w:rPr>
                <w:rFonts w:cs="Arial"/>
                <w:sz w:val="16"/>
                <w:szCs w:val="16"/>
              </w:rPr>
            </w:pPr>
          </w:p>
        </w:tc>
      </w:tr>
    </w:tbl>
    <w:p w14:paraId="7C16C8FB" w14:textId="77777777" w:rsidR="00BB5325" w:rsidRPr="00B31279" w:rsidRDefault="00BB5325" w:rsidP="00BB5325">
      <w:pPr>
        <w:spacing w:after="20"/>
        <w:ind w:firstLine="720"/>
      </w:pPr>
    </w:p>
    <w:p w14:paraId="5395EEDA" w14:textId="71E16D7C" w:rsidR="00BB5325" w:rsidRDefault="00BB5325">
      <w:pPr>
        <w:rPr>
          <w:b/>
          <w:color w:val="1A365D"/>
          <w:sz w:val="18"/>
        </w:rPr>
      </w:pPr>
    </w:p>
    <w:p w14:paraId="7741DCCB" w14:textId="69A755DD" w:rsidR="00DB6CE0" w:rsidRDefault="00DB6CE0">
      <w:pPr>
        <w:rPr>
          <w:b/>
          <w:color w:val="1A365D"/>
          <w:sz w:val="18"/>
        </w:rPr>
      </w:pPr>
    </w:p>
    <w:p w14:paraId="0324636A" w14:textId="77777777" w:rsidR="00250C7A" w:rsidRDefault="00250C7A" w:rsidP="00B31279">
      <w:pPr>
        <w:rPr>
          <w:b/>
          <w:color w:val="1A365D"/>
          <w:sz w:val="18"/>
        </w:rPr>
      </w:pPr>
    </w:p>
    <w:p w14:paraId="36D5E290" w14:textId="77777777" w:rsidR="00BB5325" w:rsidRDefault="00BB5325" w:rsidP="00B31279">
      <w:pPr>
        <w:rPr>
          <w:b/>
          <w:color w:val="1A365D"/>
          <w:sz w:val="18"/>
        </w:rPr>
      </w:pPr>
    </w:p>
    <w:p w14:paraId="2432EE8D" w14:textId="77777777" w:rsidR="00BB5325" w:rsidRDefault="00BB5325" w:rsidP="00B31279">
      <w:pPr>
        <w:rPr>
          <w:b/>
          <w:color w:val="1A365D"/>
          <w:sz w:val="18"/>
        </w:rPr>
      </w:pPr>
    </w:p>
    <w:p w14:paraId="186ACF5A" w14:textId="77777777" w:rsidR="00BB5325" w:rsidRDefault="00BB5325" w:rsidP="00B31279">
      <w:pPr>
        <w:rPr>
          <w:b/>
          <w:color w:val="1A365D"/>
          <w:sz w:val="18"/>
        </w:rPr>
      </w:pPr>
    </w:p>
    <w:p w14:paraId="29C8702E" w14:textId="7E5C0FF1" w:rsidR="005D6705" w:rsidRPr="00B31279" w:rsidRDefault="00197061" w:rsidP="00B31279">
      <w:pPr>
        <w:rPr>
          <w:b/>
          <w:color w:val="1A365D"/>
          <w:sz w:val="18"/>
        </w:rPr>
      </w:pPr>
      <w:r>
        <w:rPr>
          <w:b/>
          <w:color w:val="1A365D"/>
          <w:sz w:val="18"/>
        </w:rPr>
        <w:t>A</w:t>
      </w:r>
      <w:r w:rsidRPr="00B31279">
        <w:rPr>
          <w:b/>
          <w:color w:val="1A365D"/>
          <w:sz w:val="18"/>
        </w:rPr>
        <w:t>çıklamalar</w:t>
      </w:r>
      <w:r w:rsidR="00BD10CE">
        <w:rPr>
          <w:b/>
          <w:color w:val="1A365D"/>
          <w:sz w:val="18"/>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1"/>
        <w:gridCol w:w="7281"/>
      </w:tblGrid>
      <w:tr w:rsidR="00F31BAB" w:rsidRPr="00DB6CE0" w14:paraId="2DE7F501" w14:textId="77777777" w:rsidTr="00F31BAB">
        <w:trPr>
          <w:jc w:val="center"/>
        </w:trPr>
        <w:tc>
          <w:tcPr>
            <w:tcW w:w="6781" w:type="dxa"/>
            <w:tcMar>
              <w:top w:w="20" w:type="dxa"/>
              <w:left w:w="20" w:type="dxa"/>
              <w:bottom w:w="20" w:type="dxa"/>
              <w:right w:w="20" w:type="dxa"/>
            </w:tcMar>
          </w:tcPr>
          <w:p w14:paraId="0984517B" w14:textId="7A9A994B" w:rsidR="00F31BAB" w:rsidRPr="00F31BAB" w:rsidRDefault="00F31BAB" w:rsidP="00F31BAB">
            <w:pPr>
              <w:spacing w:after="0" w:line="240" w:lineRule="auto"/>
              <w:jc w:val="both"/>
              <w:rPr>
                <w:sz w:val="18"/>
                <w:szCs w:val="28"/>
              </w:rPr>
            </w:pPr>
            <w:r>
              <w:rPr>
                <w:sz w:val="18"/>
                <w:szCs w:val="28"/>
              </w:rPr>
              <w:t xml:space="preserve">1. </w:t>
            </w:r>
            <w:r w:rsidRPr="00F31BAB">
              <w:rPr>
                <w:sz w:val="18"/>
                <w:szCs w:val="28"/>
              </w:rPr>
              <w:t>Yukarıdaki tabloda, Erasmus+ öğrencisinin misafir olduğu yükseköğretim kurumunda almış olduğu ve transkriptinde yer alan dersler ile bu derslerden elde ettiği başarı durumu gösterilmiştir.</w:t>
            </w:r>
          </w:p>
        </w:tc>
        <w:tc>
          <w:tcPr>
            <w:tcW w:w="6781" w:type="dxa"/>
            <w:tcMar>
              <w:top w:w="20" w:type="dxa"/>
              <w:left w:w="20" w:type="dxa"/>
              <w:bottom w:w="20" w:type="dxa"/>
              <w:right w:w="20" w:type="dxa"/>
            </w:tcMar>
          </w:tcPr>
          <w:p w14:paraId="34369B13" w14:textId="2B910ED5" w:rsidR="00F31BAB" w:rsidRPr="00BD10CE" w:rsidRDefault="00F31BAB" w:rsidP="00F31BAB">
            <w:pPr>
              <w:spacing w:after="0" w:line="240" w:lineRule="auto"/>
              <w:ind w:left="85"/>
              <w:jc w:val="both"/>
              <w:rPr>
                <w:sz w:val="18"/>
                <w:szCs w:val="28"/>
              </w:rPr>
            </w:pPr>
            <w:r>
              <w:rPr>
                <w:sz w:val="18"/>
                <w:szCs w:val="28"/>
              </w:rPr>
              <w:t xml:space="preserve">5. </w:t>
            </w:r>
            <w:r w:rsidRPr="00F31BAB">
              <w:rPr>
                <w:sz w:val="18"/>
                <w:szCs w:val="28"/>
              </w:rPr>
              <w:t>Ders İntibak B Tablosu; öğrencinin sunduğu transkript, katılım belgesi, varsa güncellenmiş Learning Agreement (During the Mobility) ve ilgili diğer belgeler dikkate alınarak hazırlanır.</w:t>
            </w:r>
          </w:p>
        </w:tc>
      </w:tr>
      <w:tr w:rsidR="00F31BAB" w:rsidRPr="00DB6CE0" w14:paraId="23FE71D8" w14:textId="77777777" w:rsidTr="00F31BAB">
        <w:trPr>
          <w:jc w:val="center"/>
        </w:trPr>
        <w:tc>
          <w:tcPr>
            <w:tcW w:w="6781" w:type="dxa"/>
            <w:tcMar>
              <w:top w:w="20" w:type="dxa"/>
              <w:left w:w="20" w:type="dxa"/>
              <w:bottom w:w="20" w:type="dxa"/>
              <w:right w:w="20" w:type="dxa"/>
            </w:tcMar>
          </w:tcPr>
          <w:p w14:paraId="36AEFDAE" w14:textId="28C143AA" w:rsidR="00F31BAB" w:rsidRPr="00F31BAB" w:rsidRDefault="00F31BAB" w:rsidP="00F31BAB">
            <w:pPr>
              <w:spacing w:after="0" w:line="240" w:lineRule="auto"/>
              <w:jc w:val="both"/>
              <w:rPr>
                <w:sz w:val="18"/>
                <w:szCs w:val="28"/>
              </w:rPr>
            </w:pPr>
            <w:r>
              <w:rPr>
                <w:sz w:val="18"/>
                <w:szCs w:val="28"/>
              </w:rPr>
              <w:t xml:space="preserve">2. </w:t>
            </w:r>
            <w:r w:rsidRPr="00F31BAB">
              <w:rPr>
                <w:sz w:val="18"/>
                <w:szCs w:val="28"/>
              </w:rPr>
              <w:t>Yukarıdaki tabloda, Erasmus+ öğrencisinin yurt dışındaki öğrenim dönemini başarıyla tamamlamasının ardından, Hakkâri Üniversitesi müfredatına göre yerine saydırılması uygun görülen dersler listelenmiştir. Nihai akademik tanınma, ilgili akademik birimin değerlendirmesi ve yönetim kurulu kararı doğrultusunda kesinleşecektir.</w:t>
            </w:r>
          </w:p>
        </w:tc>
        <w:tc>
          <w:tcPr>
            <w:tcW w:w="6781" w:type="dxa"/>
            <w:tcMar>
              <w:top w:w="20" w:type="dxa"/>
              <w:left w:w="20" w:type="dxa"/>
              <w:bottom w:w="20" w:type="dxa"/>
              <w:right w:w="20" w:type="dxa"/>
            </w:tcMar>
          </w:tcPr>
          <w:p w14:paraId="7246DFA3" w14:textId="76F2C1BD" w:rsidR="00F31BAB" w:rsidRPr="00BD10CE" w:rsidRDefault="00F31BAB" w:rsidP="00F31BAB">
            <w:pPr>
              <w:spacing w:after="0" w:line="240" w:lineRule="auto"/>
              <w:ind w:left="85"/>
              <w:jc w:val="both"/>
              <w:rPr>
                <w:sz w:val="18"/>
                <w:szCs w:val="28"/>
              </w:rPr>
            </w:pPr>
            <w:r>
              <w:rPr>
                <w:sz w:val="18"/>
                <w:szCs w:val="28"/>
              </w:rPr>
              <w:t xml:space="preserve">6. </w:t>
            </w:r>
            <w:r w:rsidRPr="00F31BAB">
              <w:rPr>
                <w:sz w:val="18"/>
                <w:szCs w:val="28"/>
              </w:rPr>
              <w:t>Öğrenci, hareketlilik sonrasında gerekli belgeleri dilekçe ekinde ilgili bölüm başkanlığına sunar. Belgenin imza ve akademik onay süreçleri ilgili bölüm tarafından yürütülür; yönetim kurulu kararı alındıktan sonra süreç Erasmus+ Kurum Koordinatörlüğüne bildirilir.</w:t>
            </w:r>
          </w:p>
        </w:tc>
      </w:tr>
      <w:tr w:rsidR="00F31BAB" w:rsidRPr="00DB6CE0" w14:paraId="1960CD7A" w14:textId="77777777" w:rsidTr="00F31BAB">
        <w:trPr>
          <w:jc w:val="center"/>
        </w:trPr>
        <w:tc>
          <w:tcPr>
            <w:tcW w:w="6781" w:type="dxa"/>
            <w:tcMar>
              <w:top w:w="20" w:type="dxa"/>
              <w:left w:w="20" w:type="dxa"/>
              <w:bottom w:w="20" w:type="dxa"/>
              <w:right w:w="20" w:type="dxa"/>
            </w:tcMar>
          </w:tcPr>
          <w:p w14:paraId="7362283C" w14:textId="0C1D9312" w:rsidR="00F31BAB" w:rsidRPr="00F31BAB" w:rsidRDefault="00F31BAB" w:rsidP="00F31BAB">
            <w:pPr>
              <w:spacing w:after="0" w:line="240" w:lineRule="auto"/>
              <w:jc w:val="both"/>
              <w:rPr>
                <w:sz w:val="18"/>
                <w:szCs w:val="28"/>
              </w:rPr>
            </w:pPr>
            <w:r>
              <w:rPr>
                <w:sz w:val="18"/>
                <w:szCs w:val="28"/>
              </w:rPr>
              <w:t xml:space="preserve">3. </w:t>
            </w:r>
            <w:r w:rsidRPr="00F31BAB">
              <w:rPr>
                <w:sz w:val="18"/>
                <w:szCs w:val="28"/>
              </w:rPr>
              <w:t>Öğrenci, bu tabloda belirtilen dersler, notlar ve eşdeğerliklerin sunduğu transkript ve diğer hareketlilik belgeleriyle uyumlu olduğunu beyan eder ve intibak işlemlerinin bu bilgiler esas alınarak değerlendirilmesini talep eder.</w:t>
            </w:r>
          </w:p>
        </w:tc>
        <w:tc>
          <w:tcPr>
            <w:tcW w:w="6781" w:type="dxa"/>
            <w:vMerge w:val="restart"/>
            <w:tcMar>
              <w:top w:w="20" w:type="dxa"/>
              <w:left w:w="20" w:type="dxa"/>
              <w:bottom w:w="20" w:type="dxa"/>
              <w:right w:w="20" w:type="dxa"/>
            </w:tcMar>
          </w:tcPr>
          <w:p w14:paraId="17AE6B8D" w14:textId="3FE1671B" w:rsidR="00F31BAB" w:rsidRPr="00BD10CE" w:rsidRDefault="00F31BAB" w:rsidP="00F31BAB">
            <w:pPr>
              <w:spacing w:after="0" w:line="240" w:lineRule="auto"/>
              <w:ind w:left="85"/>
              <w:jc w:val="both"/>
              <w:rPr>
                <w:sz w:val="18"/>
                <w:szCs w:val="28"/>
              </w:rPr>
            </w:pPr>
            <w:r w:rsidRPr="00F31BAB">
              <w:rPr>
                <w:sz w:val="18"/>
                <w:szCs w:val="28"/>
              </w:rPr>
              <w:t>7. Yukarıdaki tabloda belirtilen derslerin tanınması ve misafir olunan üniversitede alınan ders isimleri ile başarı durumlarının öğrencinin transkriptine ve diploma ekine işlenmesi, ilgili akademik birim tarafından uygun görülmesi ve yönetim kurulu kararı ile kesinleşir.</w:t>
            </w:r>
          </w:p>
        </w:tc>
      </w:tr>
      <w:tr w:rsidR="00F31BAB" w:rsidRPr="00DB6CE0" w14:paraId="74C418E5" w14:textId="77777777" w:rsidTr="00F31BAB">
        <w:trPr>
          <w:jc w:val="center"/>
        </w:trPr>
        <w:tc>
          <w:tcPr>
            <w:tcW w:w="6781" w:type="dxa"/>
            <w:tcMar>
              <w:top w:w="20" w:type="dxa"/>
              <w:left w:w="20" w:type="dxa"/>
              <w:bottom w:w="20" w:type="dxa"/>
              <w:right w:w="20" w:type="dxa"/>
            </w:tcMar>
          </w:tcPr>
          <w:p w14:paraId="6AEC933B" w14:textId="6D790BE4" w:rsidR="00F31BAB" w:rsidRPr="00F31BAB" w:rsidRDefault="00F31BAB" w:rsidP="00F31BAB">
            <w:pPr>
              <w:spacing w:after="0" w:line="240" w:lineRule="auto"/>
              <w:jc w:val="both"/>
              <w:rPr>
                <w:sz w:val="18"/>
                <w:szCs w:val="28"/>
              </w:rPr>
            </w:pPr>
            <w:r w:rsidRPr="00F31BAB">
              <w:rPr>
                <w:sz w:val="18"/>
                <w:szCs w:val="28"/>
              </w:rPr>
              <w:t>4. Misafir olunan yükseköğretim kurumunda başarı ile tamamlanan dersler, ilgili akademik birim tarafından uygun görülmesi ve gerekli kurul/onay süreçlerinin tamamlanması halinde, Hakkâri Üniversitesi’ndeki derslere yukarıda belirtildiği şekilde eşdeğer sayılacaktır.</w:t>
            </w:r>
          </w:p>
        </w:tc>
        <w:tc>
          <w:tcPr>
            <w:tcW w:w="6781" w:type="dxa"/>
            <w:vMerge/>
            <w:tcMar>
              <w:top w:w="20" w:type="dxa"/>
              <w:left w:w="20" w:type="dxa"/>
              <w:bottom w:w="20" w:type="dxa"/>
              <w:right w:w="20" w:type="dxa"/>
            </w:tcMar>
          </w:tcPr>
          <w:p w14:paraId="10D92098" w14:textId="379E612B" w:rsidR="00F31BAB" w:rsidRPr="00F31BAB" w:rsidRDefault="00F31BAB" w:rsidP="00F31BAB">
            <w:pPr>
              <w:spacing w:after="0" w:line="240" w:lineRule="auto"/>
              <w:ind w:left="85"/>
              <w:jc w:val="both"/>
              <w:rPr>
                <w:sz w:val="18"/>
                <w:szCs w:val="28"/>
              </w:rPr>
            </w:pPr>
          </w:p>
        </w:tc>
      </w:tr>
    </w:tbl>
    <w:p w14:paraId="31B77F36" w14:textId="77777777" w:rsidR="005D6705" w:rsidRPr="00B31279" w:rsidRDefault="005D6705">
      <w:pPr>
        <w:spacing w:after="40"/>
      </w:pPr>
    </w:p>
    <w:tbl>
      <w:tblPr>
        <w:tblW w:w="5000" w:type="pct"/>
        <w:jc w:val="center"/>
        <w:tblBorders>
          <w:top w:val="single" w:sz="6" w:space="0" w:color="9FB1C8"/>
          <w:left w:val="single" w:sz="6" w:space="0" w:color="9FB1C8"/>
          <w:bottom w:val="single" w:sz="6" w:space="0" w:color="9FB1C8"/>
          <w:right w:val="single" w:sz="6" w:space="0" w:color="9FB1C8"/>
          <w:insideH w:val="single" w:sz="6" w:space="0" w:color="D1DAE6"/>
          <w:insideV w:val="single" w:sz="6" w:space="0" w:color="D1DAE6"/>
        </w:tblBorders>
        <w:tblLayout w:type="fixed"/>
        <w:tblLook w:val="04A0" w:firstRow="1" w:lastRow="0" w:firstColumn="1" w:lastColumn="0" w:noHBand="0" w:noVBand="1"/>
      </w:tblPr>
      <w:tblGrid>
        <w:gridCol w:w="4406"/>
        <w:gridCol w:w="3858"/>
        <w:gridCol w:w="6292"/>
      </w:tblGrid>
      <w:tr w:rsidR="007B22B7" w:rsidRPr="00B31279" w14:paraId="1C2739DD" w14:textId="77777777" w:rsidTr="007B22B7">
        <w:trPr>
          <w:jc w:val="center"/>
        </w:trPr>
        <w:tc>
          <w:tcPr>
            <w:tcW w:w="3226" w:type="dxa"/>
            <w:shd w:val="clear" w:color="auto" w:fill="DCE8F4"/>
            <w:tcMar>
              <w:top w:w="45" w:type="dxa"/>
              <w:left w:w="80" w:type="dxa"/>
              <w:bottom w:w="45" w:type="dxa"/>
              <w:right w:w="80" w:type="dxa"/>
            </w:tcMar>
            <w:vAlign w:val="center"/>
          </w:tcPr>
          <w:p w14:paraId="50895BD9" w14:textId="4C65C33D" w:rsidR="007B22B7" w:rsidRPr="007B22B7" w:rsidRDefault="007B22B7" w:rsidP="007B22B7">
            <w:pPr>
              <w:spacing w:after="0"/>
              <w:rPr>
                <w:sz w:val="20"/>
                <w:szCs w:val="28"/>
              </w:rPr>
            </w:pPr>
            <w:r w:rsidRPr="007B22B7">
              <w:rPr>
                <w:b/>
                <w:sz w:val="20"/>
                <w:szCs w:val="28"/>
              </w:rPr>
              <w:t>ERASMUS+ BÖLÜM KOORDİNATÖRÜ</w:t>
            </w:r>
          </w:p>
        </w:tc>
        <w:tc>
          <w:tcPr>
            <w:tcW w:w="2824" w:type="dxa"/>
            <w:shd w:val="clear" w:color="auto" w:fill="DCE8F4"/>
            <w:tcMar>
              <w:top w:w="45" w:type="dxa"/>
              <w:left w:w="80" w:type="dxa"/>
              <w:bottom w:w="45" w:type="dxa"/>
              <w:right w:w="80" w:type="dxa"/>
            </w:tcMar>
            <w:vAlign w:val="center"/>
          </w:tcPr>
          <w:p w14:paraId="40956FC5" w14:textId="77777777" w:rsidR="007B22B7" w:rsidRPr="007B22B7" w:rsidRDefault="007B22B7" w:rsidP="007B22B7">
            <w:pPr>
              <w:spacing w:after="0"/>
              <w:rPr>
                <w:sz w:val="20"/>
                <w:szCs w:val="28"/>
              </w:rPr>
            </w:pPr>
            <w:r w:rsidRPr="007B22B7">
              <w:rPr>
                <w:b/>
                <w:sz w:val="20"/>
                <w:szCs w:val="28"/>
              </w:rPr>
              <w:t>BÖLÜM BAŞKANI</w:t>
            </w:r>
          </w:p>
        </w:tc>
        <w:tc>
          <w:tcPr>
            <w:tcW w:w="4606" w:type="dxa"/>
            <w:shd w:val="clear" w:color="auto" w:fill="DCE8F4"/>
            <w:tcMar>
              <w:top w:w="45" w:type="dxa"/>
              <w:left w:w="80" w:type="dxa"/>
              <w:bottom w:w="45" w:type="dxa"/>
              <w:right w:w="80" w:type="dxa"/>
            </w:tcMar>
            <w:vAlign w:val="center"/>
          </w:tcPr>
          <w:p w14:paraId="3FEDAD89" w14:textId="77777777" w:rsidR="007B22B7" w:rsidRPr="007B22B7" w:rsidRDefault="007B22B7" w:rsidP="007B22B7">
            <w:pPr>
              <w:spacing w:after="0"/>
              <w:rPr>
                <w:sz w:val="20"/>
                <w:szCs w:val="28"/>
              </w:rPr>
            </w:pPr>
            <w:r w:rsidRPr="007B22B7">
              <w:rPr>
                <w:b/>
                <w:sz w:val="20"/>
                <w:szCs w:val="28"/>
              </w:rPr>
              <w:t>BÖLÜM İNTİBAK KOMİSYONU</w:t>
            </w:r>
          </w:p>
        </w:tc>
      </w:tr>
      <w:tr w:rsidR="007B22B7" w:rsidRPr="00B31279" w14:paraId="5AC12A5C" w14:textId="77777777" w:rsidTr="007B22B7">
        <w:trPr>
          <w:trHeight w:val="882"/>
          <w:jc w:val="center"/>
        </w:trPr>
        <w:tc>
          <w:tcPr>
            <w:tcW w:w="3226" w:type="dxa"/>
            <w:tcMar>
              <w:top w:w="45" w:type="dxa"/>
              <w:left w:w="80" w:type="dxa"/>
              <w:bottom w:w="45" w:type="dxa"/>
              <w:right w:w="80" w:type="dxa"/>
            </w:tcMar>
          </w:tcPr>
          <w:p w14:paraId="5E8A9A73" w14:textId="77777777" w:rsidR="007B22B7" w:rsidRPr="00B31279" w:rsidRDefault="007B22B7" w:rsidP="00BD10CE">
            <w:pPr>
              <w:spacing w:after="0"/>
            </w:pPr>
            <w:r w:rsidRPr="00B31279">
              <w:rPr>
                <w:b/>
                <w:sz w:val="16"/>
              </w:rPr>
              <w:t>ADI-SOYADI:</w:t>
            </w:r>
          </w:p>
        </w:tc>
        <w:tc>
          <w:tcPr>
            <w:tcW w:w="2824" w:type="dxa"/>
            <w:tcMar>
              <w:top w:w="45" w:type="dxa"/>
              <w:left w:w="80" w:type="dxa"/>
              <w:bottom w:w="45" w:type="dxa"/>
              <w:right w:w="80" w:type="dxa"/>
            </w:tcMar>
          </w:tcPr>
          <w:p w14:paraId="06541EA0" w14:textId="77777777" w:rsidR="007B22B7" w:rsidRPr="00B31279" w:rsidRDefault="007B22B7" w:rsidP="00BD10CE">
            <w:pPr>
              <w:spacing w:after="0"/>
            </w:pPr>
            <w:r w:rsidRPr="00B31279">
              <w:rPr>
                <w:b/>
                <w:sz w:val="16"/>
              </w:rPr>
              <w:t>ADI-SOYADI:</w:t>
            </w:r>
          </w:p>
        </w:tc>
        <w:tc>
          <w:tcPr>
            <w:tcW w:w="4606" w:type="dxa"/>
            <w:tcMar>
              <w:top w:w="45" w:type="dxa"/>
              <w:left w:w="80" w:type="dxa"/>
              <w:bottom w:w="45" w:type="dxa"/>
              <w:right w:w="80" w:type="dxa"/>
            </w:tcMar>
          </w:tcPr>
          <w:p w14:paraId="03F89936" w14:textId="77777777" w:rsidR="007B22B7" w:rsidRDefault="007B22B7" w:rsidP="00BD10CE">
            <w:pPr>
              <w:spacing w:after="0"/>
              <w:rPr>
                <w:b/>
                <w:sz w:val="16"/>
              </w:rPr>
            </w:pPr>
            <w:r w:rsidRPr="00B31279">
              <w:rPr>
                <w:b/>
                <w:sz w:val="16"/>
              </w:rPr>
              <w:t>ÜYE:</w:t>
            </w:r>
          </w:p>
          <w:p w14:paraId="5B34ED9D" w14:textId="77777777" w:rsidR="007B22B7" w:rsidRDefault="007B22B7" w:rsidP="00BD10CE">
            <w:pPr>
              <w:spacing w:after="0"/>
              <w:rPr>
                <w:b/>
                <w:sz w:val="16"/>
              </w:rPr>
            </w:pPr>
          </w:p>
          <w:p w14:paraId="6427825E" w14:textId="74EB7244" w:rsidR="007B22B7" w:rsidRPr="00B31279" w:rsidRDefault="007B22B7" w:rsidP="00BD10CE">
            <w:pPr>
              <w:spacing w:after="0"/>
            </w:pPr>
            <w:r w:rsidRPr="00B31279">
              <w:rPr>
                <w:b/>
                <w:sz w:val="16"/>
              </w:rPr>
              <w:t>TARİH:</w:t>
            </w:r>
            <w:r w:rsidRPr="00B31279">
              <w:rPr>
                <w:b/>
                <w:sz w:val="16"/>
              </w:rPr>
              <w:br/>
              <w:t>İMZA</w:t>
            </w:r>
            <w:r>
              <w:rPr>
                <w:b/>
                <w:sz w:val="16"/>
              </w:rPr>
              <w:t>:</w:t>
            </w:r>
          </w:p>
        </w:tc>
      </w:tr>
      <w:tr w:rsidR="007B22B7" w:rsidRPr="00B31279" w14:paraId="6DFAEEC2" w14:textId="77777777" w:rsidTr="007B22B7">
        <w:trPr>
          <w:trHeight w:val="882"/>
          <w:jc w:val="center"/>
        </w:trPr>
        <w:tc>
          <w:tcPr>
            <w:tcW w:w="3226" w:type="dxa"/>
            <w:tcMar>
              <w:top w:w="45" w:type="dxa"/>
              <w:left w:w="80" w:type="dxa"/>
              <w:bottom w:w="45" w:type="dxa"/>
              <w:right w:w="80" w:type="dxa"/>
            </w:tcMar>
          </w:tcPr>
          <w:p w14:paraId="1FA15EF9" w14:textId="77777777" w:rsidR="007B22B7" w:rsidRPr="00B31279" w:rsidRDefault="007B22B7" w:rsidP="00BD10CE">
            <w:pPr>
              <w:spacing w:after="0"/>
            </w:pPr>
            <w:r w:rsidRPr="00B31279">
              <w:rPr>
                <w:b/>
                <w:sz w:val="16"/>
              </w:rPr>
              <w:t>TARİH:</w:t>
            </w:r>
          </w:p>
        </w:tc>
        <w:tc>
          <w:tcPr>
            <w:tcW w:w="2824" w:type="dxa"/>
            <w:tcMar>
              <w:top w:w="45" w:type="dxa"/>
              <w:left w:w="80" w:type="dxa"/>
              <w:bottom w:w="45" w:type="dxa"/>
              <w:right w:w="80" w:type="dxa"/>
            </w:tcMar>
          </w:tcPr>
          <w:p w14:paraId="0CC5468F" w14:textId="77777777" w:rsidR="007B22B7" w:rsidRPr="00B31279" w:rsidRDefault="007B22B7" w:rsidP="00BD10CE">
            <w:pPr>
              <w:spacing w:after="0"/>
            </w:pPr>
            <w:r w:rsidRPr="00B31279">
              <w:rPr>
                <w:b/>
                <w:sz w:val="16"/>
              </w:rPr>
              <w:t>TARİH:</w:t>
            </w:r>
          </w:p>
        </w:tc>
        <w:tc>
          <w:tcPr>
            <w:tcW w:w="4606" w:type="dxa"/>
            <w:tcMar>
              <w:top w:w="45" w:type="dxa"/>
              <w:left w:w="80" w:type="dxa"/>
              <w:bottom w:w="45" w:type="dxa"/>
              <w:right w:w="80" w:type="dxa"/>
            </w:tcMar>
          </w:tcPr>
          <w:p w14:paraId="0769EC57" w14:textId="059C7CFB" w:rsidR="007B22B7" w:rsidRDefault="007B22B7" w:rsidP="00BD10CE">
            <w:pPr>
              <w:spacing w:after="0"/>
              <w:rPr>
                <w:b/>
                <w:sz w:val="16"/>
              </w:rPr>
            </w:pPr>
            <w:r w:rsidRPr="00B31279">
              <w:rPr>
                <w:b/>
                <w:sz w:val="16"/>
              </w:rPr>
              <w:t>ÜYE:</w:t>
            </w:r>
          </w:p>
          <w:p w14:paraId="6459A7F0" w14:textId="77777777" w:rsidR="007B22B7" w:rsidRDefault="007B22B7" w:rsidP="00BD10CE">
            <w:pPr>
              <w:spacing w:after="0"/>
              <w:rPr>
                <w:b/>
                <w:sz w:val="16"/>
              </w:rPr>
            </w:pPr>
          </w:p>
          <w:p w14:paraId="07309619" w14:textId="6D850207" w:rsidR="007B22B7" w:rsidRPr="00B31279" w:rsidRDefault="007B22B7" w:rsidP="00BD10CE">
            <w:pPr>
              <w:spacing w:after="0"/>
            </w:pPr>
            <w:r w:rsidRPr="00B31279">
              <w:rPr>
                <w:b/>
                <w:sz w:val="16"/>
              </w:rPr>
              <w:t>TARİH:</w:t>
            </w:r>
            <w:r w:rsidRPr="00B31279">
              <w:rPr>
                <w:b/>
                <w:sz w:val="16"/>
              </w:rPr>
              <w:br/>
              <w:t>İMZA</w:t>
            </w:r>
            <w:r>
              <w:rPr>
                <w:b/>
                <w:sz w:val="16"/>
              </w:rPr>
              <w:t>:</w:t>
            </w:r>
          </w:p>
        </w:tc>
      </w:tr>
      <w:tr w:rsidR="007B22B7" w:rsidRPr="00B31279" w14:paraId="048A080C" w14:textId="77777777" w:rsidTr="007B22B7">
        <w:trPr>
          <w:trHeight w:val="895"/>
          <w:jc w:val="center"/>
        </w:trPr>
        <w:tc>
          <w:tcPr>
            <w:tcW w:w="3226" w:type="dxa"/>
            <w:tcMar>
              <w:top w:w="45" w:type="dxa"/>
              <w:left w:w="80" w:type="dxa"/>
              <w:bottom w:w="45" w:type="dxa"/>
              <w:right w:w="80" w:type="dxa"/>
            </w:tcMar>
          </w:tcPr>
          <w:p w14:paraId="628C12EC" w14:textId="77777777" w:rsidR="007B22B7" w:rsidRPr="00B31279" w:rsidRDefault="007B22B7" w:rsidP="00BD10CE">
            <w:pPr>
              <w:spacing w:after="0"/>
            </w:pPr>
            <w:r w:rsidRPr="00B31279">
              <w:rPr>
                <w:b/>
                <w:sz w:val="16"/>
              </w:rPr>
              <w:t>İMZA:</w:t>
            </w:r>
          </w:p>
        </w:tc>
        <w:tc>
          <w:tcPr>
            <w:tcW w:w="2824" w:type="dxa"/>
            <w:tcMar>
              <w:top w:w="45" w:type="dxa"/>
              <w:left w:w="80" w:type="dxa"/>
              <w:bottom w:w="45" w:type="dxa"/>
              <w:right w:w="80" w:type="dxa"/>
            </w:tcMar>
          </w:tcPr>
          <w:p w14:paraId="32BEE145" w14:textId="77777777" w:rsidR="007B22B7" w:rsidRPr="00B31279" w:rsidRDefault="007B22B7" w:rsidP="00BD10CE">
            <w:pPr>
              <w:spacing w:after="0"/>
            </w:pPr>
            <w:r w:rsidRPr="00B31279">
              <w:rPr>
                <w:b/>
                <w:sz w:val="16"/>
              </w:rPr>
              <w:t>İMZA:</w:t>
            </w:r>
          </w:p>
        </w:tc>
        <w:tc>
          <w:tcPr>
            <w:tcW w:w="4606" w:type="dxa"/>
            <w:tcMar>
              <w:top w:w="45" w:type="dxa"/>
              <w:left w:w="80" w:type="dxa"/>
              <w:bottom w:w="45" w:type="dxa"/>
              <w:right w:w="80" w:type="dxa"/>
            </w:tcMar>
          </w:tcPr>
          <w:p w14:paraId="4A96FAC9" w14:textId="77777777" w:rsidR="007B22B7" w:rsidRDefault="007B22B7" w:rsidP="00BD10CE">
            <w:pPr>
              <w:spacing w:after="0"/>
              <w:rPr>
                <w:b/>
                <w:sz w:val="16"/>
              </w:rPr>
            </w:pPr>
            <w:r w:rsidRPr="00B31279">
              <w:rPr>
                <w:b/>
                <w:sz w:val="16"/>
              </w:rPr>
              <w:t>ÜYE:</w:t>
            </w:r>
          </w:p>
          <w:p w14:paraId="4EA72867" w14:textId="77777777" w:rsidR="007B22B7" w:rsidRDefault="007B22B7" w:rsidP="00BD10CE">
            <w:pPr>
              <w:spacing w:after="0"/>
              <w:rPr>
                <w:b/>
                <w:sz w:val="16"/>
              </w:rPr>
            </w:pPr>
          </w:p>
          <w:p w14:paraId="5FD4DF5E" w14:textId="586D2082" w:rsidR="007B22B7" w:rsidRPr="00B31279" w:rsidRDefault="007B22B7" w:rsidP="00BD10CE">
            <w:pPr>
              <w:spacing w:after="0"/>
            </w:pPr>
            <w:r w:rsidRPr="00B31279">
              <w:rPr>
                <w:b/>
                <w:sz w:val="16"/>
              </w:rPr>
              <w:t>TARİH:</w:t>
            </w:r>
            <w:r w:rsidRPr="00B31279">
              <w:rPr>
                <w:b/>
                <w:sz w:val="16"/>
              </w:rPr>
              <w:br/>
              <w:t>İMZA</w:t>
            </w:r>
            <w:r>
              <w:rPr>
                <w:b/>
                <w:sz w:val="16"/>
              </w:rPr>
              <w:t>:</w:t>
            </w:r>
          </w:p>
        </w:tc>
      </w:tr>
    </w:tbl>
    <w:p w14:paraId="25F13E5B" w14:textId="1411ACEB" w:rsidR="005D6705" w:rsidRPr="00BD10CE" w:rsidRDefault="00000000">
      <w:pPr>
        <w:spacing w:before="40" w:after="0"/>
        <w:rPr>
          <w:sz w:val="20"/>
          <w:szCs w:val="28"/>
        </w:rPr>
      </w:pPr>
      <w:r w:rsidRPr="00BD10CE">
        <w:rPr>
          <w:i/>
          <w:sz w:val="18"/>
          <w:szCs w:val="28"/>
        </w:rPr>
        <w:t>Not: Bu form elektronik ortamda doldurulmak üzere hazırlanmıştır</w:t>
      </w:r>
      <w:r w:rsidR="00E97D80">
        <w:rPr>
          <w:i/>
          <w:sz w:val="18"/>
          <w:szCs w:val="28"/>
        </w:rPr>
        <w:t>,</w:t>
      </w:r>
      <w:r w:rsidRPr="00BD10CE">
        <w:rPr>
          <w:i/>
          <w:sz w:val="18"/>
          <w:szCs w:val="28"/>
        </w:rPr>
        <w:t xml:space="preserve"> Formun çıktısı alınarak ilgili taraflarca imzalanması ve gerekli akademik/idari süreçler tamamlandıktan sonra işleme alınması esastır</w:t>
      </w:r>
      <w:r w:rsidR="00E97D80">
        <w:rPr>
          <w:i/>
          <w:sz w:val="18"/>
          <w:szCs w:val="28"/>
        </w:rPr>
        <w:t>,</w:t>
      </w:r>
    </w:p>
    <w:sectPr w:rsidR="005D6705" w:rsidRPr="00BD10CE" w:rsidSect="00742AAD">
      <w:headerReference w:type="default" r:id="rId8"/>
      <w:footerReference w:type="default" r:id="rId9"/>
      <w:pgSz w:w="16840" w:h="11907" w:orient="landscape" w:code="9"/>
      <w:pgMar w:top="1134" w:right="1134" w:bottom="1134" w:left="1134"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08C56" w14:textId="77777777" w:rsidR="00FE196B" w:rsidRDefault="00FE196B" w:rsidP="00DB6CE0">
      <w:pPr>
        <w:spacing w:after="0" w:line="240" w:lineRule="auto"/>
      </w:pPr>
      <w:r>
        <w:separator/>
      </w:r>
    </w:p>
  </w:endnote>
  <w:endnote w:type="continuationSeparator" w:id="0">
    <w:p w14:paraId="10AC1F55" w14:textId="77777777" w:rsidR="00FE196B" w:rsidRDefault="00FE196B" w:rsidP="00DB6C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6066750"/>
      <w:docPartObj>
        <w:docPartGallery w:val="Page Numbers (Bottom of Page)"/>
        <w:docPartUnique/>
      </w:docPartObj>
    </w:sdtPr>
    <w:sdtContent>
      <w:sdt>
        <w:sdtPr>
          <w:id w:val="-1769616900"/>
          <w:docPartObj>
            <w:docPartGallery w:val="Page Numbers (Top of Page)"/>
            <w:docPartUnique/>
          </w:docPartObj>
        </w:sdtPr>
        <w:sdtContent>
          <w:p w14:paraId="5706F932" w14:textId="61F6D09F" w:rsidR="002A018A" w:rsidRPr="00250C7A" w:rsidRDefault="002A018A" w:rsidP="002A018A">
            <w:pPr>
              <w:pStyle w:val="AltBilgi"/>
              <w:jc w:val="right"/>
              <w:rPr>
                <w:color w:val="595959" w:themeColor="text1" w:themeTint="A6"/>
              </w:rPr>
            </w:pPr>
            <w:r w:rsidRPr="00250C7A">
              <w:rPr>
                <w:color w:val="595959" w:themeColor="text1" w:themeTint="A6"/>
              </w:rPr>
              <w:t>Hakkari Üniversitesi </w:t>
            </w:r>
            <w:r w:rsidR="00250C7A">
              <w:rPr>
                <w:color w:val="595959" w:themeColor="text1" w:themeTint="A6"/>
              </w:rPr>
              <w:t>–</w:t>
            </w:r>
            <w:r w:rsidRPr="00250C7A">
              <w:rPr>
                <w:color w:val="595959" w:themeColor="text1" w:themeTint="A6"/>
              </w:rPr>
              <w:t> Erasmus</w:t>
            </w:r>
            <w:r w:rsidR="00250C7A">
              <w:rPr>
                <w:color w:val="595959" w:themeColor="text1" w:themeTint="A6"/>
              </w:rPr>
              <w:t>+</w:t>
            </w:r>
            <w:r w:rsidRPr="00250C7A">
              <w:rPr>
                <w:color w:val="595959" w:themeColor="text1" w:themeTint="A6"/>
              </w:rPr>
              <w:t xml:space="preserve"> </w:t>
            </w:r>
            <w:r w:rsidR="00250C7A">
              <w:rPr>
                <w:color w:val="595959" w:themeColor="text1" w:themeTint="A6"/>
              </w:rPr>
              <w:t xml:space="preserve">Kurum </w:t>
            </w:r>
            <w:r w:rsidRPr="00250C7A">
              <w:rPr>
                <w:color w:val="595959" w:themeColor="text1" w:themeTint="A6"/>
              </w:rPr>
              <w:t>Koordinatörlüğü</w:t>
            </w:r>
          </w:p>
          <w:p w14:paraId="4192E1E9" w14:textId="77777777" w:rsidR="002A018A" w:rsidRPr="00250C7A" w:rsidRDefault="002A018A" w:rsidP="002A018A">
            <w:pPr>
              <w:pStyle w:val="AltBilgi"/>
              <w:jc w:val="right"/>
              <w:rPr>
                <w:color w:val="595959" w:themeColor="text1" w:themeTint="A6"/>
              </w:rPr>
            </w:pPr>
            <w:r w:rsidRPr="00250C7A">
              <w:rPr>
                <w:color w:val="595959" w:themeColor="text1" w:themeTint="A6"/>
              </w:rPr>
              <w:t>Zeynel Bey Yerleşkesi Keklikpınar Mah. Kampüs Caddesi Merkezi Derslikler Binası 30000 Merkez/Hakkari</w:t>
            </w:r>
          </w:p>
          <w:p w14:paraId="3AF16CF4" w14:textId="48679A13" w:rsidR="002A018A" w:rsidRDefault="002A018A" w:rsidP="002A018A">
            <w:pPr>
              <w:pStyle w:val="AltBilgi"/>
              <w:jc w:val="right"/>
              <w:rPr>
                <w:color w:val="595959" w:themeColor="text1" w:themeTint="A6"/>
              </w:rPr>
            </w:pPr>
            <w:r w:rsidRPr="00250C7A">
              <w:rPr>
                <w:color w:val="595959" w:themeColor="text1" w:themeTint="A6"/>
              </w:rPr>
              <w:t>+90 (438) 212 12 12 / 650</w:t>
            </w:r>
            <w:r w:rsidR="00250C7A">
              <w:rPr>
                <w:color w:val="595959" w:themeColor="text1" w:themeTint="A6"/>
              </w:rPr>
              <w:t>5</w:t>
            </w:r>
            <w:r w:rsidRPr="00250C7A">
              <w:rPr>
                <w:color w:val="595959" w:themeColor="text1" w:themeTint="A6"/>
              </w:rPr>
              <w:t>, 650</w:t>
            </w:r>
            <w:r w:rsidR="00250C7A">
              <w:rPr>
                <w:color w:val="595959" w:themeColor="text1" w:themeTint="A6"/>
              </w:rPr>
              <w:t>1</w:t>
            </w:r>
          </w:p>
          <w:p w14:paraId="24CD8E36" w14:textId="49ECD37E" w:rsidR="00250C7A" w:rsidRPr="00250C7A" w:rsidRDefault="00250C7A" w:rsidP="002A018A">
            <w:pPr>
              <w:pStyle w:val="AltBilgi"/>
              <w:jc w:val="right"/>
              <w:rPr>
                <w:color w:val="595959" w:themeColor="text1" w:themeTint="A6"/>
              </w:rPr>
            </w:pPr>
            <w:r>
              <w:rPr>
                <w:color w:val="595959" w:themeColor="text1" w:themeTint="A6"/>
              </w:rPr>
              <w:t>erasmus@hakkari.edu.tr</w:t>
            </w:r>
          </w:p>
          <w:p w14:paraId="1C89D46C" w14:textId="5AEDA727" w:rsidR="002A018A" w:rsidRDefault="002A018A" w:rsidP="002A018A">
            <w:pPr>
              <w:pStyle w:val="AltBilgi"/>
              <w:jc w:val="right"/>
            </w:pPr>
            <w:r>
              <w:t xml:space="preserve">Sayfa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819525A" w14:textId="77777777" w:rsidR="00DB6CE0" w:rsidRDefault="00DB6CE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65BC4" w14:textId="77777777" w:rsidR="00FE196B" w:rsidRDefault="00FE196B" w:rsidP="00DB6CE0">
      <w:pPr>
        <w:spacing w:after="0" w:line="240" w:lineRule="auto"/>
      </w:pPr>
      <w:r>
        <w:separator/>
      </w:r>
    </w:p>
  </w:footnote>
  <w:footnote w:type="continuationSeparator" w:id="0">
    <w:p w14:paraId="19866AD9" w14:textId="77777777" w:rsidR="00FE196B" w:rsidRDefault="00FE196B" w:rsidP="00DB6C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W w:w="5000" w:type="pct"/>
      <w:jc w:val="center"/>
      <w:shd w:val="clear" w:color="auto" w:fill="DBE5F1" w:themeFill="accent1" w:themeFillTint="33"/>
      <w:tblLook w:val="04A0" w:firstRow="1" w:lastRow="0" w:firstColumn="1" w:lastColumn="0" w:noHBand="0" w:noVBand="1"/>
    </w:tblPr>
    <w:tblGrid>
      <w:gridCol w:w="2059"/>
      <w:gridCol w:w="12503"/>
    </w:tblGrid>
    <w:tr w:rsidR="00D07C05" w14:paraId="6F968B27" w14:textId="77777777" w:rsidTr="00935E7C">
      <w:trPr>
        <w:trHeight w:val="1129"/>
        <w:jc w:val="center"/>
      </w:trPr>
      <w:tc>
        <w:tcPr>
          <w:tcW w:w="707" w:type="pct"/>
          <w:shd w:val="clear" w:color="auto" w:fill="F5F7FA"/>
          <w:vAlign w:val="center"/>
        </w:tcPr>
        <w:p w14:paraId="3D92E92C" w14:textId="77777777" w:rsidR="00D07C05" w:rsidRDefault="00D07C05" w:rsidP="00D07C05">
          <w:pPr>
            <w:pStyle w:val="stBilgi"/>
            <w:jc w:val="center"/>
          </w:pPr>
          <w:r>
            <w:rPr>
              <w:noProof/>
            </w:rPr>
            <w:drawing>
              <wp:inline distT="0" distB="0" distL="0" distR="0" wp14:anchorId="7D6548FB" wp14:editId="31ADC217">
                <wp:extent cx="481360" cy="612000"/>
                <wp:effectExtent l="0" t="0" r="0" b="0"/>
                <wp:docPr id="1627771533"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71533" name="Resim 1627771533"/>
                        <pic:cNvPicPr/>
                      </pic:nvPicPr>
                      <pic:blipFill>
                        <a:blip r:embed="rId1"/>
                        <a:stretch>
                          <a:fillRect/>
                        </a:stretch>
                      </pic:blipFill>
                      <pic:spPr>
                        <a:xfrm>
                          <a:off x="0" y="0"/>
                          <a:ext cx="481360" cy="612000"/>
                        </a:xfrm>
                        <a:prstGeom prst="rect">
                          <a:avLst/>
                        </a:prstGeom>
                      </pic:spPr>
                    </pic:pic>
                  </a:graphicData>
                </a:graphic>
              </wp:inline>
            </w:drawing>
          </w:r>
        </w:p>
      </w:tc>
      <w:tc>
        <w:tcPr>
          <w:tcW w:w="4293" w:type="pct"/>
          <w:shd w:val="clear" w:color="auto" w:fill="F5F7FA"/>
          <w:vAlign w:val="center"/>
        </w:tcPr>
        <w:p w14:paraId="48081DF1" w14:textId="0507C2B0" w:rsidR="00D07C05" w:rsidRPr="00F341D9" w:rsidRDefault="00D07C05" w:rsidP="00D07C05">
          <w:pPr>
            <w:pStyle w:val="stBilgi"/>
            <w:jc w:val="center"/>
            <w:rPr>
              <w:rFonts w:ascii="Times New Roman" w:hAnsi="Times New Roman" w:cs="Times New Roman"/>
              <w:b/>
              <w:sz w:val="24"/>
              <w:szCs w:val="24"/>
            </w:rPr>
          </w:pPr>
          <w:r w:rsidRPr="00F341D9">
            <w:rPr>
              <w:rFonts w:ascii="Times New Roman" w:hAnsi="Times New Roman" w:cs="Times New Roman"/>
              <w:b/>
              <w:sz w:val="24"/>
              <w:szCs w:val="24"/>
            </w:rPr>
            <w:t xml:space="preserve">ERASMUS+ ÖĞRENCİ ÖĞRENİM HAREKETLİLİĞİ DERS İNTİBAK </w:t>
          </w:r>
          <w:r>
            <w:rPr>
              <w:rFonts w:ascii="Times New Roman" w:hAnsi="Times New Roman" w:cs="Times New Roman"/>
              <w:b/>
              <w:sz w:val="24"/>
              <w:szCs w:val="24"/>
            </w:rPr>
            <w:t>B</w:t>
          </w:r>
          <w:r w:rsidRPr="00F341D9">
            <w:rPr>
              <w:rFonts w:ascii="Times New Roman" w:hAnsi="Times New Roman" w:cs="Times New Roman"/>
              <w:b/>
              <w:sz w:val="24"/>
              <w:szCs w:val="24"/>
            </w:rPr>
            <w:t xml:space="preserve"> TABLOSU </w:t>
          </w:r>
        </w:p>
        <w:p w14:paraId="7A718209" w14:textId="110D915E" w:rsidR="00D07C05" w:rsidRPr="00F341D9" w:rsidRDefault="00D07C05" w:rsidP="00D07C05">
          <w:pPr>
            <w:pStyle w:val="stBilgi"/>
            <w:jc w:val="center"/>
            <w:rPr>
              <w:rFonts w:ascii="Times New Roman" w:hAnsi="Times New Roman" w:cs="Times New Roman"/>
              <w:b/>
              <w:sz w:val="24"/>
              <w:szCs w:val="24"/>
            </w:rPr>
          </w:pPr>
          <w:r w:rsidRPr="00F341D9">
            <w:rPr>
              <w:rFonts w:ascii="Times New Roman" w:hAnsi="Times New Roman" w:cs="Times New Roman"/>
              <w:b/>
              <w:sz w:val="24"/>
              <w:szCs w:val="24"/>
            </w:rPr>
            <w:t xml:space="preserve">(HAREKETLİLİK </w:t>
          </w:r>
          <w:r>
            <w:rPr>
              <w:rFonts w:ascii="Times New Roman" w:hAnsi="Times New Roman" w:cs="Times New Roman"/>
              <w:b/>
              <w:sz w:val="24"/>
              <w:szCs w:val="24"/>
            </w:rPr>
            <w:t>SONRASINDA</w:t>
          </w:r>
          <w:r w:rsidRPr="00F341D9">
            <w:rPr>
              <w:rFonts w:ascii="Times New Roman" w:hAnsi="Times New Roman" w:cs="Times New Roman"/>
              <w:b/>
              <w:sz w:val="24"/>
              <w:szCs w:val="24"/>
            </w:rPr>
            <w:t>)</w:t>
          </w:r>
        </w:p>
      </w:tc>
    </w:tr>
  </w:tbl>
  <w:p w14:paraId="4AD4581F" w14:textId="77777777" w:rsidR="00F822B2" w:rsidRDefault="00F822B2" w:rsidP="002A018A">
    <w:pPr>
      <w:pStyle w:val="stBilgi"/>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abstractNum w:abstractNumId="9" w15:restartNumberingAfterBreak="0">
    <w:nsid w:val="06DA156C"/>
    <w:multiLevelType w:val="hybridMultilevel"/>
    <w:tmpl w:val="C5C6BAFA"/>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0" w15:restartNumberingAfterBreak="0">
    <w:nsid w:val="1ED86D86"/>
    <w:multiLevelType w:val="hybridMultilevel"/>
    <w:tmpl w:val="F356D008"/>
    <w:lvl w:ilvl="0" w:tplc="041F000F">
      <w:start w:val="2"/>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9B70E55"/>
    <w:multiLevelType w:val="hybridMultilevel"/>
    <w:tmpl w:val="64CEA20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7BFE0E5C"/>
    <w:multiLevelType w:val="hybridMultilevel"/>
    <w:tmpl w:val="5CA6D6D8"/>
    <w:lvl w:ilvl="0" w:tplc="9BC8E602">
      <w:start w:val="1"/>
      <w:numFmt w:val="decimal"/>
      <w:lvlText w:val="%1."/>
      <w:lvlJc w:val="left"/>
      <w:pPr>
        <w:ind w:left="445" w:hanging="360"/>
      </w:pPr>
      <w:rPr>
        <w:rFonts w:hint="default"/>
      </w:rPr>
    </w:lvl>
    <w:lvl w:ilvl="1" w:tplc="041F0019" w:tentative="1">
      <w:start w:val="1"/>
      <w:numFmt w:val="lowerLetter"/>
      <w:lvlText w:val="%2."/>
      <w:lvlJc w:val="left"/>
      <w:pPr>
        <w:ind w:left="1165" w:hanging="360"/>
      </w:pPr>
    </w:lvl>
    <w:lvl w:ilvl="2" w:tplc="041F001B" w:tentative="1">
      <w:start w:val="1"/>
      <w:numFmt w:val="lowerRoman"/>
      <w:lvlText w:val="%3."/>
      <w:lvlJc w:val="right"/>
      <w:pPr>
        <w:ind w:left="1885" w:hanging="180"/>
      </w:pPr>
    </w:lvl>
    <w:lvl w:ilvl="3" w:tplc="041F000F" w:tentative="1">
      <w:start w:val="1"/>
      <w:numFmt w:val="decimal"/>
      <w:lvlText w:val="%4."/>
      <w:lvlJc w:val="left"/>
      <w:pPr>
        <w:ind w:left="2605" w:hanging="360"/>
      </w:pPr>
    </w:lvl>
    <w:lvl w:ilvl="4" w:tplc="041F0019" w:tentative="1">
      <w:start w:val="1"/>
      <w:numFmt w:val="lowerLetter"/>
      <w:lvlText w:val="%5."/>
      <w:lvlJc w:val="left"/>
      <w:pPr>
        <w:ind w:left="3325" w:hanging="360"/>
      </w:pPr>
    </w:lvl>
    <w:lvl w:ilvl="5" w:tplc="041F001B" w:tentative="1">
      <w:start w:val="1"/>
      <w:numFmt w:val="lowerRoman"/>
      <w:lvlText w:val="%6."/>
      <w:lvlJc w:val="right"/>
      <w:pPr>
        <w:ind w:left="4045" w:hanging="180"/>
      </w:pPr>
    </w:lvl>
    <w:lvl w:ilvl="6" w:tplc="041F000F" w:tentative="1">
      <w:start w:val="1"/>
      <w:numFmt w:val="decimal"/>
      <w:lvlText w:val="%7."/>
      <w:lvlJc w:val="left"/>
      <w:pPr>
        <w:ind w:left="4765" w:hanging="360"/>
      </w:pPr>
    </w:lvl>
    <w:lvl w:ilvl="7" w:tplc="041F0019" w:tentative="1">
      <w:start w:val="1"/>
      <w:numFmt w:val="lowerLetter"/>
      <w:lvlText w:val="%8."/>
      <w:lvlJc w:val="left"/>
      <w:pPr>
        <w:ind w:left="5485" w:hanging="360"/>
      </w:pPr>
    </w:lvl>
    <w:lvl w:ilvl="8" w:tplc="041F001B" w:tentative="1">
      <w:start w:val="1"/>
      <w:numFmt w:val="lowerRoman"/>
      <w:lvlText w:val="%9."/>
      <w:lvlJc w:val="right"/>
      <w:pPr>
        <w:ind w:left="6205" w:hanging="180"/>
      </w:pPr>
    </w:lvl>
  </w:abstractNum>
  <w:num w:numId="1" w16cid:durableId="641077041">
    <w:abstractNumId w:val="8"/>
  </w:num>
  <w:num w:numId="2" w16cid:durableId="745348744">
    <w:abstractNumId w:val="6"/>
  </w:num>
  <w:num w:numId="3" w16cid:durableId="1027675834">
    <w:abstractNumId w:val="5"/>
  </w:num>
  <w:num w:numId="4" w16cid:durableId="2006122953">
    <w:abstractNumId w:val="4"/>
  </w:num>
  <w:num w:numId="5" w16cid:durableId="1505125434">
    <w:abstractNumId w:val="7"/>
  </w:num>
  <w:num w:numId="6" w16cid:durableId="1819569883">
    <w:abstractNumId w:val="3"/>
  </w:num>
  <w:num w:numId="7" w16cid:durableId="2089770483">
    <w:abstractNumId w:val="2"/>
  </w:num>
  <w:num w:numId="8" w16cid:durableId="1258564162">
    <w:abstractNumId w:val="1"/>
  </w:num>
  <w:num w:numId="9" w16cid:durableId="588736060">
    <w:abstractNumId w:val="0"/>
  </w:num>
  <w:num w:numId="10" w16cid:durableId="1463498870">
    <w:abstractNumId w:val="12"/>
  </w:num>
  <w:num w:numId="11" w16cid:durableId="1370455496">
    <w:abstractNumId w:val="11"/>
  </w:num>
  <w:num w:numId="12" w16cid:durableId="2087416995">
    <w:abstractNumId w:val="9"/>
  </w:num>
  <w:num w:numId="13" w16cid:durableId="2898196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3CC"/>
    <w:rsid w:val="00034616"/>
    <w:rsid w:val="00055EFC"/>
    <w:rsid w:val="0006063C"/>
    <w:rsid w:val="000C3319"/>
    <w:rsid w:val="000F67E5"/>
    <w:rsid w:val="0015074B"/>
    <w:rsid w:val="00197061"/>
    <w:rsid w:val="00250C7A"/>
    <w:rsid w:val="0029639D"/>
    <w:rsid w:val="002A018A"/>
    <w:rsid w:val="0030177D"/>
    <w:rsid w:val="00326F90"/>
    <w:rsid w:val="003B1413"/>
    <w:rsid w:val="003C5705"/>
    <w:rsid w:val="004645DE"/>
    <w:rsid w:val="004C6801"/>
    <w:rsid w:val="005A041C"/>
    <w:rsid w:val="005D6705"/>
    <w:rsid w:val="006A37CB"/>
    <w:rsid w:val="006C5DCB"/>
    <w:rsid w:val="0070459E"/>
    <w:rsid w:val="00710D11"/>
    <w:rsid w:val="00742AAD"/>
    <w:rsid w:val="007B22B7"/>
    <w:rsid w:val="008C323C"/>
    <w:rsid w:val="00935E7C"/>
    <w:rsid w:val="009410AF"/>
    <w:rsid w:val="00955804"/>
    <w:rsid w:val="00AA1D8D"/>
    <w:rsid w:val="00B31279"/>
    <w:rsid w:val="00B47730"/>
    <w:rsid w:val="00BB0053"/>
    <w:rsid w:val="00BB5325"/>
    <w:rsid w:val="00BD10CE"/>
    <w:rsid w:val="00C3709D"/>
    <w:rsid w:val="00C74B6B"/>
    <w:rsid w:val="00C77C20"/>
    <w:rsid w:val="00C970B3"/>
    <w:rsid w:val="00CB0664"/>
    <w:rsid w:val="00D018CE"/>
    <w:rsid w:val="00D07C05"/>
    <w:rsid w:val="00D1202A"/>
    <w:rsid w:val="00D12FD1"/>
    <w:rsid w:val="00D32492"/>
    <w:rsid w:val="00D34428"/>
    <w:rsid w:val="00D814E2"/>
    <w:rsid w:val="00DB6CE0"/>
    <w:rsid w:val="00DF7DF9"/>
    <w:rsid w:val="00E57F20"/>
    <w:rsid w:val="00E97D80"/>
    <w:rsid w:val="00ED1EC7"/>
    <w:rsid w:val="00F31BAB"/>
    <w:rsid w:val="00F822B2"/>
    <w:rsid w:val="00FC693F"/>
    <w:rsid w:val="00FE0A3D"/>
    <w:rsid w:val="00FE196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72CE55"/>
  <w14:defaultImageDpi w14:val="300"/>
  <w15:docId w15:val="{F8F07B08-2697-4BCE-897A-EDB926048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5325"/>
    <w:rPr>
      <w:rFonts w:ascii="Arial" w:eastAsia="Arial" w:hAnsi="Arial"/>
      <w:sz w:val="17"/>
      <w:lang w:val="tr-TR"/>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AklamaBavurusu">
    <w:name w:val="annotation reference"/>
    <w:basedOn w:val="VarsaylanParagrafYazTipi"/>
    <w:uiPriority w:val="99"/>
    <w:semiHidden/>
    <w:unhideWhenUsed/>
    <w:rsid w:val="00E57F20"/>
    <w:rPr>
      <w:sz w:val="16"/>
      <w:szCs w:val="16"/>
    </w:rPr>
  </w:style>
  <w:style w:type="paragraph" w:styleId="AklamaMetni">
    <w:name w:val="annotation text"/>
    <w:basedOn w:val="Normal"/>
    <w:link w:val="AklamaMetniChar"/>
    <w:uiPriority w:val="99"/>
    <w:semiHidden/>
    <w:unhideWhenUsed/>
    <w:rsid w:val="00E57F20"/>
    <w:pPr>
      <w:spacing w:line="240" w:lineRule="auto"/>
    </w:pPr>
    <w:rPr>
      <w:sz w:val="20"/>
      <w:szCs w:val="20"/>
    </w:rPr>
  </w:style>
  <w:style w:type="character" w:customStyle="1" w:styleId="AklamaMetniChar">
    <w:name w:val="Açıklama Metni Char"/>
    <w:basedOn w:val="VarsaylanParagrafYazTipi"/>
    <w:link w:val="AklamaMetni"/>
    <w:uiPriority w:val="99"/>
    <w:semiHidden/>
    <w:rsid w:val="00E57F20"/>
    <w:rPr>
      <w:rFonts w:ascii="Arial" w:eastAsia="Arial" w:hAnsi="Arial"/>
      <w:sz w:val="20"/>
      <w:szCs w:val="20"/>
      <w:lang w:val="tr-TR"/>
    </w:rPr>
  </w:style>
  <w:style w:type="paragraph" w:styleId="AklamaKonusu">
    <w:name w:val="annotation subject"/>
    <w:basedOn w:val="AklamaMetni"/>
    <w:next w:val="AklamaMetni"/>
    <w:link w:val="AklamaKonusuChar"/>
    <w:uiPriority w:val="99"/>
    <w:semiHidden/>
    <w:unhideWhenUsed/>
    <w:rsid w:val="00E57F20"/>
    <w:rPr>
      <w:b/>
      <w:bCs/>
    </w:rPr>
  </w:style>
  <w:style w:type="character" w:customStyle="1" w:styleId="AklamaKonusuChar">
    <w:name w:val="Açıklama Konusu Char"/>
    <w:basedOn w:val="AklamaMetniChar"/>
    <w:link w:val="AklamaKonusu"/>
    <w:uiPriority w:val="99"/>
    <w:semiHidden/>
    <w:rsid w:val="00E57F20"/>
    <w:rPr>
      <w:rFonts w:ascii="Arial" w:eastAsia="Arial" w:hAnsi="Arial"/>
      <w:b/>
      <w:bCs/>
      <w:sz w:val="20"/>
      <w:szCs w:val="20"/>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3</Pages>
  <Words>481</Words>
  <Characters>2745</Characters>
  <Application>Microsoft Office Word</Application>
  <DocSecurity>0</DocSecurity>
  <Lines>22</Lines>
  <Paragraphs>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HAKKARİ ÜNİVERSİTESİ</vt:lpstr>
      <vt:lpstr/>
    </vt:vector>
  </TitlesOfParts>
  <Manager/>
  <Company/>
  <LinksUpToDate>false</LinksUpToDate>
  <CharactersWithSpaces>3220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HAKKARİ ÜNİVERSİTESİ</dc:title>
  <dc:subject/>
  <dc:creator>python-docx</dc:creator>
  <cp:keywords/>
  <dc:description>generated by python-docx</dc:description>
  <cp:lastModifiedBy>Savaş Beyter</cp:lastModifiedBy>
  <cp:revision>14</cp:revision>
  <dcterms:created xsi:type="dcterms:W3CDTF">2026-04-18T15:31:00Z</dcterms:created>
  <dcterms:modified xsi:type="dcterms:W3CDTF">2026-04-20T08:21:00Z</dcterms:modified>
  <cp:category/>
</cp:coreProperties>
</file>