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A2D1" w14:textId="77777777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>T.C.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HAKKARİ ÜNİVERSİTESİ</w:t>
      </w:r>
      <w:r>
        <w:rPr>
          <w:rFonts w:ascii="Times New Roman" w:hAnsi="Times New Roman" w:cs="Times New Roman"/>
          <w:bCs/>
          <w:sz w:val="24"/>
          <w:szCs w:val="24"/>
        </w:rPr>
        <w:t xml:space="preserve"> REKTÖRLÜĞÜNE</w:t>
      </w:r>
    </w:p>
    <w:p w14:paraId="1CB81461" w14:textId="32C582DC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 xml:space="preserve">… Enstitüsü </w:t>
      </w:r>
      <w:r>
        <w:rPr>
          <w:rFonts w:ascii="Times New Roman" w:hAnsi="Times New Roman" w:cs="Times New Roman"/>
          <w:bCs/>
          <w:sz w:val="24"/>
          <w:szCs w:val="24"/>
        </w:rPr>
        <w:t xml:space="preserve">Müdürlüğü 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Fakültesi</w:t>
      </w:r>
      <w:r>
        <w:rPr>
          <w:rFonts w:ascii="Times New Roman" w:hAnsi="Times New Roman" w:cs="Times New Roman"/>
          <w:bCs/>
          <w:sz w:val="24"/>
          <w:szCs w:val="24"/>
        </w:rPr>
        <w:t xml:space="preserve"> Dekanlığı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Meslek Yüksekokulu</w:t>
      </w:r>
      <w:r>
        <w:rPr>
          <w:rFonts w:ascii="Times New Roman" w:hAnsi="Times New Roman" w:cs="Times New Roman"/>
          <w:bCs/>
          <w:sz w:val="24"/>
          <w:szCs w:val="24"/>
        </w:rPr>
        <w:t xml:space="preserve"> Müdürlüğü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274"/>
        <w:gridCol w:w="2313"/>
        <w:gridCol w:w="850"/>
        <w:gridCol w:w="3192"/>
      </w:tblGrid>
      <w:tr w:rsidR="00C9496B" w:rsidRPr="00AF5A1E" w14:paraId="119B409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82D3801" w14:textId="2366E84B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 w:rsidR="00F952EA"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9CA513B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2EA" w:rsidRPr="00AF5A1E" w14:paraId="0014FFD7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C09B9E0" w14:textId="2986D152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E7E793E" w14:textId="77777777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6C2C71C2" w14:textId="65209845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E9C853D" w14:textId="77777777" w:rsidTr="00FB2479">
        <w:trPr>
          <w:trHeight w:val="221"/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A77EFF" w14:textId="5F965F31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BFD6B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6EA531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B06ADF" w14:textId="26CED456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00D4A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7562DC3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681BC13" w14:textId="1FB5370E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Program / Hareketlilik Türü</w:t>
            </w:r>
          </w:p>
        </w:tc>
        <w:tc>
          <w:tcPr>
            <w:tcW w:w="3307" w:type="dxa"/>
            <w:gridSpan w:val="2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1969F9E" w14:textId="6A6A7F1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KA131 / KA171</w:t>
            </w:r>
          </w:p>
        </w:tc>
        <w:tc>
          <w:tcPr>
            <w:tcW w:w="3308" w:type="dxa"/>
            <w:vAlign w:val="center"/>
          </w:tcPr>
          <w:p w14:paraId="0A18D2FD" w14:textId="7E091338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Öğrenci Öğrenim Hareketliliği</w:t>
            </w:r>
          </w:p>
        </w:tc>
      </w:tr>
      <w:tr w:rsidR="0044795C" w:rsidRPr="00AF5A1E" w14:paraId="55124A44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A745E7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831AEF8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20… / 20…</w:t>
            </w:r>
          </w:p>
        </w:tc>
      </w:tr>
      <w:tr w:rsidR="0044795C" w:rsidRPr="00AF5A1E" w14:paraId="7FC4617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9B7FB4E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Dönem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230A8B0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Güz / Bahar / Tam Yıl</w:t>
            </w:r>
          </w:p>
        </w:tc>
      </w:tr>
      <w:tr w:rsidR="0044795C" w:rsidRPr="00AF5A1E" w14:paraId="2686622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BDC2A43" w14:textId="4C832DF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 / Üniversite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88C7404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384E14F2" w14:textId="63FE944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1B0C24F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722F91B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20DF71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13BB7F37" w14:textId="5E88C60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7B68F67E" w14:textId="7BC2ABE8" w:rsidR="00C9496B" w:rsidRPr="00AF5A1E" w:rsidRDefault="00E30C3E" w:rsidP="00E30C3E">
      <w:pPr>
        <w:jc w:val="both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Üniversitemiz Erasmus+ Öğrenci Öğrenim Hareketliliği kapsamında yukarıda bilgileri belirtilen yükseköğretim kurumunda gerçekleştirmiş olduğum öğrenim hareketliliğini tamamlamış bulunmaktayım.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C3E">
        <w:rPr>
          <w:rFonts w:ascii="Times New Roman" w:hAnsi="Times New Roman" w:cs="Times New Roman"/>
          <w:sz w:val="24"/>
          <w:szCs w:val="24"/>
        </w:rPr>
        <w:t>Hareketlilik kapsamında almış olduğum derslere ilişkin transkript, katılım belgesi ve Ders İntibak B Tablosu</w:t>
      </w:r>
      <w:r w:rsidR="0062396F">
        <w:rPr>
          <w:rFonts w:ascii="Times New Roman" w:hAnsi="Times New Roman" w:cs="Times New Roman"/>
          <w:sz w:val="24"/>
          <w:szCs w:val="24"/>
        </w:rPr>
        <w:t xml:space="preserve"> ile hareketlilik öncesinde düzenlenen diğer belgeler</w:t>
      </w:r>
      <w:r w:rsidRPr="00E30C3E">
        <w:rPr>
          <w:rFonts w:ascii="Times New Roman" w:hAnsi="Times New Roman" w:cs="Times New Roman"/>
          <w:sz w:val="24"/>
          <w:szCs w:val="24"/>
        </w:rPr>
        <w:t xml:space="preserve"> </w:t>
      </w:r>
      <w:r w:rsidR="0062396F">
        <w:rPr>
          <w:rFonts w:ascii="Times New Roman" w:hAnsi="Times New Roman" w:cs="Times New Roman"/>
          <w:sz w:val="24"/>
          <w:szCs w:val="24"/>
        </w:rPr>
        <w:t>Ek’</w:t>
      </w:r>
      <w:r w:rsidRPr="00E30C3E">
        <w:rPr>
          <w:rFonts w:ascii="Times New Roman" w:hAnsi="Times New Roman" w:cs="Times New Roman"/>
          <w:sz w:val="24"/>
          <w:szCs w:val="24"/>
        </w:rPr>
        <w:t>te sunulmuştur.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C3E">
        <w:rPr>
          <w:rFonts w:ascii="Times New Roman" w:hAnsi="Times New Roman" w:cs="Times New Roman"/>
          <w:sz w:val="24"/>
          <w:szCs w:val="24"/>
        </w:rPr>
        <w:t xml:space="preserve">Söz konusu belgelerin incelenerek başarı durumuma göre ders intibakımın değerlendirilmesi, gerekli işlemlerin yapılması ve ilgili yönetim kurulu kararının </w:t>
      </w:r>
      <w:r>
        <w:rPr>
          <w:rFonts w:ascii="Times New Roman" w:hAnsi="Times New Roman" w:cs="Times New Roman"/>
          <w:sz w:val="24"/>
          <w:szCs w:val="24"/>
        </w:rPr>
        <w:t xml:space="preserve">alınarak Erasmus+ Kurum Koordinatörlüğüne bildirilmesi </w:t>
      </w:r>
      <w:r w:rsidRPr="00E30C3E">
        <w:rPr>
          <w:rFonts w:ascii="Times New Roman" w:hAnsi="Times New Roman" w:cs="Times New Roman"/>
          <w:sz w:val="24"/>
          <w:szCs w:val="24"/>
        </w:rPr>
        <w:t>hususunda gereğini arz ederim.</w:t>
      </w:r>
    </w:p>
    <w:tbl>
      <w:tblPr>
        <w:tblStyle w:val="TabloKlavuzu"/>
        <w:tblpPr w:leftFromText="141" w:rightFromText="141" w:vertAnchor="text" w:horzAnchor="margin" w:tblpXSpec="right" w:tblpY="110"/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3402"/>
      </w:tblGrid>
      <w:tr w:rsidR="001E74A9" w:rsidRPr="00AF5A1E" w14:paraId="606C4639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1DA9DE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0A6FB5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4A9" w:rsidRPr="00AF5A1E" w14:paraId="7D12D955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CEDFE2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6FBF82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4A9" w:rsidRPr="00AF5A1E" w14:paraId="0FFF7FBA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287C80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3D269F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0F3C55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225328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E3E727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22F1540" w14:textId="77777777" w:rsidR="00AF5A1E" w:rsidRP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32142F" w14:textId="77777777" w:rsid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6ADF57A4" w:rsidR="00C9496B" w:rsidRPr="00AF5A1E" w:rsidRDefault="000000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2CAAF90A" w14:textId="6C037E25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Transkript</w:t>
      </w:r>
      <w:r w:rsidR="002C2819">
        <w:rPr>
          <w:rFonts w:ascii="Times New Roman" w:hAnsi="Times New Roman" w:cs="Times New Roman"/>
          <w:sz w:val="24"/>
          <w:szCs w:val="24"/>
        </w:rPr>
        <w:t xml:space="preserve"> Belgesi</w:t>
      </w:r>
    </w:p>
    <w:p w14:paraId="3620BA3E" w14:textId="1203BD7B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Katılım Belgesi / Confirmation of Stay</w:t>
      </w:r>
    </w:p>
    <w:p w14:paraId="2095AC8D" w14:textId="21AF0344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Ders İntibak B Tablosu</w:t>
      </w:r>
    </w:p>
    <w:p w14:paraId="70EF8FB1" w14:textId="70190299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Ders İntibak A Tablosu (Hareketlilik Öncesinde)</w:t>
      </w:r>
    </w:p>
    <w:p w14:paraId="7D5ADC48" w14:textId="222E0179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Varsa Ders İntibak A Tablosu (Hareketlilik Sırasında)</w:t>
      </w:r>
    </w:p>
    <w:p w14:paraId="2C7559C4" w14:textId="1C427607" w:rsidR="00C9496B" w:rsidRDefault="00AF5A1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Öğrenim Anlaşması (Learning Agreement)</w:t>
      </w:r>
    </w:p>
    <w:p w14:paraId="5571518A" w14:textId="3B91DE84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Varsa </w:t>
      </w:r>
      <w:r w:rsidR="002C2819">
        <w:rPr>
          <w:rFonts w:ascii="Times New Roman" w:hAnsi="Times New Roman" w:cs="Times New Roman"/>
          <w:sz w:val="24"/>
          <w:szCs w:val="24"/>
        </w:rPr>
        <w:t>G</w:t>
      </w:r>
      <w:r w:rsidR="002C2819" w:rsidRPr="00E30C3E">
        <w:rPr>
          <w:rFonts w:ascii="Times New Roman" w:hAnsi="Times New Roman" w:cs="Times New Roman"/>
          <w:sz w:val="24"/>
          <w:szCs w:val="24"/>
        </w:rPr>
        <w:t xml:space="preserve">üncellenmiş </w:t>
      </w:r>
      <w:r w:rsidRPr="00E30C3E">
        <w:rPr>
          <w:rFonts w:ascii="Times New Roman" w:hAnsi="Times New Roman" w:cs="Times New Roman"/>
          <w:sz w:val="24"/>
          <w:szCs w:val="24"/>
        </w:rPr>
        <w:t>Öğrenim Anlaşması (Learning Agreement-During the Mobility)</w:t>
      </w:r>
    </w:p>
    <w:p w14:paraId="44599772" w14:textId="37C860F6" w:rsidR="00E30C3E" w:rsidRDefault="00E30C3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Yurda Giriş – Çıkış Belgesi</w:t>
      </w:r>
    </w:p>
    <w:p w14:paraId="1A0FD909" w14:textId="3F397786" w:rsidR="00F0033C" w:rsidRPr="00E30C3E" w:rsidRDefault="00F0033C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Pasaport Giriş-Çıkış Sayfaları</w:t>
      </w:r>
    </w:p>
    <w:sectPr w:rsidR="00F0033C" w:rsidRPr="00E30C3E" w:rsidSect="00A617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F637F4"/>
    <w:multiLevelType w:val="hybridMultilevel"/>
    <w:tmpl w:val="52DE6A5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12749419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74A9"/>
    <w:rsid w:val="00282ED4"/>
    <w:rsid w:val="0029639D"/>
    <w:rsid w:val="002C2819"/>
    <w:rsid w:val="00326F90"/>
    <w:rsid w:val="0035439E"/>
    <w:rsid w:val="00366F6B"/>
    <w:rsid w:val="0044795C"/>
    <w:rsid w:val="0062396F"/>
    <w:rsid w:val="008443F8"/>
    <w:rsid w:val="00844F57"/>
    <w:rsid w:val="009B2B59"/>
    <w:rsid w:val="00A617DA"/>
    <w:rsid w:val="00AA1D8D"/>
    <w:rsid w:val="00AD0FD2"/>
    <w:rsid w:val="00AF5A1E"/>
    <w:rsid w:val="00B47730"/>
    <w:rsid w:val="00BD125B"/>
    <w:rsid w:val="00C9496B"/>
    <w:rsid w:val="00CB0664"/>
    <w:rsid w:val="00D77541"/>
    <w:rsid w:val="00E30C3E"/>
    <w:rsid w:val="00EE18B7"/>
    <w:rsid w:val="00F0033C"/>
    <w:rsid w:val="00F952EA"/>
    <w:rsid w:val="00FB2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11</cp:revision>
  <dcterms:created xsi:type="dcterms:W3CDTF">2026-04-19T13:06:00Z</dcterms:created>
  <dcterms:modified xsi:type="dcterms:W3CDTF">2026-04-19T18:17:00Z</dcterms:modified>
  <cp:category/>
</cp:coreProperties>
</file>