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AD688C" w14:textId="77777777" w:rsidR="003A4707" w:rsidRPr="008834A8" w:rsidRDefault="003A4707" w:rsidP="00025FC3">
      <w:pPr>
        <w:spacing w:after="0" w:line="240" w:lineRule="auto"/>
        <w:jc w:val="center"/>
        <w:rPr>
          <w:rFonts w:ascii="Times New Roman" w:hAnsi="Times New Roman" w:cs="Times New Roman"/>
          <w:b/>
          <w:sz w:val="24"/>
          <w:szCs w:val="24"/>
        </w:rPr>
      </w:pPr>
      <w:r w:rsidRPr="008834A8">
        <w:rPr>
          <w:rFonts w:ascii="Times New Roman" w:hAnsi="Times New Roman" w:cs="Times New Roman"/>
          <w:b/>
          <w:sz w:val="24"/>
          <w:szCs w:val="24"/>
        </w:rPr>
        <w:t>T.C.</w:t>
      </w:r>
    </w:p>
    <w:p w14:paraId="1D9098A8" w14:textId="77777777" w:rsidR="003A4707" w:rsidRPr="008834A8" w:rsidRDefault="003A4707" w:rsidP="00025FC3">
      <w:pPr>
        <w:spacing w:after="0" w:line="240" w:lineRule="auto"/>
        <w:jc w:val="center"/>
        <w:rPr>
          <w:rFonts w:ascii="Times New Roman" w:hAnsi="Times New Roman" w:cs="Times New Roman"/>
          <w:b/>
          <w:sz w:val="24"/>
          <w:szCs w:val="24"/>
        </w:rPr>
      </w:pPr>
      <w:proofErr w:type="gramStart"/>
      <w:r w:rsidRPr="008834A8">
        <w:rPr>
          <w:rFonts w:ascii="Times New Roman" w:hAnsi="Times New Roman" w:cs="Times New Roman"/>
          <w:b/>
          <w:sz w:val="24"/>
          <w:szCs w:val="24"/>
        </w:rPr>
        <w:t>HAKKARİ</w:t>
      </w:r>
      <w:proofErr w:type="gramEnd"/>
      <w:r w:rsidRPr="008834A8">
        <w:rPr>
          <w:rFonts w:ascii="Times New Roman" w:hAnsi="Times New Roman" w:cs="Times New Roman"/>
          <w:b/>
          <w:sz w:val="24"/>
          <w:szCs w:val="24"/>
        </w:rPr>
        <w:t xml:space="preserve"> ÜNİVERSİTESİ REKTÖRLÜĞÜNE</w:t>
      </w:r>
    </w:p>
    <w:p w14:paraId="22F3697A" w14:textId="01EFDD1E" w:rsidR="00025FC3" w:rsidRPr="008834A8" w:rsidRDefault="003A4707" w:rsidP="00025FC3">
      <w:pPr>
        <w:spacing w:after="0" w:line="240" w:lineRule="auto"/>
        <w:jc w:val="center"/>
        <w:rPr>
          <w:rFonts w:ascii="Times New Roman" w:hAnsi="Times New Roman" w:cs="Times New Roman"/>
          <w:b/>
          <w:sz w:val="24"/>
          <w:szCs w:val="24"/>
        </w:rPr>
      </w:pPr>
      <w:r w:rsidRPr="008834A8">
        <w:rPr>
          <w:rFonts w:ascii="Times New Roman" w:hAnsi="Times New Roman" w:cs="Times New Roman"/>
          <w:b/>
          <w:sz w:val="24"/>
          <w:szCs w:val="24"/>
        </w:rPr>
        <w:t xml:space="preserve">Uluslararası İş </w:t>
      </w:r>
      <w:r w:rsidR="00025FC3" w:rsidRPr="008834A8">
        <w:rPr>
          <w:rFonts w:ascii="Times New Roman" w:hAnsi="Times New Roman" w:cs="Times New Roman"/>
          <w:b/>
          <w:sz w:val="24"/>
          <w:szCs w:val="24"/>
        </w:rPr>
        <w:t>B</w:t>
      </w:r>
      <w:r w:rsidRPr="008834A8">
        <w:rPr>
          <w:rFonts w:ascii="Times New Roman" w:hAnsi="Times New Roman" w:cs="Times New Roman"/>
          <w:b/>
          <w:sz w:val="24"/>
          <w:szCs w:val="24"/>
        </w:rPr>
        <w:t>irliği Ofisi</w:t>
      </w:r>
    </w:p>
    <w:p w14:paraId="4F3D17AF" w14:textId="707711D1" w:rsidR="003A4707" w:rsidRPr="008834A8" w:rsidRDefault="003A4707" w:rsidP="00025FC3">
      <w:pPr>
        <w:spacing w:after="0" w:line="240" w:lineRule="auto"/>
        <w:jc w:val="center"/>
        <w:rPr>
          <w:rFonts w:ascii="Times New Roman" w:hAnsi="Times New Roman" w:cs="Times New Roman"/>
          <w:b/>
          <w:sz w:val="24"/>
          <w:szCs w:val="24"/>
        </w:rPr>
      </w:pPr>
      <w:r w:rsidRPr="008834A8">
        <w:rPr>
          <w:rFonts w:ascii="Times New Roman" w:hAnsi="Times New Roman" w:cs="Times New Roman"/>
          <w:b/>
          <w:sz w:val="24"/>
          <w:szCs w:val="24"/>
        </w:rPr>
        <w:t>Erasmus+ Kurum Koordinatörlüğü</w:t>
      </w:r>
    </w:p>
    <w:p w14:paraId="1BC133F2" w14:textId="77777777" w:rsidR="003A4707" w:rsidRPr="008834A8" w:rsidRDefault="003A4707" w:rsidP="003A4707">
      <w:pPr>
        <w:jc w:val="center"/>
        <w:rPr>
          <w:rFonts w:ascii="Times New Roman" w:hAnsi="Times New Roman" w:cs="Times New Roman"/>
          <w:b/>
          <w:sz w:val="24"/>
          <w:szCs w:val="24"/>
        </w:rPr>
      </w:pPr>
    </w:p>
    <w:tbl>
      <w:tblPr>
        <w:tblStyle w:val="TabloKlavuzu"/>
        <w:tblW w:w="9629" w:type="dxa"/>
        <w:tblLook w:val="04A0" w:firstRow="1" w:lastRow="0" w:firstColumn="1" w:lastColumn="0" w:noHBand="0" w:noVBand="1"/>
      </w:tblPr>
      <w:tblGrid>
        <w:gridCol w:w="3113"/>
        <w:gridCol w:w="3259"/>
        <w:gridCol w:w="3257"/>
      </w:tblGrid>
      <w:tr w:rsidR="006B2A79" w:rsidRPr="008834A8" w14:paraId="4DE5ACA4" w14:textId="77777777" w:rsidTr="006B2A79">
        <w:trPr>
          <w:trHeight w:val="340"/>
        </w:trPr>
        <w:tc>
          <w:tcPr>
            <w:tcW w:w="3113" w:type="dxa"/>
            <w:shd w:val="clear" w:color="auto" w:fill="F5F7FA"/>
            <w:vAlign w:val="center"/>
          </w:tcPr>
          <w:p w14:paraId="1B9704E1" w14:textId="1B2EE53D" w:rsidR="006B2A79" w:rsidRPr="008834A8" w:rsidRDefault="006B2A79" w:rsidP="006B2A79">
            <w:pPr>
              <w:rPr>
                <w:rFonts w:ascii="Times New Roman" w:hAnsi="Times New Roman" w:cs="Times New Roman"/>
                <w:sz w:val="24"/>
                <w:szCs w:val="24"/>
              </w:rPr>
            </w:pPr>
            <w:proofErr w:type="gramStart"/>
            <w:r w:rsidRPr="008834A8">
              <w:rPr>
                <w:rFonts w:ascii="Times New Roman" w:hAnsi="Times New Roman" w:cs="Times New Roman"/>
                <w:b/>
                <w:sz w:val="24"/>
                <w:szCs w:val="24"/>
              </w:rPr>
              <w:t>Adı -</w:t>
            </w:r>
            <w:proofErr w:type="gramEnd"/>
            <w:r w:rsidRPr="008834A8">
              <w:rPr>
                <w:rFonts w:ascii="Times New Roman" w:hAnsi="Times New Roman" w:cs="Times New Roman"/>
                <w:b/>
                <w:sz w:val="24"/>
                <w:szCs w:val="24"/>
              </w:rPr>
              <w:t xml:space="preserve"> Soyadı</w:t>
            </w:r>
          </w:p>
        </w:tc>
        <w:tc>
          <w:tcPr>
            <w:tcW w:w="6516" w:type="dxa"/>
            <w:gridSpan w:val="2"/>
          </w:tcPr>
          <w:p w14:paraId="147B0118" w14:textId="77777777" w:rsidR="006B2A79" w:rsidRPr="008834A8" w:rsidRDefault="006B2A79" w:rsidP="006B2A79">
            <w:pPr>
              <w:rPr>
                <w:rFonts w:ascii="Times New Roman" w:hAnsi="Times New Roman" w:cs="Times New Roman"/>
                <w:sz w:val="24"/>
                <w:szCs w:val="24"/>
              </w:rPr>
            </w:pPr>
          </w:p>
        </w:tc>
      </w:tr>
      <w:tr w:rsidR="006B2A79" w:rsidRPr="008834A8" w14:paraId="2BC502FB" w14:textId="77777777" w:rsidTr="006B2A79">
        <w:trPr>
          <w:trHeight w:val="340"/>
        </w:trPr>
        <w:tc>
          <w:tcPr>
            <w:tcW w:w="3113" w:type="dxa"/>
            <w:shd w:val="clear" w:color="auto" w:fill="F5F7FA"/>
            <w:vAlign w:val="center"/>
          </w:tcPr>
          <w:p w14:paraId="0279B13C" w14:textId="711D11B3" w:rsidR="006B2A79" w:rsidRPr="008834A8" w:rsidRDefault="006B2A79" w:rsidP="006B2A79">
            <w:pPr>
              <w:rPr>
                <w:rFonts w:ascii="Times New Roman" w:hAnsi="Times New Roman" w:cs="Times New Roman"/>
                <w:sz w:val="24"/>
                <w:szCs w:val="24"/>
              </w:rPr>
            </w:pPr>
            <w:r w:rsidRPr="008834A8">
              <w:rPr>
                <w:rFonts w:ascii="Times New Roman" w:hAnsi="Times New Roman" w:cs="Times New Roman"/>
                <w:b/>
                <w:sz w:val="24"/>
                <w:szCs w:val="24"/>
              </w:rPr>
              <w:t>TCKN / Öğrenci Numarası</w:t>
            </w:r>
          </w:p>
        </w:tc>
        <w:tc>
          <w:tcPr>
            <w:tcW w:w="3259" w:type="dxa"/>
          </w:tcPr>
          <w:p w14:paraId="1224E4AA" w14:textId="77777777" w:rsidR="006B2A79" w:rsidRPr="008834A8" w:rsidRDefault="006B2A79" w:rsidP="006B2A79">
            <w:pPr>
              <w:rPr>
                <w:rFonts w:ascii="Times New Roman" w:hAnsi="Times New Roman" w:cs="Times New Roman"/>
                <w:sz w:val="24"/>
                <w:szCs w:val="24"/>
              </w:rPr>
            </w:pPr>
          </w:p>
        </w:tc>
        <w:tc>
          <w:tcPr>
            <w:tcW w:w="3257" w:type="dxa"/>
          </w:tcPr>
          <w:p w14:paraId="1405561B" w14:textId="14300B0E" w:rsidR="006B2A79" w:rsidRPr="008834A8" w:rsidRDefault="006B2A79" w:rsidP="006B2A79">
            <w:pPr>
              <w:rPr>
                <w:rFonts w:ascii="Times New Roman" w:hAnsi="Times New Roman" w:cs="Times New Roman"/>
                <w:sz w:val="24"/>
                <w:szCs w:val="24"/>
              </w:rPr>
            </w:pPr>
          </w:p>
        </w:tc>
      </w:tr>
      <w:tr w:rsidR="006B2A79" w:rsidRPr="008834A8" w14:paraId="40BA0570" w14:textId="77777777" w:rsidTr="006B2A79">
        <w:trPr>
          <w:trHeight w:val="340"/>
        </w:trPr>
        <w:tc>
          <w:tcPr>
            <w:tcW w:w="3113" w:type="dxa"/>
            <w:shd w:val="clear" w:color="auto" w:fill="F5F7FA"/>
            <w:vAlign w:val="center"/>
          </w:tcPr>
          <w:p w14:paraId="015B01E9" w14:textId="033CF73E" w:rsidR="006B2A79" w:rsidRPr="008834A8" w:rsidRDefault="006B2A79" w:rsidP="006B2A79">
            <w:pPr>
              <w:rPr>
                <w:rFonts w:ascii="Times New Roman" w:hAnsi="Times New Roman" w:cs="Times New Roman"/>
                <w:sz w:val="24"/>
                <w:szCs w:val="24"/>
              </w:rPr>
            </w:pPr>
            <w:r w:rsidRPr="008834A8">
              <w:rPr>
                <w:rFonts w:ascii="Times New Roman" w:hAnsi="Times New Roman" w:cs="Times New Roman"/>
                <w:b/>
                <w:sz w:val="24"/>
                <w:szCs w:val="24"/>
              </w:rPr>
              <w:t>E-Posta Adresi / Telefon</w:t>
            </w:r>
          </w:p>
        </w:tc>
        <w:tc>
          <w:tcPr>
            <w:tcW w:w="3259" w:type="dxa"/>
          </w:tcPr>
          <w:p w14:paraId="54A5F208" w14:textId="77777777" w:rsidR="006B2A79" w:rsidRPr="008834A8" w:rsidRDefault="006B2A79" w:rsidP="006B2A79">
            <w:pPr>
              <w:rPr>
                <w:rFonts w:ascii="Times New Roman" w:hAnsi="Times New Roman" w:cs="Times New Roman"/>
                <w:sz w:val="24"/>
                <w:szCs w:val="24"/>
              </w:rPr>
            </w:pPr>
          </w:p>
        </w:tc>
        <w:tc>
          <w:tcPr>
            <w:tcW w:w="3257" w:type="dxa"/>
          </w:tcPr>
          <w:p w14:paraId="45DCBFE1" w14:textId="4AC3CD40" w:rsidR="006B2A79" w:rsidRPr="008834A8" w:rsidRDefault="006B2A79" w:rsidP="006B2A79">
            <w:pPr>
              <w:rPr>
                <w:rFonts w:ascii="Times New Roman" w:hAnsi="Times New Roman" w:cs="Times New Roman"/>
                <w:sz w:val="24"/>
                <w:szCs w:val="24"/>
              </w:rPr>
            </w:pPr>
          </w:p>
        </w:tc>
      </w:tr>
      <w:tr w:rsidR="006B2A79" w:rsidRPr="008834A8" w14:paraId="19A1F1A7" w14:textId="77777777" w:rsidTr="006B2A79">
        <w:trPr>
          <w:trHeight w:val="340"/>
        </w:trPr>
        <w:tc>
          <w:tcPr>
            <w:tcW w:w="3113" w:type="dxa"/>
            <w:shd w:val="clear" w:color="auto" w:fill="F5F7FA"/>
            <w:vAlign w:val="center"/>
          </w:tcPr>
          <w:p w14:paraId="0D4A5732" w14:textId="54E5B8B3" w:rsidR="006B2A79" w:rsidRPr="008834A8" w:rsidRDefault="006B2A79" w:rsidP="006B2A79">
            <w:pPr>
              <w:rPr>
                <w:rFonts w:ascii="Times New Roman" w:hAnsi="Times New Roman" w:cs="Times New Roman"/>
                <w:sz w:val="24"/>
                <w:szCs w:val="24"/>
              </w:rPr>
            </w:pPr>
            <w:r w:rsidRPr="008834A8">
              <w:rPr>
                <w:rFonts w:ascii="Times New Roman" w:hAnsi="Times New Roman" w:cs="Times New Roman"/>
                <w:b/>
                <w:sz w:val="24"/>
                <w:szCs w:val="24"/>
              </w:rPr>
              <w:t>Enstitü / Fakülte / MYO</w:t>
            </w:r>
          </w:p>
        </w:tc>
        <w:tc>
          <w:tcPr>
            <w:tcW w:w="6516" w:type="dxa"/>
            <w:gridSpan w:val="2"/>
          </w:tcPr>
          <w:p w14:paraId="1DC13F31" w14:textId="77777777" w:rsidR="006B2A79" w:rsidRPr="008834A8" w:rsidRDefault="006B2A79" w:rsidP="006B2A79">
            <w:pPr>
              <w:rPr>
                <w:rFonts w:ascii="Times New Roman" w:hAnsi="Times New Roman" w:cs="Times New Roman"/>
                <w:sz w:val="24"/>
                <w:szCs w:val="24"/>
              </w:rPr>
            </w:pPr>
          </w:p>
        </w:tc>
      </w:tr>
      <w:tr w:rsidR="006B2A79" w:rsidRPr="008834A8" w14:paraId="256D7443" w14:textId="77777777" w:rsidTr="006B2A79">
        <w:trPr>
          <w:trHeight w:val="340"/>
        </w:trPr>
        <w:tc>
          <w:tcPr>
            <w:tcW w:w="3113" w:type="dxa"/>
            <w:shd w:val="clear" w:color="auto" w:fill="F5F7FA"/>
            <w:vAlign w:val="center"/>
          </w:tcPr>
          <w:p w14:paraId="2B984E79" w14:textId="0BEB8732" w:rsidR="006B2A79" w:rsidRPr="008834A8" w:rsidRDefault="006B2A79" w:rsidP="006B2A79">
            <w:pPr>
              <w:rPr>
                <w:rFonts w:ascii="Times New Roman" w:hAnsi="Times New Roman" w:cs="Times New Roman"/>
                <w:sz w:val="24"/>
                <w:szCs w:val="24"/>
              </w:rPr>
            </w:pPr>
            <w:r w:rsidRPr="008834A8">
              <w:rPr>
                <w:rFonts w:ascii="Times New Roman" w:hAnsi="Times New Roman" w:cs="Times New Roman"/>
                <w:b/>
                <w:sz w:val="24"/>
                <w:szCs w:val="24"/>
              </w:rPr>
              <w:t>Bölümü / Programı</w:t>
            </w:r>
          </w:p>
        </w:tc>
        <w:tc>
          <w:tcPr>
            <w:tcW w:w="6516" w:type="dxa"/>
            <w:gridSpan w:val="2"/>
          </w:tcPr>
          <w:p w14:paraId="0F3CAAB4" w14:textId="77777777" w:rsidR="006B2A79" w:rsidRPr="008834A8" w:rsidRDefault="006B2A79" w:rsidP="006B2A79">
            <w:pPr>
              <w:rPr>
                <w:rFonts w:ascii="Times New Roman" w:hAnsi="Times New Roman" w:cs="Times New Roman"/>
                <w:sz w:val="24"/>
                <w:szCs w:val="24"/>
              </w:rPr>
            </w:pPr>
          </w:p>
        </w:tc>
      </w:tr>
      <w:tr w:rsidR="006B2A79" w:rsidRPr="008834A8" w14:paraId="465E649C" w14:textId="77777777" w:rsidTr="006B2A79">
        <w:trPr>
          <w:trHeight w:val="340"/>
        </w:trPr>
        <w:tc>
          <w:tcPr>
            <w:tcW w:w="3113" w:type="dxa"/>
            <w:shd w:val="clear" w:color="auto" w:fill="F5F7FA"/>
            <w:vAlign w:val="center"/>
          </w:tcPr>
          <w:p w14:paraId="68228719" w14:textId="65AE3D50" w:rsidR="006B2A79" w:rsidRPr="008834A8" w:rsidRDefault="006B2A79" w:rsidP="006B2A79">
            <w:pPr>
              <w:rPr>
                <w:rFonts w:ascii="Times New Roman" w:hAnsi="Times New Roman" w:cs="Times New Roman"/>
                <w:sz w:val="24"/>
                <w:szCs w:val="24"/>
              </w:rPr>
            </w:pPr>
            <w:r w:rsidRPr="008834A8">
              <w:rPr>
                <w:rFonts w:ascii="Times New Roman" w:hAnsi="Times New Roman" w:cs="Times New Roman"/>
                <w:b/>
                <w:sz w:val="24"/>
                <w:szCs w:val="24"/>
              </w:rPr>
              <w:t>Sınıfı</w:t>
            </w:r>
          </w:p>
        </w:tc>
        <w:tc>
          <w:tcPr>
            <w:tcW w:w="6516" w:type="dxa"/>
            <w:gridSpan w:val="2"/>
          </w:tcPr>
          <w:p w14:paraId="150A474F" w14:textId="77777777" w:rsidR="006B2A79" w:rsidRPr="008834A8" w:rsidRDefault="006B2A79" w:rsidP="006B2A79">
            <w:pPr>
              <w:rPr>
                <w:rFonts w:ascii="Times New Roman" w:hAnsi="Times New Roman" w:cs="Times New Roman"/>
                <w:sz w:val="24"/>
                <w:szCs w:val="24"/>
              </w:rPr>
            </w:pPr>
          </w:p>
        </w:tc>
      </w:tr>
      <w:tr w:rsidR="006B2A79" w:rsidRPr="008834A8" w14:paraId="4CF1201D" w14:textId="77777777" w:rsidTr="006B2A79">
        <w:trPr>
          <w:trHeight w:val="340"/>
        </w:trPr>
        <w:tc>
          <w:tcPr>
            <w:tcW w:w="3113" w:type="dxa"/>
            <w:shd w:val="clear" w:color="auto" w:fill="F5F7FA"/>
            <w:vAlign w:val="center"/>
          </w:tcPr>
          <w:p w14:paraId="61299F6C" w14:textId="68731015" w:rsidR="006B2A79" w:rsidRPr="008834A8" w:rsidRDefault="006B2A79" w:rsidP="006B2A79">
            <w:pPr>
              <w:rPr>
                <w:rFonts w:ascii="Times New Roman" w:hAnsi="Times New Roman" w:cs="Times New Roman"/>
                <w:sz w:val="24"/>
                <w:szCs w:val="24"/>
              </w:rPr>
            </w:pPr>
            <w:r w:rsidRPr="008834A8">
              <w:rPr>
                <w:rFonts w:ascii="Times New Roman" w:hAnsi="Times New Roman" w:cs="Times New Roman"/>
                <w:b/>
                <w:sz w:val="24"/>
                <w:szCs w:val="24"/>
              </w:rPr>
              <w:t>Erasmus+ Faaliyet Türü</w:t>
            </w:r>
          </w:p>
        </w:tc>
        <w:tc>
          <w:tcPr>
            <w:tcW w:w="6516" w:type="dxa"/>
            <w:gridSpan w:val="2"/>
          </w:tcPr>
          <w:p w14:paraId="3BB5EA7A" w14:textId="75CF06AA" w:rsidR="006B2A79" w:rsidRPr="008834A8" w:rsidRDefault="006B2A79" w:rsidP="006B2A79">
            <w:pPr>
              <w:rPr>
                <w:rFonts w:ascii="Times New Roman" w:hAnsi="Times New Roman" w:cs="Times New Roman"/>
                <w:sz w:val="24"/>
                <w:szCs w:val="24"/>
              </w:rPr>
            </w:pPr>
            <w:r w:rsidRPr="008834A8">
              <w:rPr>
                <w:rFonts w:ascii="Times New Roman" w:hAnsi="Times New Roman" w:cs="Times New Roman"/>
                <w:sz w:val="24"/>
                <w:szCs w:val="24"/>
              </w:rPr>
              <w:t>Öğrenim</w:t>
            </w:r>
          </w:p>
        </w:tc>
      </w:tr>
      <w:tr w:rsidR="006B2A79" w:rsidRPr="008834A8" w14:paraId="42D50D74" w14:textId="77777777" w:rsidTr="006B2A79">
        <w:trPr>
          <w:trHeight w:val="340"/>
        </w:trPr>
        <w:tc>
          <w:tcPr>
            <w:tcW w:w="3113" w:type="dxa"/>
            <w:shd w:val="clear" w:color="auto" w:fill="F5F7FA"/>
            <w:vAlign w:val="center"/>
          </w:tcPr>
          <w:p w14:paraId="6A16BA28" w14:textId="213CF6A8" w:rsidR="006B2A79" w:rsidRPr="008834A8" w:rsidRDefault="006B2A79" w:rsidP="006B2A79">
            <w:pPr>
              <w:rPr>
                <w:rFonts w:ascii="Times New Roman" w:hAnsi="Times New Roman" w:cs="Times New Roman"/>
                <w:sz w:val="24"/>
                <w:szCs w:val="24"/>
              </w:rPr>
            </w:pPr>
            <w:r w:rsidRPr="008834A8">
              <w:rPr>
                <w:rFonts w:ascii="Times New Roman" w:hAnsi="Times New Roman" w:cs="Times New Roman"/>
                <w:b/>
                <w:sz w:val="24"/>
                <w:szCs w:val="24"/>
              </w:rPr>
              <w:t>Program Türü</w:t>
            </w:r>
          </w:p>
        </w:tc>
        <w:tc>
          <w:tcPr>
            <w:tcW w:w="6516" w:type="dxa"/>
            <w:gridSpan w:val="2"/>
          </w:tcPr>
          <w:p w14:paraId="4B98DFF8" w14:textId="5421D4F8" w:rsidR="006B2A79" w:rsidRPr="008834A8" w:rsidRDefault="006B2A79" w:rsidP="006B2A79">
            <w:pPr>
              <w:rPr>
                <w:rFonts w:ascii="Times New Roman" w:hAnsi="Times New Roman" w:cs="Times New Roman"/>
                <w:sz w:val="24"/>
                <w:szCs w:val="24"/>
              </w:rPr>
            </w:pPr>
            <w:r w:rsidRPr="008834A8">
              <w:rPr>
                <w:rFonts w:ascii="Times New Roman" w:hAnsi="Times New Roman" w:cs="Times New Roman"/>
                <w:sz w:val="24"/>
                <w:szCs w:val="24"/>
              </w:rPr>
              <w:t>KA131</w:t>
            </w:r>
          </w:p>
        </w:tc>
      </w:tr>
      <w:tr w:rsidR="006B2A79" w:rsidRPr="008834A8" w14:paraId="1BAD57EA" w14:textId="77777777" w:rsidTr="006B2A79">
        <w:trPr>
          <w:trHeight w:val="340"/>
        </w:trPr>
        <w:tc>
          <w:tcPr>
            <w:tcW w:w="3113" w:type="dxa"/>
            <w:shd w:val="clear" w:color="auto" w:fill="F5F7FA"/>
            <w:vAlign w:val="center"/>
          </w:tcPr>
          <w:p w14:paraId="1A102370" w14:textId="3ACF5CA1" w:rsidR="006B2A79" w:rsidRPr="008834A8" w:rsidRDefault="006B2A79" w:rsidP="006B2A79">
            <w:pPr>
              <w:rPr>
                <w:rFonts w:ascii="Times New Roman" w:hAnsi="Times New Roman" w:cs="Times New Roman"/>
                <w:sz w:val="24"/>
                <w:szCs w:val="24"/>
              </w:rPr>
            </w:pPr>
            <w:r w:rsidRPr="008834A8">
              <w:rPr>
                <w:rFonts w:ascii="Times New Roman" w:hAnsi="Times New Roman" w:cs="Times New Roman"/>
                <w:b/>
                <w:sz w:val="24"/>
                <w:szCs w:val="24"/>
              </w:rPr>
              <w:t>Akademik Yıl / Dönem</w:t>
            </w:r>
          </w:p>
        </w:tc>
        <w:tc>
          <w:tcPr>
            <w:tcW w:w="3259" w:type="dxa"/>
          </w:tcPr>
          <w:p w14:paraId="7D8C372B" w14:textId="77777777" w:rsidR="006B2A79" w:rsidRPr="008834A8" w:rsidRDefault="006B2A79" w:rsidP="006B2A79">
            <w:pPr>
              <w:rPr>
                <w:rFonts w:ascii="Times New Roman" w:hAnsi="Times New Roman" w:cs="Times New Roman"/>
                <w:sz w:val="24"/>
                <w:szCs w:val="24"/>
              </w:rPr>
            </w:pPr>
          </w:p>
        </w:tc>
        <w:tc>
          <w:tcPr>
            <w:tcW w:w="3257" w:type="dxa"/>
          </w:tcPr>
          <w:p w14:paraId="66746E03" w14:textId="7B0157A4" w:rsidR="006B2A79" w:rsidRPr="008834A8" w:rsidRDefault="006B2A79" w:rsidP="006B2A79">
            <w:pPr>
              <w:rPr>
                <w:rFonts w:ascii="Times New Roman" w:hAnsi="Times New Roman" w:cs="Times New Roman"/>
                <w:sz w:val="24"/>
                <w:szCs w:val="24"/>
              </w:rPr>
            </w:pPr>
          </w:p>
        </w:tc>
      </w:tr>
    </w:tbl>
    <w:p w14:paraId="566A7011" w14:textId="77777777" w:rsidR="006B2A79" w:rsidRPr="008834A8" w:rsidRDefault="006B2A79" w:rsidP="003A4707">
      <w:pPr>
        <w:rPr>
          <w:rFonts w:ascii="Times New Roman" w:hAnsi="Times New Roman" w:cs="Times New Roman"/>
          <w:sz w:val="24"/>
          <w:szCs w:val="24"/>
        </w:rPr>
      </w:pPr>
    </w:p>
    <w:p w14:paraId="22C5D2DE" w14:textId="77777777" w:rsidR="008834A8" w:rsidRPr="008834A8" w:rsidRDefault="008834A8" w:rsidP="008834A8">
      <w:pPr>
        <w:spacing w:after="0"/>
        <w:rPr>
          <w:rFonts w:ascii="Times New Roman" w:hAnsi="Times New Roman" w:cs="Times New Roman"/>
          <w:b/>
          <w:bCs/>
          <w:sz w:val="24"/>
          <w:szCs w:val="24"/>
        </w:rPr>
      </w:pPr>
      <w:r w:rsidRPr="008834A8">
        <w:rPr>
          <w:rFonts w:ascii="Times New Roman" w:hAnsi="Times New Roman" w:cs="Times New Roman"/>
          <w:b/>
          <w:bCs/>
          <w:sz w:val="24"/>
          <w:szCs w:val="24"/>
        </w:rPr>
        <w:t>TERCİH BİLGİLERİ</w:t>
      </w:r>
    </w:p>
    <w:p w14:paraId="1A37669E" w14:textId="77777777" w:rsidR="008834A8" w:rsidRPr="008834A8" w:rsidRDefault="008834A8" w:rsidP="008834A8">
      <w:pPr>
        <w:jc w:val="both"/>
        <w:rPr>
          <w:rFonts w:ascii="Times New Roman" w:hAnsi="Times New Roman" w:cs="Times New Roman"/>
          <w:sz w:val="24"/>
          <w:szCs w:val="24"/>
        </w:rPr>
      </w:pPr>
      <w:r w:rsidRPr="008834A8">
        <w:rPr>
          <w:rFonts w:ascii="Times New Roman" w:hAnsi="Times New Roman" w:cs="Times New Roman"/>
          <w:sz w:val="24"/>
          <w:szCs w:val="24"/>
        </w:rPr>
        <w:t>Asil aday olarak seçildiğim Erasmus+ programı kapsamında, aşağıda belirtilen anlaşmalı üniversiteler arasından tercihimi yapıyorum:</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4253"/>
        <w:gridCol w:w="2268"/>
        <w:gridCol w:w="1837"/>
      </w:tblGrid>
      <w:tr w:rsidR="008834A8" w:rsidRPr="008834A8" w14:paraId="3305DF9A" w14:textId="0FB14C9B" w:rsidTr="008834A8">
        <w:trPr>
          <w:trHeight w:val="340"/>
          <w:jc w:val="right"/>
        </w:trPr>
        <w:tc>
          <w:tcPr>
            <w:tcW w:w="1271" w:type="dxa"/>
            <w:shd w:val="clear" w:color="auto" w:fill="F5F7FA"/>
            <w:vAlign w:val="center"/>
          </w:tcPr>
          <w:p w14:paraId="5A687850" w14:textId="77777777" w:rsidR="008834A8" w:rsidRPr="008834A8" w:rsidRDefault="008834A8" w:rsidP="006B7DA7">
            <w:pPr>
              <w:spacing w:after="0"/>
              <w:rPr>
                <w:rFonts w:ascii="Times New Roman" w:hAnsi="Times New Roman" w:cs="Times New Roman"/>
                <w:sz w:val="24"/>
                <w:szCs w:val="24"/>
              </w:rPr>
            </w:pPr>
            <w:r w:rsidRPr="008834A8">
              <w:rPr>
                <w:rFonts w:ascii="Times New Roman" w:hAnsi="Times New Roman" w:cs="Times New Roman"/>
                <w:sz w:val="24"/>
                <w:szCs w:val="24"/>
              </w:rPr>
              <w:t>Tercih Sırası</w:t>
            </w:r>
          </w:p>
        </w:tc>
        <w:tc>
          <w:tcPr>
            <w:tcW w:w="4253" w:type="dxa"/>
            <w:shd w:val="clear" w:color="auto" w:fill="F5F7FA"/>
            <w:vAlign w:val="center"/>
          </w:tcPr>
          <w:p w14:paraId="74DC88C0" w14:textId="77777777" w:rsidR="008834A8" w:rsidRPr="008834A8" w:rsidRDefault="008834A8" w:rsidP="006B7DA7">
            <w:pPr>
              <w:spacing w:after="0"/>
              <w:rPr>
                <w:rFonts w:ascii="Times New Roman" w:hAnsi="Times New Roman" w:cs="Times New Roman"/>
                <w:sz w:val="24"/>
                <w:szCs w:val="24"/>
              </w:rPr>
            </w:pPr>
            <w:r w:rsidRPr="008834A8">
              <w:rPr>
                <w:rFonts w:ascii="Times New Roman" w:hAnsi="Times New Roman" w:cs="Times New Roman"/>
                <w:sz w:val="24"/>
                <w:szCs w:val="24"/>
              </w:rPr>
              <w:t>Üniversite Adı</w:t>
            </w:r>
          </w:p>
        </w:tc>
        <w:tc>
          <w:tcPr>
            <w:tcW w:w="2268" w:type="dxa"/>
            <w:shd w:val="clear" w:color="auto" w:fill="F5F7FA"/>
            <w:vAlign w:val="center"/>
          </w:tcPr>
          <w:p w14:paraId="4B7718F9" w14:textId="77777777" w:rsidR="008834A8" w:rsidRPr="008834A8" w:rsidRDefault="008834A8" w:rsidP="006B7DA7">
            <w:pPr>
              <w:spacing w:after="0"/>
              <w:rPr>
                <w:rFonts w:ascii="Times New Roman" w:hAnsi="Times New Roman" w:cs="Times New Roman"/>
                <w:sz w:val="24"/>
                <w:szCs w:val="24"/>
              </w:rPr>
            </w:pPr>
            <w:r w:rsidRPr="008834A8">
              <w:rPr>
                <w:rFonts w:ascii="Times New Roman" w:hAnsi="Times New Roman" w:cs="Times New Roman"/>
                <w:sz w:val="24"/>
                <w:szCs w:val="24"/>
              </w:rPr>
              <w:t>Ülke</w:t>
            </w:r>
          </w:p>
        </w:tc>
        <w:tc>
          <w:tcPr>
            <w:tcW w:w="1837" w:type="dxa"/>
            <w:shd w:val="clear" w:color="auto" w:fill="F5F7FA"/>
          </w:tcPr>
          <w:p w14:paraId="1FD49EEB" w14:textId="7F03B7B2" w:rsidR="008834A8" w:rsidRPr="008834A8" w:rsidRDefault="008834A8" w:rsidP="006B7DA7">
            <w:pPr>
              <w:spacing w:after="0"/>
              <w:rPr>
                <w:rFonts w:ascii="Times New Roman" w:hAnsi="Times New Roman" w:cs="Times New Roman"/>
                <w:sz w:val="24"/>
                <w:szCs w:val="24"/>
              </w:rPr>
            </w:pPr>
            <w:r>
              <w:rPr>
                <w:rFonts w:ascii="Times New Roman" w:hAnsi="Times New Roman" w:cs="Times New Roman"/>
                <w:sz w:val="24"/>
                <w:szCs w:val="24"/>
              </w:rPr>
              <w:t>OID</w:t>
            </w:r>
          </w:p>
        </w:tc>
      </w:tr>
      <w:tr w:rsidR="008834A8" w:rsidRPr="008834A8" w14:paraId="47105976" w14:textId="3AE15139" w:rsidTr="008834A8">
        <w:trPr>
          <w:trHeight w:val="340"/>
          <w:jc w:val="right"/>
        </w:trPr>
        <w:tc>
          <w:tcPr>
            <w:tcW w:w="1271" w:type="dxa"/>
            <w:shd w:val="clear" w:color="auto" w:fill="F5F7FA"/>
            <w:vAlign w:val="center"/>
          </w:tcPr>
          <w:p w14:paraId="035FD3F1" w14:textId="77777777" w:rsidR="008834A8" w:rsidRPr="008834A8" w:rsidRDefault="008834A8" w:rsidP="006B7DA7">
            <w:pPr>
              <w:spacing w:after="0"/>
              <w:rPr>
                <w:rFonts w:ascii="Times New Roman" w:hAnsi="Times New Roman" w:cs="Times New Roman"/>
                <w:sz w:val="24"/>
                <w:szCs w:val="24"/>
              </w:rPr>
            </w:pPr>
            <w:r w:rsidRPr="008834A8">
              <w:rPr>
                <w:rFonts w:ascii="Times New Roman" w:hAnsi="Times New Roman" w:cs="Times New Roman"/>
                <w:sz w:val="24"/>
                <w:szCs w:val="24"/>
              </w:rPr>
              <w:t>1. Tercih</w:t>
            </w:r>
          </w:p>
        </w:tc>
        <w:tc>
          <w:tcPr>
            <w:tcW w:w="4253" w:type="dxa"/>
            <w:vAlign w:val="center"/>
          </w:tcPr>
          <w:p w14:paraId="0E52727C" w14:textId="77777777" w:rsidR="008834A8" w:rsidRPr="008834A8" w:rsidRDefault="008834A8" w:rsidP="006B7DA7">
            <w:pPr>
              <w:spacing w:after="0"/>
              <w:rPr>
                <w:rFonts w:ascii="Times New Roman" w:hAnsi="Times New Roman" w:cs="Times New Roman"/>
                <w:sz w:val="24"/>
                <w:szCs w:val="24"/>
              </w:rPr>
            </w:pPr>
          </w:p>
        </w:tc>
        <w:tc>
          <w:tcPr>
            <w:tcW w:w="2268" w:type="dxa"/>
            <w:vAlign w:val="center"/>
          </w:tcPr>
          <w:p w14:paraId="0BFEBFCA" w14:textId="77777777" w:rsidR="008834A8" w:rsidRPr="008834A8" w:rsidRDefault="008834A8" w:rsidP="006B7DA7">
            <w:pPr>
              <w:spacing w:after="0"/>
              <w:rPr>
                <w:rFonts w:ascii="Times New Roman" w:hAnsi="Times New Roman" w:cs="Times New Roman"/>
                <w:sz w:val="24"/>
                <w:szCs w:val="24"/>
              </w:rPr>
            </w:pPr>
          </w:p>
        </w:tc>
        <w:tc>
          <w:tcPr>
            <w:tcW w:w="1837" w:type="dxa"/>
          </w:tcPr>
          <w:p w14:paraId="70F5C5DB" w14:textId="77777777" w:rsidR="008834A8" w:rsidRPr="008834A8" w:rsidRDefault="008834A8" w:rsidP="006B7DA7">
            <w:pPr>
              <w:spacing w:after="0"/>
              <w:rPr>
                <w:rFonts w:ascii="Times New Roman" w:hAnsi="Times New Roman" w:cs="Times New Roman"/>
                <w:sz w:val="24"/>
                <w:szCs w:val="24"/>
              </w:rPr>
            </w:pPr>
          </w:p>
        </w:tc>
      </w:tr>
      <w:tr w:rsidR="008834A8" w:rsidRPr="008834A8" w14:paraId="6F09E57F" w14:textId="1FB44DB5" w:rsidTr="008834A8">
        <w:trPr>
          <w:trHeight w:val="340"/>
          <w:jc w:val="right"/>
        </w:trPr>
        <w:tc>
          <w:tcPr>
            <w:tcW w:w="1271" w:type="dxa"/>
            <w:shd w:val="clear" w:color="auto" w:fill="F5F7FA"/>
            <w:vAlign w:val="center"/>
          </w:tcPr>
          <w:p w14:paraId="5944DCBB" w14:textId="77777777" w:rsidR="008834A8" w:rsidRPr="008834A8" w:rsidRDefault="008834A8" w:rsidP="006B7DA7">
            <w:pPr>
              <w:spacing w:after="0"/>
              <w:rPr>
                <w:rFonts w:ascii="Times New Roman" w:hAnsi="Times New Roman" w:cs="Times New Roman"/>
                <w:sz w:val="24"/>
                <w:szCs w:val="24"/>
              </w:rPr>
            </w:pPr>
            <w:r w:rsidRPr="008834A8">
              <w:rPr>
                <w:rFonts w:ascii="Times New Roman" w:hAnsi="Times New Roman" w:cs="Times New Roman"/>
                <w:sz w:val="24"/>
                <w:szCs w:val="24"/>
              </w:rPr>
              <w:t>2. Tercih</w:t>
            </w:r>
          </w:p>
        </w:tc>
        <w:tc>
          <w:tcPr>
            <w:tcW w:w="4253" w:type="dxa"/>
            <w:vAlign w:val="center"/>
          </w:tcPr>
          <w:p w14:paraId="41D4DC1B" w14:textId="77777777" w:rsidR="008834A8" w:rsidRPr="008834A8" w:rsidRDefault="008834A8" w:rsidP="006B7DA7">
            <w:pPr>
              <w:spacing w:after="0"/>
              <w:rPr>
                <w:rFonts w:ascii="Times New Roman" w:hAnsi="Times New Roman" w:cs="Times New Roman"/>
                <w:sz w:val="24"/>
                <w:szCs w:val="24"/>
              </w:rPr>
            </w:pPr>
          </w:p>
        </w:tc>
        <w:tc>
          <w:tcPr>
            <w:tcW w:w="2268" w:type="dxa"/>
            <w:vAlign w:val="center"/>
          </w:tcPr>
          <w:p w14:paraId="1E0CE069" w14:textId="77777777" w:rsidR="008834A8" w:rsidRPr="008834A8" w:rsidRDefault="008834A8" w:rsidP="006B7DA7">
            <w:pPr>
              <w:spacing w:after="0"/>
              <w:rPr>
                <w:rFonts w:ascii="Times New Roman" w:hAnsi="Times New Roman" w:cs="Times New Roman"/>
                <w:sz w:val="24"/>
                <w:szCs w:val="24"/>
              </w:rPr>
            </w:pPr>
          </w:p>
        </w:tc>
        <w:tc>
          <w:tcPr>
            <w:tcW w:w="1837" w:type="dxa"/>
          </w:tcPr>
          <w:p w14:paraId="6315E900" w14:textId="77777777" w:rsidR="008834A8" w:rsidRPr="008834A8" w:rsidRDefault="008834A8" w:rsidP="006B7DA7">
            <w:pPr>
              <w:spacing w:after="0"/>
              <w:rPr>
                <w:rFonts w:ascii="Times New Roman" w:hAnsi="Times New Roman" w:cs="Times New Roman"/>
                <w:sz w:val="24"/>
                <w:szCs w:val="24"/>
              </w:rPr>
            </w:pPr>
          </w:p>
        </w:tc>
      </w:tr>
      <w:tr w:rsidR="008834A8" w:rsidRPr="008834A8" w14:paraId="51424409" w14:textId="5A989371" w:rsidTr="008834A8">
        <w:trPr>
          <w:trHeight w:val="340"/>
          <w:jc w:val="right"/>
        </w:trPr>
        <w:tc>
          <w:tcPr>
            <w:tcW w:w="1271" w:type="dxa"/>
            <w:shd w:val="clear" w:color="auto" w:fill="F5F7FA"/>
            <w:vAlign w:val="center"/>
          </w:tcPr>
          <w:p w14:paraId="69B632AB" w14:textId="77777777" w:rsidR="008834A8" w:rsidRPr="008834A8" w:rsidRDefault="008834A8" w:rsidP="006B7DA7">
            <w:pPr>
              <w:spacing w:after="0"/>
              <w:rPr>
                <w:rFonts w:ascii="Times New Roman" w:hAnsi="Times New Roman" w:cs="Times New Roman"/>
                <w:sz w:val="24"/>
                <w:szCs w:val="24"/>
              </w:rPr>
            </w:pPr>
            <w:r w:rsidRPr="008834A8">
              <w:rPr>
                <w:rFonts w:ascii="Times New Roman" w:hAnsi="Times New Roman" w:cs="Times New Roman"/>
                <w:sz w:val="24"/>
                <w:szCs w:val="24"/>
              </w:rPr>
              <w:t>3. Tercih</w:t>
            </w:r>
          </w:p>
        </w:tc>
        <w:tc>
          <w:tcPr>
            <w:tcW w:w="4253" w:type="dxa"/>
            <w:vAlign w:val="center"/>
          </w:tcPr>
          <w:p w14:paraId="0DC2BBF1" w14:textId="77777777" w:rsidR="008834A8" w:rsidRPr="008834A8" w:rsidRDefault="008834A8" w:rsidP="006B7DA7">
            <w:pPr>
              <w:spacing w:after="0"/>
              <w:rPr>
                <w:rFonts w:ascii="Times New Roman" w:hAnsi="Times New Roman" w:cs="Times New Roman"/>
                <w:sz w:val="24"/>
                <w:szCs w:val="24"/>
              </w:rPr>
            </w:pPr>
          </w:p>
        </w:tc>
        <w:tc>
          <w:tcPr>
            <w:tcW w:w="2268" w:type="dxa"/>
            <w:vAlign w:val="center"/>
          </w:tcPr>
          <w:p w14:paraId="02B0BCA9" w14:textId="77777777" w:rsidR="008834A8" w:rsidRPr="008834A8" w:rsidRDefault="008834A8" w:rsidP="006B7DA7">
            <w:pPr>
              <w:spacing w:after="0"/>
              <w:rPr>
                <w:rFonts w:ascii="Times New Roman" w:hAnsi="Times New Roman" w:cs="Times New Roman"/>
                <w:sz w:val="24"/>
                <w:szCs w:val="24"/>
              </w:rPr>
            </w:pPr>
          </w:p>
        </w:tc>
        <w:tc>
          <w:tcPr>
            <w:tcW w:w="1837" w:type="dxa"/>
          </w:tcPr>
          <w:p w14:paraId="2A5D4C37" w14:textId="77777777" w:rsidR="008834A8" w:rsidRPr="008834A8" w:rsidRDefault="008834A8" w:rsidP="006B7DA7">
            <w:pPr>
              <w:spacing w:after="0"/>
              <w:rPr>
                <w:rFonts w:ascii="Times New Roman" w:hAnsi="Times New Roman" w:cs="Times New Roman"/>
                <w:sz w:val="24"/>
                <w:szCs w:val="24"/>
              </w:rPr>
            </w:pPr>
          </w:p>
        </w:tc>
      </w:tr>
    </w:tbl>
    <w:p w14:paraId="68949B35" w14:textId="77777777" w:rsidR="006B2A79" w:rsidRDefault="006B2A79" w:rsidP="003A4707">
      <w:pPr>
        <w:rPr>
          <w:rFonts w:ascii="Times New Roman" w:hAnsi="Times New Roman" w:cs="Times New Roman"/>
          <w:sz w:val="24"/>
          <w:szCs w:val="24"/>
        </w:rPr>
      </w:pPr>
    </w:p>
    <w:p w14:paraId="34C5749D" w14:textId="77777777" w:rsidR="008834A8" w:rsidRPr="008834A8" w:rsidRDefault="008834A8" w:rsidP="008834A8">
      <w:pPr>
        <w:spacing w:after="0"/>
        <w:rPr>
          <w:rFonts w:ascii="Times New Roman" w:hAnsi="Times New Roman" w:cs="Times New Roman"/>
          <w:b/>
          <w:bCs/>
          <w:sz w:val="24"/>
          <w:szCs w:val="24"/>
        </w:rPr>
      </w:pPr>
      <w:r w:rsidRPr="008834A8">
        <w:rPr>
          <w:rFonts w:ascii="Times New Roman" w:hAnsi="Times New Roman" w:cs="Times New Roman"/>
          <w:b/>
          <w:bCs/>
          <w:sz w:val="24"/>
          <w:szCs w:val="24"/>
        </w:rPr>
        <w:t>ÖĞRENCİNİN BEYANI</w:t>
      </w:r>
    </w:p>
    <w:p w14:paraId="1020B666" w14:textId="16178C38" w:rsidR="008834A8" w:rsidRPr="008834A8" w:rsidRDefault="008834A8" w:rsidP="008834A8">
      <w:pPr>
        <w:jc w:val="both"/>
        <w:rPr>
          <w:rFonts w:ascii="Times New Roman" w:hAnsi="Times New Roman" w:cs="Times New Roman"/>
          <w:sz w:val="24"/>
          <w:szCs w:val="24"/>
        </w:rPr>
      </w:pPr>
      <w:r w:rsidRPr="008834A8">
        <w:rPr>
          <w:rFonts w:ascii="Times New Roman" w:hAnsi="Times New Roman" w:cs="Times New Roman"/>
          <w:sz w:val="24"/>
          <w:szCs w:val="24"/>
        </w:rPr>
        <w:t>Yukarıda belirttiğim tercihler doğrultusunda, ilgili Erasmus+ Bölüm Koordinatörü ile yapılacak değerlendirme ve karşı kurumlarla yürütülecek kabul sürecine göre hareket edileceğini kabul ediyorum. Tercih ettiğim üniversitelerde kontenjan veya ders eşleştirme uygunluğu sağlanamadığı durumlarda, farklı bir üniversiteyle eşleştirilebileceğimi biliyor ve bu koşulları kabul ediyorum.</w:t>
      </w:r>
    </w:p>
    <w:tbl>
      <w:tblPr>
        <w:tblStyle w:val="TabloKlavuzu"/>
        <w:tblW w:w="5670" w:type="dxa"/>
        <w:jc w:val="right"/>
        <w:tblLook w:val="04A0" w:firstRow="1" w:lastRow="0" w:firstColumn="1" w:lastColumn="0" w:noHBand="0" w:noVBand="1"/>
      </w:tblPr>
      <w:tblGrid>
        <w:gridCol w:w="1838"/>
        <w:gridCol w:w="3832"/>
      </w:tblGrid>
      <w:tr w:rsidR="006B2A79" w:rsidRPr="008834A8" w14:paraId="7914E4D7" w14:textId="77777777" w:rsidTr="008834A8">
        <w:trPr>
          <w:trHeight w:val="340"/>
          <w:jc w:val="right"/>
        </w:trPr>
        <w:tc>
          <w:tcPr>
            <w:tcW w:w="1838" w:type="dxa"/>
            <w:shd w:val="clear" w:color="auto" w:fill="F5F7FA"/>
          </w:tcPr>
          <w:p w14:paraId="25F79147" w14:textId="70B37343" w:rsidR="006B2A79" w:rsidRPr="008834A8" w:rsidRDefault="006B2A79" w:rsidP="006B2A79">
            <w:pPr>
              <w:jc w:val="right"/>
              <w:rPr>
                <w:rFonts w:ascii="Times New Roman" w:hAnsi="Times New Roman" w:cs="Times New Roman"/>
                <w:sz w:val="24"/>
                <w:szCs w:val="24"/>
              </w:rPr>
            </w:pPr>
            <w:r w:rsidRPr="008834A8">
              <w:rPr>
                <w:rFonts w:ascii="Times New Roman" w:hAnsi="Times New Roman" w:cs="Times New Roman"/>
                <w:b/>
                <w:sz w:val="24"/>
                <w:szCs w:val="24"/>
              </w:rPr>
              <w:t>Tarih</w:t>
            </w:r>
          </w:p>
        </w:tc>
        <w:tc>
          <w:tcPr>
            <w:tcW w:w="3832" w:type="dxa"/>
          </w:tcPr>
          <w:p w14:paraId="5CFD3631" w14:textId="77777777" w:rsidR="006B2A79" w:rsidRPr="008834A8" w:rsidRDefault="006B2A79" w:rsidP="006B2A79">
            <w:pPr>
              <w:rPr>
                <w:rFonts w:ascii="Times New Roman" w:hAnsi="Times New Roman" w:cs="Times New Roman"/>
                <w:sz w:val="24"/>
                <w:szCs w:val="24"/>
              </w:rPr>
            </w:pPr>
          </w:p>
        </w:tc>
      </w:tr>
      <w:tr w:rsidR="006B2A79" w:rsidRPr="008834A8" w14:paraId="6F58F30E" w14:textId="77777777" w:rsidTr="008834A8">
        <w:trPr>
          <w:trHeight w:val="340"/>
          <w:jc w:val="right"/>
        </w:trPr>
        <w:tc>
          <w:tcPr>
            <w:tcW w:w="1838" w:type="dxa"/>
            <w:shd w:val="clear" w:color="auto" w:fill="F5F7FA"/>
          </w:tcPr>
          <w:p w14:paraId="32FA026A" w14:textId="2F59D690" w:rsidR="006B2A79" w:rsidRPr="008834A8" w:rsidRDefault="006B2A79" w:rsidP="006B2A79">
            <w:pPr>
              <w:jc w:val="right"/>
              <w:rPr>
                <w:rFonts w:ascii="Times New Roman" w:hAnsi="Times New Roman" w:cs="Times New Roman"/>
                <w:sz w:val="24"/>
                <w:szCs w:val="24"/>
              </w:rPr>
            </w:pPr>
            <w:r w:rsidRPr="008834A8">
              <w:rPr>
                <w:rFonts w:ascii="Times New Roman" w:hAnsi="Times New Roman" w:cs="Times New Roman"/>
                <w:b/>
                <w:sz w:val="24"/>
                <w:szCs w:val="24"/>
              </w:rPr>
              <w:t>İmza</w:t>
            </w:r>
          </w:p>
        </w:tc>
        <w:tc>
          <w:tcPr>
            <w:tcW w:w="3832" w:type="dxa"/>
          </w:tcPr>
          <w:p w14:paraId="5DCC5B5F" w14:textId="77777777" w:rsidR="006B2A79" w:rsidRPr="008834A8" w:rsidRDefault="006B2A79" w:rsidP="006B2A79">
            <w:pPr>
              <w:rPr>
                <w:rFonts w:ascii="Times New Roman" w:hAnsi="Times New Roman" w:cs="Times New Roman"/>
                <w:sz w:val="24"/>
                <w:szCs w:val="24"/>
              </w:rPr>
            </w:pPr>
          </w:p>
          <w:p w14:paraId="4BAAB7C6" w14:textId="77777777" w:rsidR="006B2A79" w:rsidRPr="008834A8" w:rsidRDefault="006B2A79" w:rsidP="006B2A79">
            <w:pPr>
              <w:rPr>
                <w:rFonts w:ascii="Times New Roman" w:hAnsi="Times New Roman" w:cs="Times New Roman"/>
                <w:sz w:val="24"/>
                <w:szCs w:val="24"/>
              </w:rPr>
            </w:pPr>
          </w:p>
        </w:tc>
      </w:tr>
      <w:tr w:rsidR="006B2A79" w:rsidRPr="008834A8" w14:paraId="0E58B237" w14:textId="77777777" w:rsidTr="008834A8">
        <w:trPr>
          <w:trHeight w:val="340"/>
          <w:jc w:val="right"/>
        </w:trPr>
        <w:tc>
          <w:tcPr>
            <w:tcW w:w="1838" w:type="dxa"/>
            <w:shd w:val="clear" w:color="auto" w:fill="F5F7FA"/>
          </w:tcPr>
          <w:p w14:paraId="4D948465" w14:textId="24892AA8" w:rsidR="006B2A79" w:rsidRPr="008834A8" w:rsidRDefault="006B2A79" w:rsidP="006B2A79">
            <w:pPr>
              <w:jc w:val="right"/>
              <w:rPr>
                <w:rFonts w:ascii="Times New Roman" w:hAnsi="Times New Roman" w:cs="Times New Roman"/>
                <w:sz w:val="24"/>
                <w:szCs w:val="24"/>
              </w:rPr>
            </w:pPr>
            <w:proofErr w:type="gramStart"/>
            <w:r w:rsidRPr="008834A8">
              <w:rPr>
                <w:rFonts w:ascii="Times New Roman" w:hAnsi="Times New Roman" w:cs="Times New Roman"/>
                <w:b/>
                <w:sz w:val="24"/>
                <w:szCs w:val="24"/>
              </w:rPr>
              <w:t>Adı -</w:t>
            </w:r>
            <w:proofErr w:type="gramEnd"/>
            <w:r w:rsidRPr="008834A8">
              <w:rPr>
                <w:rFonts w:ascii="Times New Roman" w:hAnsi="Times New Roman" w:cs="Times New Roman"/>
                <w:b/>
                <w:sz w:val="24"/>
                <w:szCs w:val="24"/>
              </w:rPr>
              <w:t xml:space="preserve"> Soyadı</w:t>
            </w:r>
          </w:p>
        </w:tc>
        <w:tc>
          <w:tcPr>
            <w:tcW w:w="3832" w:type="dxa"/>
          </w:tcPr>
          <w:p w14:paraId="0FECE6A3" w14:textId="77777777" w:rsidR="006B2A79" w:rsidRPr="008834A8" w:rsidRDefault="006B2A79" w:rsidP="006B2A79">
            <w:pPr>
              <w:rPr>
                <w:rFonts w:ascii="Times New Roman" w:hAnsi="Times New Roman" w:cs="Times New Roman"/>
                <w:sz w:val="24"/>
                <w:szCs w:val="24"/>
              </w:rPr>
            </w:pPr>
          </w:p>
        </w:tc>
      </w:tr>
    </w:tbl>
    <w:p w14:paraId="045AA8AA" w14:textId="77777777" w:rsidR="006B2A79" w:rsidRPr="008834A8" w:rsidRDefault="006B2A79" w:rsidP="003A4707">
      <w:pPr>
        <w:rPr>
          <w:rFonts w:ascii="Times New Roman" w:hAnsi="Times New Roman" w:cs="Times New Roman"/>
          <w:sz w:val="24"/>
          <w:szCs w:val="24"/>
        </w:rPr>
      </w:pPr>
    </w:p>
    <w:sectPr w:rsidR="006B2A79" w:rsidRPr="008834A8" w:rsidSect="00C569D3">
      <w:headerReference w:type="default" r:id="rId8"/>
      <w:footerReference w:type="default" r:id="rId9"/>
      <w:pgSz w:w="11907" w:h="16840" w:code="9"/>
      <w:pgMar w:top="851" w:right="1134" w:bottom="851" w:left="1134" w:header="85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DA018E" w14:textId="77777777" w:rsidR="00FC4BFC" w:rsidRPr="003A4707" w:rsidRDefault="00FC4BFC" w:rsidP="006833D1">
      <w:pPr>
        <w:spacing w:after="0" w:line="240" w:lineRule="auto"/>
      </w:pPr>
      <w:r w:rsidRPr="003A4707">
        <w:separator/>
      </w:r>
    </w:p>
  </w:endnote>
  <w:endnote w:type="continuationSeparator" w:id="0">
    <w:p w14:paraId="200B6DFF" w14:textId="77777777" w:rsidR="00FC4BFC" w:rsidRPr="003A4707" w:rsidRDefault="00FC4BFC" w:rsidP="006833D1">
      <w:pPr>
        <w:spacing w:after="0" w:line="240" w:lineRule="auto"/>
      </w:pPr>
      <w:r w:rsidRPr="003A470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23149" w14:textId="77777777" w:rsidR="007A17B8" w:rsidRPr="00250C7A" w:rsidRDefault="007A17B8" w:rsidP="007A17B8">
    <w:pPr>
      <w:pStyle w:val="AltBilgi"/>
      <w:jc w:val="right"/>
      <w:rPr>
        <w:color w:val="595959" w:themeColor="text1" w:themeTint="A6"/>
      </w:rPr>
    </w:pPr>
    <w:proofErr w:type="gramStart"/>
    <w:r w:rsidRPr="00250C7A">
      <w:rPr>
        <w:color w:val="595959" w:themeColor="text1" w:themeTint="A6"/>
      </w:rPr>
      <w:t>Hakkari</w:t>
    </w:r>
    <w:proofErr w:type="gramEnd"/>
    <w:r w:rsidRPr="00250C7A">
      <w:rPr>
        <w:color w:val="595959" w:themeColor="text1" w:themeTint="A6"/>
      </w:rPr>
      <w:t xml:space="preserve"> Üniversitesi </w:t>
    </w:r>
    <w:r>
      <w:rPr>
        <w:color w:val="595959" w:themeColor="text1" w:themeTint="A6"/>
      </w:rPr>
      <w:t>–</w:t>
    </w:r>
    <w:r w:rsidRPr="00250C7A">
      <w:rPr>
        <w:color w:val="595959" w:themeColor="text1" w:themeTint="A6"/>
      </w:rPr>
      <w:t> Erasmus</w:t>
    </w:r>
    <w:r>
      <w:rPr>
        <w:color w:val="595959" w:themeColor="text1" w:themeTint="A6"/>
      </w:rPr>
      <w:t>+</w:t>
    </w:r>
    <w:r w:rsidRPr="00250C7A">
      <w:rPr>
        <w:color w:val="595959" w:themeColor="text1" w:themeTint="A6"/>
      </w:rPr>
      <w:t xml:space="preserve"> </w:t>
    </w:r>
    <w:r>
      <w:rPr>
        <w:color w:val="595959" w:themeColor="text1" w:themeTint="A6"/>
      </w:rPr>
      <w:t xml:space="preserve">Kurum </w:t>
    </w:r>
    <w:r w:rsidRPr="00250C7A">
      <w:rPr>
        <w:color w:val="595959" w:themeColor="text1" w:themeTint="A6"/>
      </w:rPr>
      <w:t>Koordinatörlüğü</w:t>
    </w:r>
  </w:p>
  <w:p w14:paraId="5C19BA0D" w14:textId="77777777" w:rsidR="007A17B8" w:rsidRPr="00250C7A" w:rsidRDefault="007A17B8" w:rsidP="007A17B8">
    <w:pPr>
      <w:pStyle w:val="AltBilgi"/>
      <w:jc w:val="right"/>
      <w:rPr>
        <w:color w:val="595959" w:themeColor="text1" w:themeTint="A6"/>
      </w:rPr>
    </w:pPr>
    <w:r w:rsidRPr="00250C7A">
      <w:rPr>
        <w:color w:val="595959" w:themeColor="text1" w:themeTint="A6"/>
      </w:rPr>
      <w:t xml:space="preserve">Zeynel Bey Yerleşkesi </w:t>
    </w:r>
    <w:proofErr w:type="spellStart"/>
    <w:r w:rsidRPr="00250C7A">
      <w:rPr>
        <w:color w:val="595959" w:themeColor="text1" w:themeTint="A6"/>
      </w:rPr>
      <w:t>Keklikpınar</w:t>
    </w:r>
    <w:proofErr w:type="spellEnd"/>
    <w:r w:rsidRPr="00250C7A">
      <w:rPr>
        <w:color w:val="595959" w:themeColor="text1" w:themeTint="A6"/>
      </w:rPr>
      <w:t xml:space="preserve"> Mah. Kampüs Caddesi Merkezi Derslikler Binası 30000 Merkez/</w:t>
    </w:r>
    <w:proofErr w:type="gramStart"/>
    <w:r w:rsidRPr="00250C7A">
      <w:rPr>
        <w:color w:val="595959" w:themeColor="text1" w:themeTint="A6"/>
      </w:rPr>
      <w:t>Hakkari</w:t>
    </w:r>
    <w:proofErr w:type="gramEnd"/>
  </w:p>
  <w:p w14:paraId="62035A5D" w14:textId="77777777" w:rsidR="007A17B8" w:rsidRDefault="007A17B8" w:rsidP="007A17B8">
    <w:pPr>
      <w:pStyle w:val="AltBilgi"/>
      <w:jc w:val="right"/>
      <w:rPr>
        <w:color w:val="595959" w:themeColor="text1" w:themeTint="A6"/>
      </w:rPr>
    </w:pPr>
    <w:r w:rsidRPr="00250C7A">
      <w:rPr>
        <w:color w:val="595959" w:themeColor="text1" w:themeTint="A6"/>
      </w:rPr>
      <w:t>+90 (438) 212 12 12 / 650</w:t>
    </w:r>
    <w:r>
      <w:rPr>
        <w:color w:val="595959" w:themeColor="text1" w:themeTint="A6"/>
      </w:rPr>
      <w:t>5</w:t>
    </w:r>
    <w:r w:rsidRPr="00250C7A">
      <w:rPr>
        <w:color w:val="595959" w:themeColor="text1" w:themeTint="A6"/>
      </w:rPr>
      <w:t>, 650</w:t>
    </w:r>
    <w:r>
      <w:rPr>
        <w:color w:val="595959" w:themeColor="text1" w:themeTint="A6"/>
      </w:rPr>
      <w:t>1</w:t>
    </w:r>
  </w:p>
  <w:p w14:paraId="24285376" w14:textId="6F9DC89C" w:rsidR="007A17B8" w:rsidRPr="007A17B8" w:rsidRDefault="007A17B8" w:rsidP="007A17B8">
    <w:pPr>
      <w:pStyle w:val="AltBilgi"/>
      <w:jc w:val="right"/>
      <w:rPr>
        <w:color w:val="595959" w:themeColor="text1" w:themeTint="A6"/>
      </w:rPr>
    </w:pPr>
    <w:r>
      <w:rPr>
        <w:color w:val="595959" w:themeColor="text1" w:themeTint="A6"/>
      </w:rPr>
      <w:t>erasmus@hakkari.edu.tr</w:t>
    </w:r>
  </w:p>
  <w:p w14:paraId="1BC508FF" w14:textId="77777777" w:rsidR="007A17B8" w:rsidRDefault="007A17B8">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984CCA" w14:textId="77777777" w:rsidR="00FC4BFC" w:rsidRPr="003A4707" w:rsidRDefault="00FC4BFC" w:rsidP="006833D1">
      <w:pPr>
        <w:spacing w:after="0" w:line="240" w:lineRule="auto"/>
      </w:pPr>
      <w:r w:rsidRPr="003A4707">
        <w:separator/>
      </w:r>
    </w:p>
  </w:footnote>
  <w:footnote w:type="continuationSeparator" w:id="0">
    <w:p w14:paraId="4C967C10" w14:textId="77777777" w:rsidR="00FC4BFC" w:rsidRPr="003A4707" w:rsidRDefault="00FC4BFC" w:rsidP="006833D1">
      <w:pPr>
        <w:spacing w:after="0" w:line="240" w:lineRule="auto"/>
      </w:pPr>
      <w:r w:rsidRPr="003A470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oKlavuzu"/>
      <w:tblW w:w="5000" w:type="pct"/>
      <w:jc w:val="center"/>
      <w:tblLook w:val="04A0" w:firstRow="1" w:lastRow="0" w:firstColumn="1" w:lastColumn="0" w:noHBand="0" w:noVBand="1"/>
    </w:tblPr>
    <w:tblGrid>
      <w:gridCol w:w="1129"/>
      <w:gridCol w:w="8500"/>
    </w:tblGrid>
    <w:tr w:rsidR="00025FC3" w14:paraId="73390C1A" w14:textId="77777777" w:rsidTr="00C569D3">
      <w:trPr>
        <w:trHeight w:val="1129"/>
        <w:jc w:val="center"/>
      </w:trPr>
      <w:tc>
        <w:tcPr>
          <w:tcW w:w="586" w:type="pct"/>
          <w:shd w:val="clear" w:color="auto" w:fill="F5F7FA"/>
          <w:vAlign w:val="center"/>
        </w:tcPr>
        <w:p w14:paraId="651DD7A8" w14:textId="77777777" w:rsidR="00025FC3" w:rsidRDefault="00025FC3" w:rsidP="00025FC3">
          <w:pPr>
            <w:pStyle w:val="stBilgi"/>
          </w:pPr>
          <w:r>
            <w:rPr>
              <w:noProof/>
            </w:rPr>
            <w:drawing>
              <wp:inline distT="0" distB="0" distL="0" distR="0" wp14:anchorId="6E92367B" wp14:editId="7A410265">
                <wp:extent cx="481360" cy="612000"/>
                <wp:effectExtent l="0" t="0" r="0" b="0"/>
                <wp:docPr id="1627771533"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771533" name="Resim 1627771533"/>
                        <pic:cNvPicPr/>
                      </pic:nvPicPr>
                      <pic:blipFill>
                        <a:blip r:embed="rId1"/>
                        <a:stretch>
                          <a:fillRect/>
                        </a:stretch>
                      </pic:blipFill>
                      <pic:spPr>
                        <a:xfrm>
                          <a:off x="0" y="0"/>
                          <a:ext cx="481360" cy="612000"/>
                        </a:xfrm>
                        <a:prstGeom prst="rect">
                          <a:avLst/>
                        </a:prstGeom>
                      </pic:spPr>
                    </pic:pic>
                  </a:graphicData>
                </a:graphic>
              </wp:inline>
            </w:drawing>
          </w:r>
        </w:p>
      </w:tc>
      <w:tc>
        <w:tcPr>
          <w:tcW w:w="4414" w:type="pct"/>
          <w:shd w:val="clear" w:color="auto" w:fill="F5F7FA"/>
          <w:vAlign w:val="center"/>
        </w:tcPr>
        <w:p w14:paraId="70256A44" w14:textId="69278582" w:rsidR="00FA797E" w:rsidRDefault="00025FC3" w:rsidP="00025FC3">
          <w:pPr>
            <w:pStyle w:val="stBilgi"/>
            <w:jc w:val="center"/>
            <w:rPr>
              <w:rFonts w:ascii="Times New Roman" w:hAnsi="Times New Roman" w:cs="Times New Roman"/>
              <w:b/>
              <w:sz w:val="24"/>
              <w:szCs w:val="24"/>
            </w:rPr>
          </w:pPr>
          <w:r w:rsidRPr="003A4707">
            <w:rPr>
              <w:rFonts w:ascii="Times New Roman" w:hAnsi="Times New Roman" w:cs="Times New Roman"/>
              <w:b/>
              <w:sz w:val="24"/>
              <w:szCs w:val="24"/>
            </w:rPr>
            <w:t xml:space="preserve">ERASMUS+ </w:t>
          </w:r>
          <w:r w:rsidR="00FA797E">
            <w:rPr>
              <w:rFonts w:ascii="Times New Roman" w:hAnsi="Times New Roman" w:cs="Times New Roman"/>
              <w:b/>
              <w:sz w:val="24"/>
              <w:szCs w:val="24"/>
            </w:rPr>
            <w:t xml:space="preserve">ÖĞRENCİ ÖĞRENİM </w:t>
          </w:r>
          <w:r w:rsidRPr="003A4707">
            <w:rPr>
              <w:rFonts w:ascii="Times New Roman" w:hAnsi="Times New Roman" w:cs="Times New Roman"/>
              <w:b/>
              <w:sz w:val="24"/>
              <w:szCs w:val="24"/>
            </w:rPr>
            <w:t>HAREKETLİLİĞİ</w:t>
          </w:r>
        </w:p>
        <w:p w14:paraId="44E729BD" w14:textId="5FA033C1" w:rsidR="00025FC3" w:rsidRPr="00E9748B" w:rsidRDefault="00FC7459" w:rsidP="00025FC3">
          <w:pPr>
            <w:pStyle w:val="stBilgi"/>
            <w:jc w:val="center"/>
            <w:rPr>
              <w:sz w:val="22"/>
              <w:szCs w:val="24"/>
            </w:rPr>
          </w:pPr>
          <w:r>
            <w:rPr>
              <w:rFonts w:ascii="Times New Roman" w:hAnsi="Times New Roman" w:cs="Times New Roman"/>
              <w:b/>
              <w:sz w:val="24"/>
              <w:szCs w:val="24"/>
            </w:rPr>
            <w:t xml:space="preserve">ÜNİVERSİTE </w:t>
          </w:r>
          <w:r w:rsidR="008834A8">
            <w:rPr>
              <w:rFonts w:ascii="Times New Roman" w:hAnsi="Times New Roman" w:cs="Times New Roman"/>
              <w:b/>
              <w:sz w:val="24"/>
              <w:szCs w:val="24"/>
            </w:rPr>
            <w:t xml:space="preserve">TERCİH </w:t>
          </w:r>
          <w:r>
            <w:rPr>
              <w:rFonts w:ascii="Times New Roman" w:hAnsi="Times New Roman" w:cs="Times New Roman"/>
              <w:b/>
              <w:sz w:val="24"/>
              <w:szCs w:val="24"/>
            </w:rPr>
            <w:t>DİLEKÇESİ</w:t>
          </w:r>
        </w:p>
      </w:tc>
    </w:tr>
  </w:tbl>
  <w:p w14:paraId="2F41DBB4" w14:textId="77777777" w:rsidR="006833D1" w:rsidRPr="003A4707" w:rsidRDefault="006833D1" w:rsidP="00025FC3">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16cid:durableId="481889796">
    <w:abstractNumId w:val="8"/>
  </w:num>
  <w:num w:numId="2" w16cid:durableId="216668841">
    <w:abstractNumId w:val="6"/>
  </w:num>
  <w:num w:numId="3" w16cid:durableId="1296642632">
    <w:abstractNumId w:val="5"/>
  </w:num>
  <w:num w:numId="4" w16cid:durableId="783303191">
    <w:abstractNumId w:val="4"/>
  </w:num>
  <w:num w:numId="5" w16cid:durableId="1011221914">
    <w:abstractNumId w:val="7"/>
  </w:num>
  <w:num w:numId="6" w16cid:durableId="1270166957">
    <w:abstractNumId w:val="3"/>
  </w:num>
  <w:num w:numId="7" w16cid:durableId="1699502860">
    <w:abstractNumId w:val="2"/>
  </w:num>
  <w:num w:numId="8" w16cid:durableId="1791052843">
    <w:abstractNumId w:val="1"/>
  </w:num>
  <w:num w:numId="9" w16cid:durableId="4613863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5FC3"/>
    <w:rsid w:val="00034616"/>
    <w:rsid w:val="0006063C"/>
    <w:rsid w:val="000E320F"/>
    <w:rsid w:val="0015074B"/>
    <w:rsid w:val="001D778E"/>
    <w:rsid w:val="0026091A"/>
    <w:rsid w:val="0029639D"/>
    <w:rsid w:val="002D49F6"/>
    <w:rsid w:val="00326F90"/>
    <w:rsid w:val="00335E63"/>
    <w:rsid w:val="00367A92"/>
    <w:rsid w:val="00396D77"/>
    <w:rsid w:val="003A4707"/>
    <w:rsid w:val="003B1413"/>
    <w:rsid w:val="003E6B8D"/>
    <w:rsid w:val="003F3FEA"/>
    <w:rsid w:val="00463D7C"/>
    <w:rsid w:val="004C4FA2"/>
    <w:rsid w:val="00565C3D"/>
    <w:rsid w:val="006833D1"/>
    <w:rsid w:val="006B2A79"/>
    <w:rsid w:val="006E60A4"/>
    <w:rsid w:val="00796006"/>
    <w:rsid w:val="007A17B8"/>
    <w:rsid w:val="00833746"/>
    <w:rsid w:val="00870EC1"/>
    <w:rsid w:val="008834A8"/>
    <w:rsid w:val="008F7740"/>
    <w:rsid w:val="00930071"/>
    <w:rsid w:val="0093079E"/>
    <w:rsid w:val="00AA1D8D"/>
    <w:rsid w:val="00AA5DCD"/>
    <w:rsid w:val="00AB3A7A"/>
    <w:rsid w:val="00AD0DE9"/>
    <w:rsid w:val="00B47730"/>
    <w:rsid w:val="00BA10CF"/>
    <w:rsid w:val="00BF7B7C"/>
    <w:rsid w:val="00C569D3"/>
    <w:rsid w:val="00CB0664"/>
    <w:rsid w:val="00D353ED"/>
    <w:rsid w:val="00DD400F"/>
    <w:rsid w:val="00E043EE"/>
    <w:rsid w:val="00E73424"/>
    <w:rsid w:val="00F339BF"/>
    <w:rsid w:val="00F87F13"/>
    <w:rsid w:val="00FA797E"/>
    <w:rsid w:val="00FC1FD1"/>
    <w:rsid w:val="00FC4BFC"/>
    <w:rsid w:val="00FC693F"/>
    <w:rsid w:val="00FC745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AA8F30C"/>
  <w14:defaultImageDpi w14:val="300"/>
  <w15:docId w15:val="{A7567D37-288E-431F-9793-83B80F83C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0"/>
      <w:lang w:val="tr-TR"/>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AklamaBavurusu">
    <w:name w:val="annotation reference"/>
    <w:basedOn w:val="VarsaylanParagrafYazTipi"/>
    <w:uiPriority w:val="99"/>
    <w:semiHidden/>
    <w:unhideWhenUsed/>
    <w:rsid w:val="006B2A79"/>
    <w:rPr>
      <w:sz w:val="16"/>
      <w:szCs w:val="16"/>
    </w:rPr>
  </w:style>
  <w:style w:type="paragraph" w:styleId="AklamaMetni">
    <w:name w:val="annotation text"/>
    <w:basedOn w:val="Normal"/>
    <w:link w:val="AklamaMetniChar"/>
    <w:uiPriority w:val="99"/>
    <w:semiHidden/>
    <w:unhideWhenUsed/>
    <w:rsid w:val="006B2A79"/>
    <w:pPr>
      <w:spacing w:line="240" w:lineRule="auto"/>
    </w:pPr>
    <w:rPr>
      <w:szCs w:val="20"/>
    </w:rPr>
  </w:style>
  <w:style w:type="character" w:customStyle="1" w:styleId="AklamaMetniChar">
    <w:name w:val="Açıklama Metni Char"/>
    <w:basedOn w:val="VarsaylanParagrafYazTipi"/>
    <w:link w:val="AklamaMetni"/>
    <w:uiPriority w:val="99"/>
    <w:semiHidden/>
    <w:rsid w:val="006B2A79"/>
    <w:rPr>
      <w:rFonts w:ascii="Arial" w:hAnsi="Arial"/>
      <w:sz w:val="20"/>
      <w:szCs w:val="20"/>
      <w:lang w:val="tr-TR"/>
    </w:rPr>
  </w:style>
  <w:style w:type="paragraph" w:styleId="AklamaKonusu">
    <w:name w:val="annotation subject"/>
    <w:basedOn w:val="AklamaMetni"/>
    <w:next w:val="AklamaMetni"/>
    <w:link w:val="AklamaKonusuChar"/>
    <w:uiPriority w:val="99"/>
    <w:semiHidden/>
    <w:unhideWhenUsed/>
    <w:rsid w:val="006B2A79"/>
    <w:rPr>
      <w:b/>
      <w:bCs/>
    </w:rPr>
  </w:style>
  <w:style w:type="character" w:customStyle="1" w:styleId="AklamaKonusuChar">
    <w:name w:val="Açıklama Konusu Char"/>
    <w:basedOn w:val="AklamaMetniChar"/>
    <w:link w:val="AklamaKonusu"/>
    <w:uiPriority w:val="99"/>
    <w:semiHidden/>
    <w:rsid w:val="006B2A79"/>
    <w:rPr>
      <w:rFonts w:ascii="Arial" w:hAnsi="Arial"/>
      <w:b/>
      <w:bCs/>
      <w:sz w:val="20"/>
      <w:szCs w:val="20"/>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144</Words>
  <Characters>822</Characters>
  <Application>Microsoft Office Word</Application>
  <DocSecurity>0</DocSecurity>
  <Lines>6</Lines>
  <Paragraphs>1</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965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Savaş Beyter</cp:lastModifiedBy>
  <cp:revision>5</cp:revision>
  <dcterms:created xsi:type="dcterms:W3CDTF">2026-04-23T14:35:00Z</dcterms:created>
  <dcterms:modified xsi:type="dcterms:W3CDTF">2026-04-23T14:44:00Z</dcterms:modified>
  <cp:category/>
</cp:coreProperties>
</file>