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688C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T.C.</w:t>
      </w:r>
    </w:p>
    <w:p w14:paraId="1D9098A8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6B8D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3E6B8D">
        <w:rPr>
          <w:rFonts w:ascii="Times New Roman" w:hAnsi="Times New Roman" w:cs="Times New Roman"/>
          <w:b/>
          <w:sz w:val="24"/>
          <w:szCs w:val="24"/>
        </w:rPr>
        <w:t xml:space="preserve"> ÜNİVERSİTESİ REKTÖRLÜĞÜNE</w:t>
      </w:r>
    </w:p>
    <w:p w14:paraId="22F3697A" w14:textId="01EFDD1E" w:rsidR="00025FC3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 xml:space="preserve">Uluslararası İş </w:t>
      </w:r>
      <w:r w:rsidR="00025FC3" w:rsidRPr="003E6B8D">
        <w:rPr>
          <w:rFonts w:ascii="Times New Roman" w:hAnsi="Times New Roman" w:cs="Times New Roman"/>
          <w:b/>
          <w:sz w:val="24"/>
          <w:szCs w:val="24"/>
        </w:rPr>
        <w:t>B</w:t>
      </w:r>
      <w:r w:rsidRPr="003E6B8D">
        <w:rPr>
          <w:rFonts w:ascii="Times New Roman" w:hAnsi="Times New Roman" w:cs="Times New Roman"/>
          <w:b/>
          <w:sz w:val="24"/>
          <w:szCs w:val="24"/>
        </w:rPr>
        <w:t>irliği Ofisi</w:t>
      </w:r>
    </w:p>
    <w:p w14:paraId="4F3D17AF" w14:textId="707711D1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Erasmus+ Kurum Koordinatörlüğü</w:t>
      </w:r>
    </w:p>
    <w:p w14:paraId="1BC133F2" w14:textId="77777777" w:rsidR="003A4707" w:rsidRPr="003A4707" w:rsidRDefault="003A4707" w:rsidP="003A47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3113"/>
        <w:gridCol w:w="3259"/>
        <w:gridCol w:w="3257"/>
      </w:tblGrid>
      <w:tr w:rsidR="006B2A79" w14:paraId="4DE5ACA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B9704E1" w14:textId="1B2EE53D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</w:t>
            </w:r>
            <w:proofErr w:type="gramEnd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6516" w:type="dxa"/>
            <w:gridSpan w:val="2"/>
          </w:tcPr>
          <w:p w14:paraId="147B011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BC502FB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279B13C" w14:textId="711D11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Numarası</w:t>
            </w:r>
          </w:p>
        </w:tc>
        <w:tc>
          <w:tcPr>
            <w:tcW w:w="3259" w:type="dxa"/>
          </w:tcPr>
          <w:p w14:paraId="1224E4AA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1405561B" w14:textId="14300B0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0BA0570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15B01E9" w14:textId="033CF73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 Adresi / Telefon</w:t>
            </w:r>
          </w:p>
        </w:tc>
        <w:tc>
          <w:tcPr>
            <w:tcW w:w="3259" w:type="dxa"/>
          </w:tcPr>
          <w:p w14:paraId="54A5F20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45DCBFE1" w14:textId="4AC3CD4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19A1F1A7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D4A5732" w14:textId="54E5B8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Enstitü / Fakülte / MYO</w:t>
            </w:r>
          </w:p>
        </w:tc>
        <w:tc>
          <w:tcPr>
            <w:tcW w:w="6516" w:type="dxa"/>
            <w:gridSpan w:val="2"/>
          </w:tcPr>
          <w:p w14:paraId="1DC13F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56D7443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2B984E79" w14:textId="0BEB8732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516" w:type="dxa"/>
            <w:gridSpan w:val="2"/>
          </w:tcPr>
          <w:p w14:paraId="0F3CAAB4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65E649C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8228719" w14:textId="65AE3D5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Sınıfı</w:t>
            </w:r>
          </w:p>
        </w:tc>
        <w:tc>
          <w:tcPr>
            <w:tcW w:w="6516" w:type="dxa"/>
            <w:gridSpan w:val="2"/>
          </w:tcPr>
          <w:p w14:paraId="150A474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CF1201D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1299F6C" w14:textId="68731015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516" w:type="dxa"/>
            <w:gridSpan w:val="2"/>
          </w:tcPr>
          <w:p w14:paraId="3BB5EA7A" w14:textId="75CF06AA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Öğrenim</w:t>
            </w:r>
          </w:p>
        </w:tc>
      </w:tr>
      <w:tr w:rsidR="006B2A79" w14:paraId="42D50D7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A16BA28" w14:textId="213CF6A8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516" w:type="dxa"/>
            <w:gridSpan w:val="2"/>
          </w:tcPr>
          <w:p w14:paraId="4B98DFF8" w14:textId="5421D4F8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</w:tr>
      <w:tr w:rsidR="006B2A79" w14:paraId="1BAD57EA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A102370" w14:textId="3ACF5CA1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Dönem</w:t>
            </w:r>
          </w:p>
        </w:tc>
        <w:tc>
          <w:tcPr>
            <w:tcW w:w="3259" w:type="dxa"/>
          </w:tcPr>
          <w:p w14:paraId="7D8C372B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66746E03" w14:textId="7B0157A4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6A7011" w14:textId="77777777" w:rsidR="006B2A79" w:rsidRPr="003A4707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2F4071F" w14:textId="363B77B0" w:rsidR="00F5612C" w:rsidRPr="00F5612C" w:rsidRDefault="00F5612C" w:rsidP="00F5612C">
      <w:pPr>
        <w:jc w:val="both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Erasmus+ hareketliliğim kapsamında vize işlemlerim tamamlanmış olup, aşağıda belirtilen belgeleri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elektronik posta yoluyla gönderdiğimi beyan ederim. Ayrıca, söz konusu belgelerin kontrol edilmesini müteakip hibe sözleşmesinin hazırlanması ve imza sürecinin tamamlanması amacıyla Erasmus+ Kurum Koordinatörlüğüne başvuracağımı / ofise geleceğimi kabul ederim.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12C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14:paraId="36C1DC65" w14:textId="77777777" w:rsidR="00F5612C" w:rsidRPr="00F5612C" w:rsidRDefault="00F5612C" w:rsidP="00F561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t>Gönderilen Belgeler:</w:t>
      </w:r>
    </w:p>
    <w:p w14:paraId="4630E802" w14:textId="65C961D8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Pasaportun </w:t>
      </w:r>
      <w:r w:rsidRPr="00F5612C">
        <w:rPr>
          <w:rFonts w:ascii="Times New Roman" w:hAnsi="Times New Roman" w:cs="Times New Roman"/>
          <w:sz w:val="24"/>
          <w:szCs w:val="24"/>
        </w:rPr>
        <w:t xml:space="preserve">İlgili Sayfaları </w:t>
      </w:r>
    </w:p>
    <w:p w14:paraId="5D415BFB" w14:textId="5D7E3B99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Sağlık </w:t>
      </w:r>
      <w:r w:rsidRPr="00F5612C">
        <w:rPr>
          <w:rFonts w:ascii="Times New Roman" w:hAnsi="Times New Roman" w:cs="Times New Roman"/>
          <w:sz w:val="24"/>
          <w:szCs w:val="24"/>
        </w:rPr>
        <w:t xml:space="preserve">Sigortasının Elektronik Nüshası </w:t>
      </w:r>
    </w:p>
    <w:p w14:paraId="2F72A26C" w14:textId="07B38529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Avro </w:t>
      </w:r>
      <w:r w:rsidRPr="00F5612C">
        <w:rPr>
          <w:rFonts w:ascii="Times New Roman" w:hAnsi="Times New Roman" w:cs="Times New Roman"/>
          <w:sz w:val="24"/>
          <w:szCs w:val="24"/>
        </w:rPr>
        <w:t xml:space="preserve">Hesabına Ait Dekont / Hesap Bilgisi Belgesi </w:t>
      </w:r>
    </w:p>
    <w:p w14:paraId="59F8AF68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6B2A79" w14:paraId="7914E4D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25F79147" w14:textId="70B37343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</w:tcPr>
          <w:p w14:paraId="5CFD36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6F58F30E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32FA026A" w14:textId="2F59D690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</w:tcPr>
          <w:p w14:paraId="5DCC5B5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B7C6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0E58B23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4D948465" w14:textId="24892AA8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</w:tcPr>
          <w:p w14:paraId="0FECE6A3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5AA8AA" w14:textId="77777777" w:rsidR="006B2A79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DC0130A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8D56BF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8374F9" w14:textId="77777777" w:rsidR="00F5612C" w:rsidRDefault="00F561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E1FF163" w14:textId="226B5AB4" w:rsidR="00F5612C" w:rsidRDefault="00F5612C" w:rsidP="00F5612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lastRenderedPageBreak/>
        <w:t>ERASMUS+ KURUM KOORDİNATÖRLÜĞÜ KONTROL BÖLÜMÜ</w:t>
      </w:r>
    </w:p>
    <w:p w14:paraId="0115AA12" w14:textId="71EBC7D4" w:rsidR="00F5612C" w:rsidRPr="00F5612C" w:rsidRDefault="00F5612C" w:rsidP="00F5612C">
      <w:pPr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color w:val="EE0000"/>
          <w:sz w:val="24"/>
          <w:szCs w:val="24"/>
        </w:rPr>
        <w:t>(</w:t>
      </w:r>
      <w:r w:rsidRPr="00F5612C">
        <w:rPr>
          <w:rFonts w:ascii="Times New Roman" w:hAnsi="Times New Roman" w:cs="Times New Roman"/>
          <w:color w:val="EE0000"/>
          <w:sz w:val="24"/>
          <w:szCs w:val="24"/>
        </w:rPr>
        <w:t>UYARI: Bu bölüm öğrenci tarafından doldurulmayacaktır. Yalnızca Erasmus+ Kurum Koordinatörlüğü tarafından kontrol ve onay amacıyla kullanılacaktır.</w:t>
      </w:r>
      <w:r>
        <w:rPr>
          <w:rFonts w:ascii="Times New Roman" w:hAnsi="Times New Roman" w:cs="Times New Roman"/>
          <w:color w:val="EE0000"/>
          <w:sz w:val="24"/>
          <w:szCs w:val="24"/>
        </w:rPr>
        <w:t>)</w:t>
      </w:r>
    </w:p>
    <w:p w14:paraId="7A7C1C22" w14:textId="77777777" w:rsidR="00F5612C" w:rsidRP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Yukarıda adı geçen öğrenci tarafından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gönderildiği beyan edilen belgeler kontrol edilmiştir.</w:t>
      </w:r>
    </w:p>
    <w:p w14:paraId="065034E6" w14:textId="77777777" w:rsidR="00F5612C" w:rsidRP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Pasaportun ilgili sayfaları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Sağlık sigortasının elektronik nüshası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Avro hesabına ait dekont / hesap bilgisi belgesi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Belgeler uygun bulunmuştur.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Eksik / tamamlanması gereken hususlar vardır: ....................................</w:t>
      </w: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696"/>
        <w:gridCol w:w="3974"/>
      </w:tblGrid>
      <w:tr w:rsidR="00F5612C" w14:paraId="204F995E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3C871580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974" w:type="dxa"/>
          </w:tcPr>
          <w:p w14:paraId="25509ACE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807EAB2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28BB7E65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974" w:type="dxa"/>
          </w:tcPr>
          <w:p w14:paraId="3BECBAF7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D5A25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6682673B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62C3A3C6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3974" w:type="dxa"/>
          </w:tcPr>
          <w:p w14:paraId="066EDF8A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6BDDA19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7A4CC13F" w14:textId="6CF6C99A" w:rsidR="00F5612C" w:rsidRPr="00AF5A1E" w:rsidRDefault="00F5612C" w:rsidP="00F5612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Unvan</w:t>
            </w:r>
          </w:p>
        </w:tc>
        <w:tc>
          <w:tcPr>
            <w:tcW w:w="3974" w:type="dxa"/>
          </w:tcPr>
          <w:p w14:paraId="6D9E8E16" w14:textId="77777777" w:rsidR="00F5612C" w:rsidRDefault="00F5612C" w:rsidP="00F56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6424F6" w14:textId="77777777" w:rsidR="00F5612C" w:rsidRPr="003A4707" w:rsidRDefault="00F5612C" w:rsidP="003A4707">
      <w:pPr>
        <w:rPr>
          <w:rFonts w:ascii="Times New Roman" w:hAnsi="Times New Roman" w:cs="Times New Roman"/>
          <w:sz w:val="24"/>
          <w:szCs w:val="24"/>
        </w:rPr>
      </w:pPr>
    </w:p>
    <w:sectPr w:rsidR="00F5612C" w:rsidRPr="003A4707" w:rsidSect="00C569D3">
      <w:headerReference w:type="default" r:id="rId8"/>
      <w:footerReference w:type="default" r:id="rId9"/>
      <w:pgSz w:w="11907" w:h="16840" w:code="9"/>
      <w:pgMar w:top="851" w:right="1134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AFB9D" w14:textId="77777777" w:rsidR="00B7436A" w:rsidRPr="003A4707" w:rsidRDefault="00B7436A" w:rsidP="006833D1">
      <w:pPr>
        <w:spacing w:after="0" w:line="240" w:lineRule="auto"/>
      </w:pPr>
      <w:r w:rsidRPr="003A4707">
        <w:separator/>
      </w:r>
    </w:p>
  </w:endnote>
  <w:endnote w:type="continuationSeparator" w:id="0">
    <w:p w14:paraId="659DBD90" w14:textId="77777777" w:rsidR="00B7436A" w:rsidRPr="003A4707" w:rsidRDefault="00B7436A" w:rsidP="006833D1">
      <w:pPr>
        <w:spacing w:after="0" w:line="240" w:lineRule="auto"/>
      </w:pPr>
      <w:r w:rsidRPr="003A47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23149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proofErr w:type="gramStart"/>
    <w:r w:rsidRPr="00250C7A">
      <w:rPr>
        <w:color w:val="595959" w:themeColor="text1" w:themeTint="A6"/>
      </w:rPr>
      <w:t>Hakkari</w:t>
    </w:r>
    <w:proofErr w:type="gramEnd"/>
    <w:r w:rsidRPr="00250C7A">
      <w:rPr>
        <w:color w:val="595959" w:themeColor="text1" w:themeTint="A6"/>
      </w:rPr>
      <w:t xml:space="preserve"> Üniversitesi </w:t>
    </w:r>
    <w:r>
      <w:rPr>
        <w:color w:val="595959" w:themeColor="text1" w:themeTint="A6"/>
      </w:rPr>
      <w:t>–</w:t>
    </w:r>
    <w:r w:rsidRPr="00250C7A">
      <w:rPr>
        <w:color w:val="595959" w:themeColor="text1" w:themeTint="A6"/>
      </w:rPr>
      <w:t> Erasmus</w:t>
    </w:r>
    <w:r>
      <w:rPr>
        <w:color w:val="595959" w:themeColor="text1" w:themeTint="A6"/>
      </w:rPr>
      <w:t>+</w:t>
    </w:r>
    <w:r w:rsidRPr="00250C7A">
      <w:rPr>
        <w:color w:val="595959" w:themeColor="text1" w:themeTint="A6"/>
      </w:rPr>
      <w:t xml:space="preserve"> </w:t>
    </w:r>
    <w:r>
      <w:rPr>
        <w:color w:val="595959" w:themeColor="text1" w:themeTint="A6"/>
      </w:rPr>
      <w:t xml:space="preserve">Kurum </w:t>
    </w:r>
    <w:r w:rsidRPr="00250C7A">
      <w:rPr>
        <w:color w:val="595959" w:themeColor="text1" w:themeTint="A6"/>
      </w:rPr>
      <w:t>Koordinatörlüğü</w:t>
    </w:r>
  </w:p>
  <w:p w14:paraId="5C19BA0D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 xml:space="preserve">Zeynel Bey Yerleşkesi </w:t>
    </w:r>
    <w:proofErr w:type="spellStart"/>
    <w:r w:rsidRPr="00250C7A">
      <w:rPr>
        <w:color w:val="595959" w:themeColor="text1" w:themeTint="A6"/>
      </w:rPr>
      <w:t>Keklikpınar</w:t>
    </w:r>
    <w:proofErr w:type="spellEnd"/>
    <w:r w:rsidRPr="00250C7A">
      <w:rPr>
        <w:color w:val="595959" w:themeColor="text1" w:themeTint="A6"/>
      </w:rPr>
      <w:t xml:space="preserve"> Mah. Kampüs Caddesi Merkezi Derslikler Binası 30000 Merkez/</w:t>
    </w:r>
    <w:proofErr w:type="gramStart"/>
    <w:r w:rsidRPr="00250C7A">
      <w:rPr>
        <w:color w:val="595959" w:themeColor="text1" w:themeTint="A6"/>
      </w:rPr>
      <w:t>Hakkari</w:t>
    </w:r>
    <w:proofErr w:type="gramEnd"/>
  </w:p>
  <w:p w14:paraId="62035A5D" w14:textId="77777777" w:rsidR="007A17B8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+90 (438) 212 12 12 / 650</w:t>
    </w:r>
    <w:r>
      <w:rPr>
        <w:color w:val="595959" w:themeColor="text1" w:themeTint="A6"/>
      </w:rPr>
      <w:t>5</w:t>
    </w:r>
    <w:r w:rsidRPr="00250C7A">
      <w:rPr>
        <w:color w:val="595959" w:themeColor="text1" w:themeTint="A6"/>
      </w:rPr>
      <w:t>, 650</w:t>
    </w:r>
    <w:r>
      <w:rPr>
        <w:color w:val="595959" w:themeColor="text1" w:themeTint="A6"/>
      </w:rPr>
      <w:t>1</w:t>
    </w:r>
  </w:p>
  <w:p w14:paraId="24285376" w14:textId="6F9DC89C" w:rsidR="007A17B8" w:rsidRPr="007A17B8" w:rsidRDefault="007A17B8" w:rsidP="007A17B8">
    <w:pPr>
      <w:pStyle w:val="AltBilgi"/>
      <w:jc w:val="right"/>
      <w:rPr>
        <w:color w:val="595959" w:themeColor="text1" w:themeTint="A6"/>
      </w:rPr>
    </w:pPr>
    <w:r>
      <w:rPr>
        <w:color w:val="595959" w:themeColor="text1" w:themeTint="A6"/>
      </w:rPr>
      <w:t>erasmus@hakkari.edu.tr</w:t>
    </w:r>
  </w:p>
  <w:p w14:paraId="1BC508FF" w14:textId="77777777" w:rsidR="007A17B8" w:rsidRDefault="007A17B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C06F" w14:textId="77777777" w:rsidR="00B7436A" w:rsidRPr="003A4707" w:rsidRDefault="00B7436A" w:rsidP="006833D1">
      <w:pPr>
        <w:spacing w:after="0" w:line="240" w:lineRule="auto"/>
      </w:pPr>
      <w:r w:rsidRPr="003A4707">
        <w:separator/>
      </w:r>
    </w:p>
  </w:footnote>
  <w:footnote w:type="continuationSeparator" w:id="0">
    <w:p w14:paraId="427CA583" w14:textId="77777777" w:rsidR="00B7436A" w:rsidRPr="003A4707" w:rsidRDefault="00B7436A" w:rsidP="006833D1">
      <w:pPr>
        <w:spacing w:after="0" w:line="240" w:lineRule="auto"/>
      </w:pPr>
      <w:r w:rsidRPr="003A47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129"/>
      <w:gridCol w:w="8500"/>
    </w:tblGrid>
    <w:tr w:rsidR="00025FC3" w14:paraId="73390C1A" w14:textId="77777777" w:rsidTr="00C569D3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651DD7A8" w14:textId="77777777" w:rsidR="00025FC3" w:rsidRDefault="00025FC3" w:rsidP="00025FC3">
          <w:pPr>
            <w:pStyle w:val="stBilgi"/>
          </w:pPr>
          <w:r>
            <w:rPr>
              <w:noProof/>
            </w:rPr>
            <w:drawing>
              <wp:inline distT="0" distB="0" distL="0" distR="0" wp14:anchorId="6E92367B" wp14:editId="7A410265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70256A44" w14:textId="392D1196" w:rsidR="00FA797E" w:rsidRDefault="00025FC3" w:rsidP="00025FC3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ÖĞRENCİ ÖĞRENİM </w:t>
          </w: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>HAREKETLİLİĞİ</w:t>
          </w:r>
        </w:p>
        <w:p w14:paraId="44E729BD" w14:textId="1FE0882C" w:rsidR="00025FC3" w:rsidRPr="00E9748B" w:rsidRDefault="00F5612C" w:rsidP="00025FC3">
          <w:pPr>
            <w:pStyle w:val="stBilgi"/>
            <w:jc w:val="center"/>
            <w:rPr>
              <w:sz w:val="22"/>
              <w:szCs w:val="24"/>
            </w:rPr>
          </w:pPr>
          <w:r w:rsidRPr="00F5612C">
            <w:rPr>
              <w:rFonts w:ascii="Times New Roman" w:hAnsi="Times New Roman" w:cs="Times New Roman"/>
              <w:b/>
              <w:sz w:val="24"/>
              <w:szCs w:val="24"/>
            </w:rPr>
            <w:t>VİZE, SİGORTA VE BANKA BİLGİSİ TESLİM BEYAN DİLEKÇESİ</w:t>
          </w:r>
        </w:p>
      </w:tc>
    </w:tr>
  </w:tbl>
  <w:p w14:paraId="2F41DBB4" w14:textId="77777777" w:rsidR="006833D1" w:rsidRPr="003A4707" w:rsidRDefault="006833D1" w:rsidP="00025FC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0082FB9"/>
    <w:multiLevelType w:val="multilevel"/>
    <w:tmpl w:val="F9ACE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  <w:num w:numId="10" w16cid:durableId="10303768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FC3"/>
    <w:rsid w:val="00034616"/>
    <w:rsid w:val="0006063C"/>
    <w:rsid w:val="0015074B"/>
    <w:rsid w:val="0019483D"/>
    <w:rsid w:val="001D778E"/>
    <w:rsid w:val="0026091A"/>
    <w:rsid w:val="0029639D"/>
    <w:rsid w:val="002D49F6"/>
    <w:rsid w:val="00326F90"/>
    <w:rsid w:val="00335E63"/>
    <w:rsid w:val="00367A92"/>
    <w:rsid w:val="00396D77"/>
    <w:rsid w:val="003A4707"/>
    <w:rsid w:val="003B1413"/>
    <w:rsid w:val="003E6B8D"/>
    <w:rsid w:val="003F3FEA"/>
    <w:rsid w:val="00450FEA"/>
    <w:rsid w:val="00463D7C"/>
    <w:rsid w:val="004C4FA2"/>
    <w:rsid w:val="00565C3D"/>
    <w:rsid w:val="006833D1"/>
    <w:rsid w:val="006B2A79"/>
    <w:rsid w:val="006E60A4"/>
    <w:rsid w:val="006F2560"/>
    <w:rsid w:val="00796006"/>
    <w:rsid w:val="007A17B8"/>
    <w:rsid w:val="00870EC1"/>
    <w:rsid w:val="008F7740"/>
    <w:rsid w:val="00930071"/>
    <w:rsid w:val="0093079E"/>
    <w:rsid w:val="00AA1D8D"/>
    <w:rsid w:val="00AA5DCD"/>
    <w:rsid w:val="00AB3A7A"/>
    <w:rsid w:val="00AD0DE9"/>
    <w:rsid w:val="00B47730"/>
    <w:rsid w:val="00B7436A"/>
    <w:rsid w:val="00BA10CF"/>
    <w:rsid w:val="00BF7B7C"/>
    <w:rsid w:val="00C569D3"/>
    <w:rsid w:val="00CB0664"/>
    <w:rsid w:val="00D353ED"/>
    <w:rsid w:val="00DD400F"/>
    <w:rsid w:val="00E043EE"/>
    <w:rsid w:val="00E73424"/>
    <w:rsid w:val="00F339BF"/>
    <w:rsid w:val="00F5612C"/>
    <w:rsid w:val="00F87F13"/>
    <w:rsid w:val="00FA797E"/>
    <w:rsid w:val="00FC1FD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12C"/>
    <w:rPr>
      <w:rFonts w:ascii="Arial" w:hAnsi="Arial"/>
      <w:sz w:val="20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B2A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B2A79"/>
    <w:pPr>
      <w:spacing w:line="240" w:lineRule="auto"/>
    </w:pPr>
    <w:rPr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B2A79"/>
    <w:rPr>
      <w:rFonts w:ascii="Arial" w:hAnsi="Arial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B2A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B2A79"/>
    <w:rPr>
      <w:rFonts w:ascii="Arial" w:hAnsi="Arial"/>
      <w:b/>
      <w:bCs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5</cp:revision>
  <dcterms:created xsi:type="dcterms:W3CDTF">2026-04-23T18:46:00Z</dcterms:created>
  <dcterms:modified xsi:type="dcterms:W3CDTF">2026-04-23T18:54:00Z</dcterms:modified>
  <cp:category/>
</cp:coreProperties>
</file>