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39053" w14:textId="77777777" w:rsidR="00437597" w:rsidRDefault="00437597">
      <w:pPr>
        <w:jc w:val="center"/>
        <w:rPr>
          <w:b/>
          <w:sz w:val="28"/>
        </w:rPr>
      </w:pPr>
    </w:p>
    <w:p w14:paraId="161429C4" w14:textId="275B34C1" w:rsidR="00A652EA" w:rsidRDefault="002A7DE8">
      <w:pPr>
        <w:jc w:val="center"/>
      </w:pPr>
      <w:r>
        <w:rPr>
          <w:b/>
          <w:sz w:val="28"/>
        </w:rPr>
        <w:t>ERASMUS+ NOMINATION LETTER</w:t>
      </w:r>
    </w:p>
    <w:p w14:paraId="1E930877" w14:textId="77777777" w:rsidR="00A652EA" w:rsidRDefault="002A7DE8" w:rsidP="00437597">
      <w:pPr>
        <w:jc w:val="both"/>
      </w:pPr>
      <w:r>
        <w:t xml:space="preserve">I hereby nominate the student named below for Erasmus+ mobility at your institution for the academic year </w:t>
      </w:r>
      <w:r>
        <w:rPr>
          <w:b/>
        </w:rPr>
        <w:t>20… / 20…</w:t>
      </w:r>
      <w:r>
        <w:t>.</w:t>
      </w:r>
    </w:p>
    <w:p w14:paraId="09B882EB" w14:textId="77777777" w:rsidR="00A652EA" w:rsidRDefault="002A7DE8" w:rsidP="00437597">
      <w:pPr>
        <w:jc w:val="both"/>
      </w:pPr>
      <w:r>
        <w:t>I kindly request that all necessary information regarding the application process, registration, accommodation, language requirements, academic procedures, and any other relevant matters be sent directly to the nominated student.</w:t>
      </w:r>
    </w:p>
    <w:p w14:paraId="06832201" w14:textId="77777777" w:rsidR="00A652EA" w:rsidRDefault="002A7DE8" w:rsidP="00437597">
      <w:pPr>
        <w:jc w:val="both"/>
      </w:pPr>
      <w:r>
        <w:t>Should you require any further information, please do not hesitate to contact us.</w:t>
      </w:r>
    </w:p>
    <w:p w14:paraId="6FBC2F6A" w14:textId="77777777" w:rsidR="00A652EA" w:rsidRDefault="002A7DE8" w:rsidP="00437597">
      <w:pPr>
        <w:jc w:val="both"/>
      </w:pPr>
      <w:r>
        <w:t>Yours sincerely,</w:t>
      </w:r>
    </w:p>
    <w:p w14:paraId="2173F869" w14:textId="614CAF08" w:rsidR="00A652EA" w:rsidRDefault="002A7DE8" w:rsidP="00600362">
      <w:pPr>
        <w:spacing w:after="0"/>
        <w:jc w:val="both"/>
      </w:pPr>
      <w:r>
        <w:rPr>
          <w:b/>
        </w:rPr>
        <w:t>Departmental Erasmus Coordinator</w:t>
      </w:r>
      <w:r w:rsidR="00600362">
        <w:rPr>
          <w:b/>
        </w:rPr>
        <w:t>:</w:t>
      </w:r>
    </w:p>
    <w:p w14:paraId="29B523B3" w14:textId="77777777" w:rsidR="00437597" w:rsidRDefault="002A7DE8" w:rsidP="00437597">
      <w:pPr>
        <w:spacing w:after="0"/>
        <w:jc w:val="both"/>
      </w:pPr>
      <w:r>
        <w:t>Name-Surname:</w:t>
      </w:r>
      <w:r>
        <w:br/>
        <w:t>Signature:</w:t>
      </w:r>
    </w:p>
    <w:p w14:paraId="790D9434" w14:textId="60409C32" w:rsidR="00A652EA" w:rsidRDefault="002A7DE8" w:rsidP="00437597">
      <w:pPr>
        <w:spacing w:after="0"/>
        <w:jc w:val="both"/>
      </w:pPr>
      <w:r>
        <w:br/>
        <w:t>Date:</w:t>
      </w:r>
    </w:p>
    <w:p w14:paraId="1A0325B3" w14:textId="1D693613" w:rsidR="00437597" w:rsidRDefault="00437597" w:rsidP="00437597">
      <w:pPr>
        <w:spacing w:after="0"/>
        <w:jc w:val="both"/>
      </w:pPr>
      <w:r>
        <w:t>E-mail:</w:t>
      </w:r>
    </w:p>
    <w:p w14:paraId="2406FEB6" w14:textId="4F7540B7" w:rsidR="00437597" w:rsidRDefault="00437597" w:rsidP="00437597">
      <w:pPr>
        <w:spacing w:after="0"/>
        <w:jc w:val="both"/>
      </w:pPr>
      <w:r>
        <w:t xml:space="preserve">Telephone Number: </w:t>
      </w:r>
    </w:p>
    <w:p w14:paraId="18FB9AB6" w14:textId="77777777" w:rsidR="00A652EA" w:rsidRDefault="00A652EA"/>
    <w:p w14:paraId="076AE980" w14:textId="77777777" w:rsidR="00A652EA" w:rsidRDefault="002A7DE8">
      <w:r>
        <w:rPr>
          <w:b/>
        </w:rPr>
        <w:t>Student Information</w:t>
      </w:r>
    </w:p>
    <w:tbl>
      <w:tblPr>
        <w:tblStyle w:val="TabloKlavuzu"/>
        <w:tblW w:w="5000" w:type="pct"/>
        <w:jc w:val="center"/>
        <w:tblLook w:val="04A0" w:firstRow="1" w:lastRow="0" w:firstColumn="1" w:lastColumn="0" w:noHBand="0" w:noVBand="1"/>
      </w:tblPr>
      <w:tblGrid>
        <w:gridCol w:w="3387"/>
        <w:gridCol w:w="6468"/>
      </w:tblGrid>
      <w:tr w:rsidR="00A652EA" w14:paraId="7541CFE3" w14:textId="77777777" w:rsidTr="00600362">
        <w:trPr>
          <w:jc w:val="center"/>
        </w:trPr>
        <w:tc>
          <w:tcPr>
            <w:tcW w:w="3387" w:type="dxa"/>
            <w:shd w:val="clear" w:color="auto" w:fill="F3F4F6"/>
            <w:vAlign w:val="center"/>
          </w:tcPr>
          <w:p w14:paraId="2B8C7B83" w14:textId="77777777" w:rsidR="00A652EA" w:rsidRDefault="002A7DE8">
            <w:r>
              <w:t>First Name</w:t>
            </w:r>
          </w:p>
        </w:tc>
        <w:tc>
          <w:tcPr>
            <w:tcW w:w="6468" w:type="dxa"/>
            <w:vAlign w:val="center"/>
          </w:tcPr>
          <w:p w14:paraId="476B2A47" w14:textId="77777777" w:rsidR="00A652EA" w:rsidRDefault="00A652EA"/>
        </w:tc>
      </w:tr>
      <w:tr w:rsidR="00A652EA" w14:paraId="546565B6" w14:textId="77777777" w:rsidTr="00600362">
        <w:trPr>
          <w:jc w:val="center"/>
        </w:trPr>
        <w:tc>
          <w:tcPr>
            <w:tcW w:w="3387" w:type="dxa"/>
            <w:shd w:val="clear" w:color="auto" w:fill="F3F4F6"/>
            <w:vAlign w:val="center"/>
          </w:tcPr>
          <w:p w14:paraId="78D13F75" w14:textId="77777777" w:rsidR="00A652EA" w:rsidRDefault="002A7DE8">
            <w:r>
              <w:t>Last Name</w:t>
            </w:r>
          </w:p>
        </w:tc>
        <w:tc>
          <w:tcPr>
            <w:tcW w:w="6468" w:type="dxa"/>
            <w:vAlign w:val="center"/>
          </w:tcPr>
          <w:p w14:paraId="0E7C5F6C" w14:textId="77777777" w:rsidR="00A652EA" w:rsidRDefault="00A652EA"/>
        </w:tc>
      </w:tr>
      <w:tr w:rsidR="00A652EA" w14:paraId="10A06828" w14:textId="77777777" w:rsidTr="00600362">
        <w:trPr>
          <w:jc w:val="center"/>
        </w:trPr>
        <w:tc>
          <w:tcPr>
            <w:tcW w:w="3387" w:type="dxa"/>
            <w:shd w:val="clear" w:color="auto" w:fill="F3F4F6"/>
            <w:vAlign w:val="center"/>
          </w:tcPr>
          <w:p w14:paraId="50FBC8CA" w14:textId="77777777" w:rsidR="00A652EA" w:rsidRDefault="002A7DE8">
            <w:r>
              <w:t>Student Number</w:t>
            </w:r>
          </w:p>
        </w:tc>
        <w:tc>
          <w:tcPr>
            <w:tcW w:w="6468" w:type="dxa"/>
            <w:vAlign w:val="center"/>
          </w:tcPr>
          <w:p w14:paraId="6652C6C5" w14:textId="77777777" w:rsidR="00A652EA" w:rsidRDefault="00A652EA"/>
        </w:tc>
      </w:tr>
      <w:tr w:rsidR="00A652EA" w14:paraId="2BEBD72C" w14:textId="77777777" w:rsidTr="00600362">
        <w:trPr>
          <w:jc w:val="center"/>
        </w:trPr>
        <w:tc>
          <w:tcPr>
            <w:tcW w:w="3387" w:type="dxa"/>
            <w:shd w:val="clear" w:color="auto" w:fill="F3F4F6"/>
            <w:vAlign w:val="center"/>
          </w:tcPr>
          <w:p w14:paraId="74C89248" w14:textId="77777777" w:rsidR="00A652EA" w:rsidRDefault="002A7DE8">
            <w:r>
              <w:t>Sex</w:t>
            </w:r>
          </w:p>
        </w:tc>
        <w:tc>
          <w:tcPr>
            <w:tcW w:w="6468" w:type="dxa"/>
            <w:vAlign w:val="center"/>
          </w:tcPr>
          <w:p w14:paraId="4DA0C67F" w14:textId="77777777" w:rsidR="00A652EA" w:rsidRDefault="002A7DE8">
            <w:r>
              <w:t>☐ Female    ☐ Male</w:t>
            </w:r>
          </w:p>
        </w:tc>
      </w:tr>
      <w:tr w:rsidR="00A652EA" w14:paraId="4BEFAEF3" w14:textId="77777777" w:rsidTr="00600362">
        <w:trPr>
          <w:jc w:val="center"/>
        </w:trPr>
        <w:tc>
          <w:tcPr>
            <w:tcW w:w="3387" w:type="dxa"/>
            <w:shd w:val="clear" w:color="auto" w:fill="F3F4F6"/>
            <w:vAlign w:val="center"/>
          </w:tcPr>
          <w:p w14:paraId="11AA6F14" w14:textId="77777777" w:rsidR="00A652EA" w:rsidRDefault="002A7DE8">
            <w:r>
              <w:t>E-mail</w:t>
            </w:r>
          </w:p>
        </w:tc>
        <w:tc>
          <w:tcPr>
            <w:tcW w:w="6468" w:type="dxa"/>
            <w:vAlign w:val="center"/>
          </w:tcPr>
          <w:p w14:paraId="52741FAA" w14:textId="77777777" w:rsidR="00A652EA" w:rsidRDefault="00A652EA"/>
        </w:tc>
      </w:tr>
      <w:tr w:rsidR="00A652EA" w14:paraId="7B7F867C" w14:textId="77777777" w:rsidTr="00600362">
        <w:trPr>
          <w:jc w:val="center"/>
        </w:trPr>
        <w:tc>
          <w:tcPr>
            <w:tcW w:w="3387" w:type="dxa"/>
            <w:shd w:val="clear" w:color="auto" w:fill="F3F4F6"/>
            <w:vAlign w:val="center"/>
          </w:tcPr>
          <w:p w14:paraId="45177339" w14:textId="77777777" w:rsidR="00A652EA" w:rsidRDefault="002A7DE8">
            <w:r>
              <w:t>Level of Study</w:t>
            </w:r>
          </w:p>
        </w:tc>
        <w:tc>
          <w:tcPr>
            <w:tcW w:w="6468" w:type="dxa"/>
            <w:vAlign w:val="center"/>
          </w:tcPr>
          <w:p w14:paraId="2FAC2E78" w14:textId="77777777" w:rsidR="00A652EA" w:rsidRDefault="002A7DE8">
            <w:r>
              <w:t>☐ Bachelor    ☐ Master    ☐ PhD</w:t>
            </w:r>
          </w:p>
        </w:tc>
      </w:tr>
      <w:tr w:rsidR="00A652EA" w14:paraId="2B69FF63" w14:textId="77777777" w:rsidTr="00600362">
        <w:trPr>
          <w:jc w:val="center"/>
        </w:trPr>
        <w:tc>
          <w:tcPr>
            <w:tcW w:w="3387" w:type="dxa"/>
            <w:shd w:val="clear" w:color="auto" w:fill="F3F4F6"/>
            <w:vAlign w:val="center"/>
          </w:tcPr>
          <w:p w14:paraId="66573B88" w14:textId="77777777" w:rsidR="00A652EA" w:rsidRDefault="002A7DE8">
            <w:r>
              <w:t>Study Field / Department</w:t>
            </w:r>
          </w:p>
        </w:tc>
        <w:tc>
          <w:tcPr>
            <w:tcW w:w="6468" w:type="dxa"/>
            <w:vAlign w:val="center"/>
          </w:tcPr>
          <w:p w14:paraId="3B93AD3E" w14:textId="77777777" w:rsidR="00A652EA" w:rsidRDefault="00A652EA"/>
        </w:tc>
      </w:tr>
      <w:tr w:rsidR="00A652EA" w14:paraId="05E34BE5" w14:textId="77777777" w:rsidTr="00600362">
        <w:trPr>
          <w:jc w:val="center"/>
        </w:trPr>
        <w:tc>
          <w:tcPr>
            <w:tcW w:w="3387" w:type="dxa"/>
            <w:shd w:val="clear" w:color="auto" w:fill="F3F4F6"/>
            <w:vAlign w:val="center"/>
          </w:tcPr>
          <w:p w14:paraId="1C7746F8" w14:textId="77777777" w:rsidR="00A652EA" w:rsidRDefault="002A7DE8">
            <w:r>
              <w:t>Programme Type</w:t>
            </w:r>
          </w:p>
        </w:tc>
        <w:tc>
          <w:tcPr>
            <w:tcW w:w="6468" w:type="dxa"/>
            <w:vAlign w:val="center"/>
          </w:tcPr>
          <w:p w14:paraId="26EA4EF1" w14:textId="77777777" w:rsidR="00A652EA" w:rsidRDefault="002A7DE8">
            <w:r>
              <w:t>☐ KA131    ☐ KA171</w:t>
            </w:r>
          </w:p>
        </w:tc>
      </w:tr>
      <w:tr w:rsidR="00A652EA" w14:paraId="3F899A93" w14:textId="77777777" w:rsidTr="00600362">
        <w:trPr>
          <w:jc w:val="center"/>
        </w:trPr>
        <w:tc>
          <w:tcPr>
            <w:tcW w:w="3387" w:type="dxa"/>
            <w:shd w:val="clear" w:color="auto" w:fill="F3F4F6"/>
            <w:vAlign w:val="center"/>
          </w:tcPr>
          <w:p w14:paraId="7BE34995" w14:textId="77777777" w:rsidR="00A652EA" w:rsidRDefault="002A7DE8">
            <w:r>
              <w:t>Mobility Type</w:t>
            </w:r>
          </w:p>
        </w:tc>
        <w:tc>
          <w:tcPr>
            <w:tcW w:w="6468" w:type="dxa"/>
            <w:vAlign w:val="center"/>
          </w:tcPr>
          <w:p w14:paraId="598ADE93" w14:textId="77777777" w:rsidR="00A652EA" w:rsidRDefault="002A7DE8">
            <w:r>
              <w:t>☐ Study    ☐ Traineeship</w:t>
            </w:r>
          </w:p>
        </w:tc>
      </w:tr>
      <w:tr w:rsidR="00A652EA" w14:paraId="38882420" w14:textId="77777777" w:rsidTr="00600362">
        <w:trPr>
          <w:jc w:val="center"/>
        </w:trPr>
        <w:tc>
          <w:tcPr>
            <w:tcW w:w="3387" w:type="dxa"/>
            <w:shd w:val="clear" w:color="auto" w:fill="F3F4F6"/>
            <w:vAlign w:val="center"/>
          </w:tcPr>
          <w:p w14:paraId="1CFBC5D5" w14:textId="77777777" w:rsidR="00A652EA" w:rsidRDefault="002A7DE8">
            <w:r>
              <w:t>Period of Stay</w:t>
            </w:r>
          </w:p>
        </w:tc>
        <w:tc>
          <w:tcPr>
            <w:tcW w:w="6468" w:type="dxa"/>
            <w:vAlign w:val="center"/>
          </w:tcPr>
          <w:p w14:paraId="01E13A59" w14:textId="77777777" w:rsidR="00A652EA" w:rsidRDefault="002A7DE8">
            <w:r>
              <w:t>☐ Fall    ☐ Spring    ☐ Full Academic Year</w:t>
            </w:r>
          </w:p>
        </w:tc>
      </w:tr>
      <w:tr w:rsidR="00A652EA" w14:paraId="57B5BD72" w14:textId="77777777" w:rsidTr="00600362">
        <w:trPr>
          <w:jc w:val="center"/>
        </w:trPr>
        <w:tc>
          <w:tcPr>
            <w:tcW w:w="3387" w:type="dxa"/>
            <w:shd w:val="clear" w:color="auto" w:fill="F3F4F6"/>
            <w:vAlign w:val="center"/>
          </w:tcPr>
          <w:p w14:paraId="59DEB784" w14:textId="77777777" w:rsidR="00A652EA" w:rsidRDefault="002A7DE8">
            <w:r>
              <w:t>Academic Year</w:t>
            </w:r>
          </w:p>
        </w:tc>
        <w:tc>
          <w:tcPr>
            <w:tcW w:w="6468" w:type="dxa"/>
            <w:vAlign w:val="center"/>
          </w:tcPr>
          <w:p w14:paraId="50333644" w14:textId="77777777" w:rsidR="00A652EA" w:rsidRDefault="00A652EA"/>
        </w:tc>
      </w:tr>
      <w:tr w:rsidR="00A652EA" w14:paraId="5AB01B76" w14:textId="77777777" w:rsidTr="00600362">
        <w:trPr>
          <w:jc w:val="center"/>
        </w:trPr>
        <w:tc>
          <w:tcPr>
            <w:tcW w:w="3387" w:type="dxa"/>
            <w:shd w:val="clear" w:color="auto" w:fill="F3F4F6"/>
            <w:vAlign w:val="center"/>
          </w:tcPr>
          <w:p w14:paraId="63021572" w14:textId="77777777" w:rsidR="00A652EA" w:rsidRDefault="002A7DE8">
            <w:r>
              <w:t>Home University</w:t>
            </w:r>
          </w:p>
        </w:tc>
        <w:tc>
          <w:tcPr>
            <w:tcW w:w="6468" w:type="dxa"/>
            <w:vAlign w:val="center"/>
          </w:tcPr>
          <w:p w14:paraId="61FDA502" w14:textId="77777777" w:rsidR="00A652EA" w:rsidRDefault="002A7DE8">
            <w:r>
              <w:t>Hakkari University (TR HAKKARI01)</w:t>
            </w:r>
          </w:p>
        </w:tc>
      </w:tr>
      <w:tr w:rsidR="00A652EA" w14:paraId="120A43FB" w14:textId="77777777" w:rsidTr="00600362">
        <w:trPr>
          <w:jc w:val="center"/>
        </w:trPr>
        <w:tc>
          <w:tcPr>
            <w:tcW w:w="3387" w:type="dxa"/>
            <w:shd w:val="clear" w:color="auto" w:fill="F3F4F6"/>
            <w:vAlign w:val="center"/>
          </w:tcPr>
          <w:p w14:paraId="311A60A0" w14:textId="77777777" w:rsidR="00A652EA" w:rsidRDefault="002A7DE8">
            <w:r>
              <w:t>Country</w:t>
            </w:r>
          </w:p>
        </w:tc>
        <w:tc>
          <w:tcPr>
            <w:tcW w:w="6468" w:type="dxa"/>
            <w:vAlign w:val="center"/>
          </w:tcPr>
          <w:p w14:paraId="5BF99D09" w14:textId="77777777" w:rsidR="00A652EA" w:rsidRDefault="002A7DE8">
            <w:r>
              <w:t>Türkiye</w:t>
            </w:r>
          </w:p>
        </w:tc>
      </w:tr>
    </w:tbl>
    <w:p w14:paraId="2EDEA244" w14:textId="77777777" w:rsidR="00A652EA" w:rsidRDefault="00A652EA"/>
    <w:sectPr w:rsidR="00A652EA" w:rsidSect="004375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021" w:right="1134" w:bottom="102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1F90E4" w14:textId="77777777" w:rsidR="009E681A" w:rsidRDefault="009E681A" w:rsidP="00437597">
      <w:pPr>
        <w:spacing w:after="0" w:line="240" w:lineRule="auto"/>
      </w:pPr>
      <w:r>
        <w:separator/>
      </w:r>
    </w:p>
  </w:endnote>
  <w:endnote w:type="continuationSeparator" w:id="0">
    <w:p w14:paraId="5445425A" w14:textId="77777777" w:rsidR="009E681A" w:rsidRDefault="009E681A" w:rsidP="00437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1ADE5" w14:textId="77777777" w:rsidR="00DB0F04" w:rsidRDefault="00DB0F0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7E250" w14:textId="77B127FD" w:rsidR="00437597" w:rsidRPr="004C4FA2" w:rsidRDefault="00437597" w:rsidP="00437597">
    <w:pPr>
      <w:pStyle w:val="stBilgi"/>
      <w:jc w:val="right"/>
    </w:pPr>
    <w:r w:rsidRPr="004C4FA2">
      <w:rPr>
        <w:rFonts w:ascii="Segoe UI Emoji" w:hAnsi="Segoe UI Emoji" w:cs="Segoe UI Emoji"/>
      </w:rPr>
      <w:t>📧</w:t>
    </w:r>
    <w:r w:rsidRPr="004C4FA2">
      <w:t xml:space="preserve"> Email: erasmus@hakkari.edu.tr</w:t>
    </w:r>
  </w:p>
  <w:p w14:paraId="6A31F58B" w14:textId="77BC4A59" w:rsidR="00437597" w:rsidRPr="004C4FA2" w:rsidRDefault="00437597" w:rsidP="00437597">
    <w:pPr>
      <w:pStyle w:val="stBilgi"/>
      <w:jc w:val="right"/>
    </w:pPr>
    <w:r w:rsidRPr="004C4FA2">
      <w:rPr>
        <w:rFonts w:ascii="Segoe UI Emoji" w:hAnsi="Segoe UI Emoji" w:cs="Segoe UI Emoji"/>
      </w:rPr>
      <w:t>📞</w:t>
    </w:r>
    <w:r w:rsidRPr="004C4FA2">
      <w:t xml:space="preserve"> Phone: +90 438 212 12 12 / 650</w:t>
    </w:r>
    <w:r w:rsidR="00DB0F04">
      <w:t>0</w:t>
    </w:r>
    <w:r w:rsidRPr="004C4FA2">
      <w:t>, 6501</w:t>
    </w:r>
  </w:p>
  <w:p w14:paraId="50AF3455" w14:textId="77777777" w:rsidR="00437597" w:rsidRDefault="00437597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A1B1D" w14:textId="77777777" w:rsidR="00DB0F04" w:rsidRDefault="00DB0F0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1E0957" w14:textId="77777777" w:rsidR="009E681A" w:rsidRDefault="009E681A" w:rsidP="00437597">
      <w:pPr>
        <w:spacing w:after="0" w:line="240" w:lineRule="auto"/>
      </w:pPr>
      <w:r>
        <w:separator/>
      </w:r>
    </w:p>
  </w:footnote>
  <w:footnote w:type="continuationSeparator" w:id="0">
    <w:p w14:paraId="66A01B0E" w14:textId="77777777" w:rsidR="009E681A" w:rsidRDefault="009E681A" w:rsidP="004375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1425A" w14:textId="77777777" w:rsidR="00DB0F04" w:rsidRDefault="00DB0F0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87193" w14:textId="2FF6BA70" w:rsidR="00437597" w:rsidRPr="004C4FA2" w:rsidRDefault="00437597" w:rsidP="00437597">
    <w:pPr>
      <w:pStyle w:val="stBilgi"/>
      <w:jc w:val="right"/>
    </w:pPr>
    <w:r w:rsidRPr="004C4FA2">
      <w:rPr>
        <w:noProof/>
      </w:rPr>
      <w:drawing>
        <wp:anchor distT="0" distB="0" distL="114300" distR="114300" simplePos="0" relativeHeight="251658752" behindDoc="1" locked="0" layoutInCell="1" allowOverlap="1" wp14:anchorId="1FBF31CF" wp14:editId="78E900E4">
          <wp:simplePos x="0" y="0"/>
          <wp:positionH relativeFrom="column">
            <wp:posOffset>3810</wp:posOffset>
          </wp:positionH>
          <wp:positionV relativeFrom="paragraph">
            <wp:posOffset>-23495</wp:posOffset>
          </wp:positionV>
          <wp:extent cx="685800" cy="743365"/>
          <wp:effectExtent l="0" t="0" r="0" b="0"/>
          <wp:wrapNone/>
          <wp:docPr id="1472879308" name="Resi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2879308" name="Resim 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85800" cy="743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H</w:t>
    </w:r>
    <w:r w:rsidRPr="004C4FA2">
      <w:t>AKKARI UNIVERSITY (TR HAKKARI01)</w:t>
    </w:r>
  </w:p>
  <w:p w14:paraId="48C9FF8D" w14:textId="75B3839F" w:rsidR="00437597" w:rsidRPr="004C4FA2" w:rsidRDefault="00437597" w:rsidP="00437597">
    <w:pPr>
      <w:pStyle w:val="stBilgi"/>
      <w:jc w:val="right"/>
    </w:pPr>
    <w:r w:rsidRPr="004C4FA2">
      <w:t>Erasmus+ Institutional Coordination</w:t>
    </w:r>
  </w:p>
  <w:p w14:paraId="651CC502" w14:textId="4E8A6FFA" w:rsidR="00437597" w:rsidRPr="004C4FA2" w:rsidRDefault="00437597" w:rsidP="00437597">
    <w:pPr>
      <w:pStyle w:val="stBilgi"/>
      <w:jc w:val="right"/>
    </w:pPr>
    <w:r w:rsidRPr="004C4FA2">
      <w:rPr>
        <w:rFonts w:ascii="Segoe UI Emoji" w:hAnsi="Segoe UI Emoji" w:cs="Segoe UI Emoji"/>
      </w:rPr>
      <w:t>📍</w:t>
    </w:r>
    <w:r w:rsidRPr="004C4FA2">
      <w:t xml:space="preserve"> Address:</w:t>
    </w:r>
  </w:p>
  <w:p w14:paraId="1BBEC56E" w14:textId="77777777" w:rsidR="00437597" w:rsidRPr="004C4FA2" w:rsidRDefault="00437597" w:rsidP="00437597">
    <w:pPr>
      <w:pStyle w:val="stBilgi"/>
      <w:jc w:val="right"/>
    </w:pPr>
    <w:r w:rsidRPr="004C4FA2">
      <w:t>Zeynel Bey Yerleşkesi, Keklikpınar Mahallesi</w:t>
    </w:r>
  </w:p>
  <w:p w14:paraId="00A8CF6D" w14:textId="77777777" w:rsidR="00437597" w:rsidRPr="004C4FA2" w:rsidRDefault="00437597" w:rsidP="00437597">
    <w:pPr>
      <w:pStyle w:val="stBilgi"/>
      <w:jc w:val="right"/>
    </w:pPr>
    <w:r w:rsidRPr="004C4FA2">
      <w:t xml:space="preserve">Kampüs Caddesi, </w:t>
    </w:r>
    <w:r>
      <w:t>Merkezi Derslikler Binası</w:t>
    </w:r>
  </w:p>
  <w:p w14:paraId="672A407E" w14:textId="77777777" w:rsidR="00437597" w:rsidRPr="004C4FA2" w:rsidRDefault="00437597" w:rsidP="00437597">
    <w:pPr>
      <w:pStyle w:val="stBilgi"/>
      <w:jc w:val="right"/>
    </w:pPr>
    <w:r w:rsidRPr="004C4FA2">
      <w:t>30000 Merkez / Hakkari</w:t>
    </w:r>
  </w:p>
  <w:p w14:paraId="03DD0E52" w14:textId="5AF90EF2" w:rsidR="00437597" w:rsidRDefault="00437597" w:rsidP="00437597">
    <w:pPr>
      <w:pStyle w:val="stBilgi"/>
      <w:jc w:val="right"/>
    </w:pPr>
    <w:r w:rsidRPr="004C4FA2">
      <w:t>Türkiye</w:t>
    </w:r>
  </w:p>
  <w:p w14:paraId="2629061F" w14:textId="77777777" w:rsidR="00437597" w:rsidRDefault="00437597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D7156" w14:textId="77777777" w:rsidR="00DB0F04" w:rsidRDefault="00DB0F04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32064459">
    <w:abstractNumId w:val="8"/>
  </w:num>
  <w:num w:numId="2" w16cid:durableId="1586379583">
    <w:abstractNumId w:val="6"/>
  </w:num>
  <w:num w:numId="3" w16cid:durableId="278099886">
    <w:abstractNumId w:val="5"/>
  </w:num>
  <w:num w:numId="4" w16cid:durableId="1909538239">
    <w:abstractNumId w:val="4"/>
  </w:num>
  <w:num w:numId="5" w16cid:durableId="577831949">
    <w:abstractNumId w:val="7"/>
  </w:num>
  <w:num w:numId="6" w16cid:durableId="1890259202">
    <w:abstractNumId w:val="3"/>
  </w:num>
  <w:num w:numId="7" w16cid:durableId="1236168136">
    <w:abstractNumId w:val="2"/>
  </w:num>
  <w:num w:numId="8" w16cid:durableId="1047333329">
    <w:abstractNumId w:val="1"/>
  </w:num>
  <w:num w:numId="9" w16cid:durableId="194083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B13D0"/>
    <w:rsid w:val="0015074B"/>
    <w:rsid w:val="0029639D"/>
    <w:rsid w:val="002A7DE8"/>
    <w:rsid w:val="00326F90"/>
    <w:rsid w:val="00437597"/>
    <w:rsid w:val="005A54AF"/>
    <w:rsid w:val="005B3D54"/>
    <w:rsid w:val="00600362"/>
    <w:rsid w:val="009E681A"/>
    <w:rsid w:val="00A652EA"/>
    <w:rsid w:val="00AA1D8D"/>
    <w:rsid w:val="00B47730"/>
    <w:rsid w:val="00CB0664"/>
    <w:rsid w:val="00D24563"/>
    <w:rsid w:val="00DB0F04"/>
    <w:rsid w:val="00E25B2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78D869"/>
  <w14:defaultImageDpi w14:val="300"/>
  <w15:docId w15:val="{C76C761A-2DE7-4D04-B39F-31D580169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Savaş Beyter</cp:lastModifiedBy>
  <cp:revision>4</cp:revision>
  <dcterms:created xsi:type="dcterms:W3CDTF">2013-12-23T23:15:00Z</dcterms:created>
  <dcterms:modified xsi:type="dcterms:W3CDTF">2026-06-05T06:37:00Z</dcterms:modified>
  <cp:category/>
</cp:coreProperties>
</file>