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38"/>
        <w:gridCol w:w="2604"/>
        <w:gridCol w:w="2609"/>
        <w:gridCol w:w="2098"/>
        <w:gridCol w:w="2604"/>
        <w:gridCol w:w="2609"/>
      </w:tblGrid>
      <w:tr w:rsidR="005D6705" w:rsidRPr="00B31279" w14:paraId="3553506D" w14:textId="77777777" w:rsidTr="00F341D9">
        <w:trPr>
          <w:jc w:val="center"/>
        </w:trPr>
        <w:tc>
          <w:tcPr>
            <w:tcW w:w="1922" w:type="dxa"/>
            <w:shd w:val="clear" w:color="auto" w:fill="DCE8F4"/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5506A64F" w14:textId="32C9C7AA" w:rsidR="005D6705" w:rsidRPr="00B31279" w:rsidRDefault="00B31279" w:rsidP="00B31279">
            <w:pPr>
              <w:spacing w:after="0"/>
              <w:rPr>
                <w:sz w:val="16"/>
                <w:szCs w:val="16"/>
              </w:rPr>
            </w:pPr>
            <w:r w:rsidRPr="00B31279">
              <w:rPr>
                <w:b/>
                <w:sz w:val="16"/>
                <w:szCs w:val="16"/>
              </w:rPr>
              <w:t>ENSTİTÜ / FAKÜLTE /  MYO</w:t>
            </w:r>
          </w:p>
        </w:tc>
        <w:tc>
          <w:tcPr>
            <w:tcW w:w="4916" w:type="dxa"/>
            <w:gridSpan w:val="2"/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7B26F731" w14:textId="0B06AE04" w:rsidR="005D6705" w:rsidRPr="00B31279" w:rsidRDefault="005D6705" w:rsidP="00B31279">
            <w:pPr>
              <w:spacing w:after="0"/>
              <w:rPr>
                <w:sz w:val="16"/>
                <w:szCs w:val="16"/>
              </w:rPr>
            </w:pPr>
          </w:p>
        </w:tc>
        <w:tc>
          <w:tcPr>
            <w:tcW w:w="1978" w:type="dxa"/>
            <w:shd w:val="clear" w:color="auto" w:fill="DCE8F4"/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20E6127B" w14:textId="2155975C" w:rsidR="005D6705" w:rsidRPr="00B31279" w:rsidRDefault="00B31279" w:rsidP="00B31279">
            <w:pPr>
              <w:spacing w:after="0"/>
              <w:rPr>
                <w:sz w:val="16"/>
                <w:szCs w:val="16"/>
              </w:rPr>
            </w:pPr>
            <w:r w:rsidRPr="00B31279">
              <w:rPr>
                <w:b/>
                <w:sz w:val="16"/>
                <w:szCs w:val="16"/>
              </w:rPr>
              <w:t>KABUL EDEN ÜNİVERSİTE</w:t>
            </w:r>
          </w:p>
        </w:tc>
        <w:tc>
          <w:tcPr>
            <w:tcW w:w="4916" w:type="dxa"/>
            <w:gridSpan w:val="2"/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355FBFF1" w14:textId="77777777" w:rsidR="005D6705" w:rsidRPr="00B31279" w:rsidRDefault="005D6705" w:rsidP="00B31279">
            <w:pPr>
              <w:spacing w:after="0"/>
              <w:rPr>
                <w:sz w:val="16"/>
                <w:szCs w:val="16"/>
              </w:rPr>
            </w:pPr>
          </w:p>
        </w:tc>
      </w:tr>
      <w:tr w:rsidR="005D6705" w:rsidRPr="00B31279" w14:paraId="28BF512E" w14:textId="77777777" w:rsidTr="00F341D9">
        <w:trPr>
          <w:jc w:val="center"/>
        </w:trPr>
        <w:tc>
          <w:tcPr>
            <w:tcW w:w="1922" w:type="dxa"/>
            <w:shd w:val="clear" w:color="auto" w:fill="DCE8F4"/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58413133" w14:textId="2DF021AE" w:rsidR="005D6705" w:rsidRPr="00B31279" w:rsidRDefault="00602BD4" w:rsidP="00B31279">
            <w:pPr>
              <w:spacing w:after="0"/>
              <w:rPr>
                <w:sz w:val="16"/>
                <w:szCs w:val="16"/>
              </w:rPr>
            </w:pPr>
            <w:r w:rsidRPr="00B31279">
              <w:rPr>
                <w:b/>
                <w:sz w:val="16"/>
                <w:szCs w:val="16"/>
              </w:rPr>
              <w:t xml:space="preserve">BÖLÜM / </w:t>
            </w:r>
            <w:r w:rsidR="00B31279" w:rsidRPr="00B31279">
              <w:rPr>
                <w:b/>
                <w:sz w:val="16"/>
                <w:szCs w:val="16"/>
              </w:rPr>
              <w:t>PROGRAM</w:t>
            </w:r>
          </w:p>
        </w:tc>
        <w:tc>
          <w:tcPr>
            <w:tcW w:w="4916" w:type="dxa"/>
            <w:gridSpan w:val="2"/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580955EE" w14:textId="77777777" w:rsidR="005D6705" w:rsidRPr="00B31279" w:rsidRDefault="005D6705" w:rsidP="00B31279">
            <w:pPr>
              <w:spacing w:after="0"/>
              <w:rPr>
                <w:sz w:val="16"/>
                <w:szCs w:val="16"/>
              </w:rPr>
            </w:pPr>
          </w:p>
        </w:tc>
        <w:tc>
          <w:tcPr>
            <w:tcW w:w="1978" w:type="dxa"/>
            <w:shd w:val="clear" w:color="auto" w:fill="DCE8F4"/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79327495" w14:textId="77777777" w:rsidR="005D6705" w:rsidRPr="00B31279" w:rsidRDefault="00602BD4" w:rsidP="00B31279">
            <w:pPr>
              <w:spacing w:after="0"/>
              <w:rPr>
                <w:sz w:val="16"/>
                <w:szCs w:val="16"/>
              </w:rPr>
            </w:pPr>
            <w:r w:rsidRPr="00B31279">
              <w:rPr>
                <w:b/>
                <w:sz w:val="16"/>
                <w:szCs w:val="16"/>
              </w:rPr>
              <w:t>ÜLKE</w:t>
            </w:r>
          </w:p>
        </w:tc>
        <w:tc>
          <w:tcPr>
            <w:tcW w:w="4916" w:type="dxa"/>
            <w:gridSpan w:val="2"/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1FAF7244" w14:textId="77777777" w:rsidR="005D6705" w:rsidRPr="00B31279" w:rsidRDefault="005D6705" w:rsidP="00B31279">
            <w:pPr>
              <w:spacing w:after="0"/>
              <w:rPr>
                <w:sz w:val="16"/>
                <w:szCs w:val="16"/>
              </w:rPr>
            </w:pPr>
          </w:p>
        </w:tc>
      </w:tr>
      <w:tr w:rsidR="00B31279" w:rsidRPr="00B31279" w14:paraId="351F91D9" w14:textId="77777777" w:rsidTr="00F341D9">
        <w:trPr>
          <w:jc w:val="center"/>
        </w:trPr>
        <w:tc>
          <w:tcPr>
            <w:tcW w:w="1922" w:type="dxa"/>
            <w:shd w:val="clear" w:color="auto" w:fill="DCE8F4"/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4E9A0736" w14:textId="6E4503A0" w:rsidR="00B31279" w:rsidRPr="00B31279" w:rsidRDefault="00B31279" w:rsidP="00B31279">
            <w:pPr>
              <w:spacing w:after="0"/>
              <w:rPr>
                <w:sz w:val="16"/>
                <w:szCs w:val="16"/>
              </w:rPr>
            </w:pPr>
            <w:r w:rsidRPr="00B31279">
              <w:rPr>
                <w:b/>
                <w:sz w:val="16"/>
                <w:szCs w:val="16"/>
              </w:rPr>
              <w:t>ADI - SOYADI</w:t>
            </w:r>
          </w:p>
        </w:tc>
        <w:tc>
          <w:tcPr>
            <w:tcW w:w="4916" w:type="dxa"/>
            <w:gridSpan w:val="2"/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0613709F" w14:textId="77777777" w:rsidR="00B31279" w:rsidRPr="00B31279" w:rsidRDefault="00B31279" w:rsidP="00B31279">
            <w:pPr>
              <w:spacing w:after="0"/>
              <w:rPr>
                <w:sz w:val="16"/>
                <w:szCs w:val="16"/>
              </w:rPr>
            </w:pPr>
          </w:p>
        </w:tc>
        <w:tc>
          <w:tcPr>
            <w:tcW w:w="1978" w:type="dxa"/>
            <w:shd w:val="clear" w:color="auto" w:fill="DCE8F4"/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32D43A9C" w14:textId="77777777" w:rsidR="00B31279" w:rsidRPr="00B31279" w:rsidRDefault="00B31279" w:rsidP="00B31279">
            <w:pPr>
              <w:spacing w:after="0"/>
              <w:rPr>
                <w:sz w:val="16"/>
                <w:szCs w:val="16"/>
              </w:rPr>
            </w:pPr>
            <w:r w:rsidRPr="00B31279">
              <w:rPr>
                <w:b/>
                <w:sz w:val="16"/>
                <w:szCs w:val="16"/>
              </w:rPr>
              <w:t>ERASMUS KODU / OID</w:t>
            </w:r>
          </w:p>
        </w:tc>
        <w:tc>
          <w:tcPr>
            <w:tcW w:w="2456" w:type="dxa"/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3262DAE1" w14:textId="77777777" w:rsidR="00B31279" w:rsidRPr="00B31279" w:rsidRDefault="00B31279" w:rsidP="00B31279">
            <w:pPr>
              <w:spacing w:after="0"/>
              <w:rPr>
                <w:sz w:val="16"/>
                <w:szCs w:val="16"/>
              </w:rPr>
            </w:pPr>
          </w:p>
        </w:tc>
        <w:tc>
          <w:tcPr>
            <w:tcW w:w="2460" w:type="dxa"/>
            <w:vAlign w:val="center"/>
          </w:tcPr>
          <w:p w14:paraId="12D94B04" w14:textId="7F85282A" w:rsidR="00B31279" w:rsidRPr="00B31279" w:rsidRDefault="00B31279" w:rsidP="00B31279">
            <w:pPr>
              <w:spacing w:after="0"/>
              <w:rPr>
                <w:sz w:val="16"/>
                <w:szCs w:val="16"/>
              </w:rPr>
            </w:pPr>
          </w:p>
        </w:tc>
      </w:tr>
      <w:tr w:rsidR="00197061" w:rsidRPr="00B31279" w14:paraId="0F32F158" w14:textId="77777777" w:rsidTr="00F341D9">
        <w:trPr>
          <w:jc w:val="center"/>
        </w:trPr>
        <w:tc>
          <w:tcPr>
            <w:tcW w:w="1922" w:type="dxa"/>
            <w:shd w:val="clear" w:color="auto" w:fill="DCE8F4"/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351651AF" w14:textId="6CEA0A8B" w:rsidR="00197061" w:rsidRPr="00B31279" w:rsidRDefault="00197061" w:rsidP="00B31279">
            <w:pPr>
              <w:spacing w:after="0"/>
              <w:rPr>
                <w:b/>
                <w:sz w:val="16"/>
                <w:szCs w:val="16"/>
              </w:rPr>
            </w:pPr>
            <w:r w:rsidRPr="00B31279">
              <w:rPr>
                <w:b/>
                <w:sz w:val="16"/>
                <w:szCs w:val="16"/>
              </w:rPr>
              <w:t>TCKN / ÖĞRENCİ NO</w:t>
            </w:r>
          </w:p>
        </w:tc>
        <w:tc>
          <w:tcPr>
            <w:tcW w:w="2456" w:type="dxa"/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5F88976D" w14:textId="77777777" w:rsidR="00197061" w:rsidRPr="00B31279" w:rsidRDefault="00197061" w:rsidP="00B31279">
            <w:pPr>
              <w:spacing w:after="0"/>
              <w:rPr>
                <w:sz w:val="16"/>
                <w:szCs w:val="16"/>
              </w:rPr>
            </w:pPr>
          </w:p>
        </w:tc>
        <w:tc>
          <w:tcPr>
            <w:tcW w:w="2460" w:type="dxa"/>
            <w:vAlign w:val="center"/>
          </w:tcPr>
          <w:p w14:paraId="344887AF" w14:textId="5ED65505" w:rsidR="00197061" w:rsidRPr="00B31279" w:rsidRDefault="00197061" w:rsidP="00B31279">
            <w:pPr>
              <w:spacing w:after="0"/>
              <w:rPr>
                <w:sz w:val="16"/>
                <w:szCs w:val="16"/>
              </w:rPr>
            </w:pPr>
          </w:p>
        </w:tc>
        <w:tc>
          <w:tcPr>
            <w:tcW w:w="1978" w:type="dxa"/>
            <w:shd w:val="clear" w:color="auto" w:fill="DCE8F4"/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5D8A07A2" w14:textId="76C267AF" w:rsidR="00197061" w:rsidRPr="00B31279" w:rsidRDefault="00197061" w:rsidP="00B31279">
            <w:pPr>
              <w:spacing w:after="0"/>
              <w:rPr>
                <w:b/>
                <w:sz w:val="16"/>
                <w:szCs w:val="16"/>
              </w:rPr>
            </w:pPr>
            <w:r w:rsidRPr="00B31279">
              <w:rPr>
                <w:b/>
                <w:sz w:val="16"/>
                <w:szCs w:val="16"/>
              </w:rPr>
              <w:t xml:space="preserve">AKADEMİK </w:t>
            </w:r>
            <w:r>
              <w:rPr>
                <w:b/>
                <w:sz w:val="16"/>
                <w:szCs w:val="16"/>
              </w:rPr>
              <w:t>YIL</w:t>
            </w:r>
          </w:p>
        </w:tc>
        <w:tc>
          <w:tcPr>
            <w:tcW w:w="4916" w:type="dxa"/>
            <w:gridSpan w:val="2"/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1353C17F" w14:textId="19EE7AA5" w:rsidR="00197061" w:rsidRPr="00B31279" w:rsidRDefault="00197061" w:rsidP="00B31279">
            <w:pPr>
              <w:spacing w:after="0"/>
              <w:rPr>
                <w:sz w:val="16"/>
                <w:szCs w:val="16"/>
              </w:rPr>
            </w:pPr>
          </w:p>
        </w:tc>
      </w:tr>
      <w:tr w:rsidR="00197061" w:rsidRPr="00B31279" w14:paraId="17A5EDF4" w14:textId="77777777" w:rsidTr="00F341D9">
        <w:trPr>
          <w:jc w:val="center"/>
        </w:trPr>
        <w:tc>
          <w:tcPr>
            <w:tcW w:w="1922" w:type="dxa"/>
            <w:shd w:val="clear" w:color="auto" w:fill="DCE8F4"/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172B10EB" w14:textId="7A7415E1" w:rsidR="00197061" w:rsidRPr="00B31279" w:rsidRDefault="00197061" w:rsidP="00B31279">
            <w:pPr>
              <w:spacing w:after="0"/>
              <w:rPr>
                <w:sz w:val="16"/>
                <w:szCs w:val="16"/>
              </w:rPr>
            </w:pPr>
            <w:r w:rsidRPr="00B31279">
              <w:rPr>
                <w:b/>
                <w:sz w:val="16"/>
                <w:szCs w:val="16"/>
              </w:rPr>
              <w:t>SINIF</w:t>
            </w:r>
          </w:p>
        </w:tc>
        <w:tc>
          <w:tcPr>
            <w:tcW w:w="4916" w:type="dxa"/>
            <w:gridSpan w:val="2"/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6A34CE1A" w14:textId="77777777" w:rsidR="00197061" w:rsidRPr="00B31279" w:rsidRDefault="00197061" w:rsidP="00B31279">
            <w:pPr>
              <w:spacing w:after="0"/>
              <w:rPr>
                <w:sz w:val="16"/>
                <w:szCs w:val="16"/>
              </w:rPr>
            </w:pPr>
          </w:p>
        </w:tc>
        <w:tc>
          <w:tcPr>
            <w:tcW w:w="1978" w:type="dxa"/>
            <w:shd w:val="clear" w:color="auto" w:fill="DCE8F4"/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06D3A745" w14:textId="1A9C2E08" w:rsidR="00197061" w:rsidRPr="00B31279" w:rsidRDefault="00197061" w:rsidP="00B31279">
            <w:pPr>
              <w:spacing w:after="0"/>
              <w:rPr>
                <w:sz w:val="16"/>
                <w:szCs w:val="16"/>
              </w:rPr>
            </w:pPr>
            <w:r w:rsidRPr="00B31279">
              <w:rPr>
                <w:b/>
                <w:sz w:val="16"/>
                <w:szCs w:val="16"/>
              </w:rPr>
              <w:t>DÖNEM (GÜZ / BAHAR / TAM YIL)</w:t>
            </w:r>
          </w:p>
        </w:tc>
        <w:tc>
          <w:tcPr>
            <w:tcW w:w="4916" w:type="dxa"/>
            <w:gridSpan w:val="2"/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00C4C428" w14:textId="4F2BC4EE" w:rsidR="00197061" w:rsidRPr="00B31279" w:rsidRDefault="00197061" w:rsidP="00B31279">
            <w:pPr>
              <w:spacing w:after="0"/>
              <w:rPr>
                <w:sz w:val="16"/>
                <w:szCs w:val="16"/>
              </w:rPr>
            </w:pPr>
          </w:p>
        </w:tc>
      </w:tr>
    </w:tbl>
    <w:p w14:paraId="53A65EB1" w14:textId="77777777" w:rsidR="005D6705" w:rsidRPr="00B31279" w:rsidRDefault="005D6705">
      <w:pPr>
        <w:spacing w:after="40"/>
      </w:pPr>
    </w:p>
    <w:tbl>
      <w:tblPr>
        <w:tblW w:w="5000" w:type="pct"/>
        <w:jc w:val="center"/>
        <w:tblBorders>
          <w:top w:val="single" w:sz="8" w:space="0" w:color="7A8CA5"/>
          <w:left w:val="single" w:sz="8" w:space="0" w:color="7A8CA5"/>
          <w:bottom w:val="single" w:sz="8" w:space="0" w:color="7A8CA5"/>
          <w:right w:val="single" w:sz="8" w:space="0" w:color="7A8CA5"/>
          <w:insideH w:val="single" w:sz="6" w:space="0" w:color="9FB1C8"/>
          <w:insideV w:val="single" w:sz="6" w:space="0" w:color="9FB1C8"/>
        </w:tblBorders>
        <w:tblLayout w:type="fixed"/>
        <w:tblLook w:val="04A0" w:firstRow="1" w:lastRow="0" w:firstColumn="1" w:lastColumn="0" w:noHBand="0" w:noVBand="1"/>
      </w:tblPr>
      <w:tblGrid>
        <w:gridCol w:w="1415"/>
        <w:gridCol w:w="3995"/>
        <w:gridCol w:w="1132"/>
        <w:gridCol w:w="1189"/>
        <w:gridCol w:w="4801"/>
        <w:gridCol w:w="1067"/>
        <w:gridCol w:w="953"/>
      </w:tblGrid>
      <w:tr w:rsidR="005D6705" w:rsidRPr="00B31279" w14:paraId="7D62FF98" w14:textId="77777777" w:rsidTr="00250D3D">
        <w:trPr>
          <w:jc w:val="center"/>
        </w:trPr>
        <w:tc>
          <w:tcPr>
            <w:tcW w:w="6151" w:type="dxa"/>
            <w:gridSpan w:val="3"/>
            <w:shd w:val="clear" w:color="auto" w:fill="1F4E78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308B825B" w14:textId="160C492D" w:rsidR="005D6705" w:rsidRPr="00250D3D" w:rsidRDefault="00B31279" w:rsidP="00F822B2">
            <w:pPr>
              <w:spacing w:after="0"/>
              <w:rPr>
                <w:rFonts w:cs="Arial"/>
                <w:sz w:val="18"/>
                <w:szCs w:val="18"/>
              </w:rPr>
            </w:pPr>
            <w:r w:rsidRPr="00250D3D">
              <w:rPr>
                <w:rFonts w:cs="Arial"/>
                <w:b/>
                <w:color w:val="FFFFFF"/>
                <w:sz w:val="18"/>
                <w:szCs w:val="18"/>
              </w:rPr>
              <w:t xml:space="preserve">KABUL EDEN </w:t>
            </w:r>
            <w:r w:rsidR="00250D3D" w:rsidRPr="00250D3D">
              <w:rPr>
                <w:rFonts w:cs="Arial"/>
                <w:b/>
                <w:color w:val="FFFFFF"/>
                <w:sz w:val="18"/>
                <w:szCs w:val="18"/>
              </w:rPr>
              <w:t>ÜNİVERSİTEDE</w:t>
            </w:r>
            <w:r w:rsidRPr="00250D3D">
              <w:rPr>
                <w:rFonts w:cs="Arial"/>
                <w:b/>
                <w:color w:val="FFFFFF"/>
                <w:sz w:val="18"/>
                <w:szCs w:val="18"/>
              </w:rPr>
              <w:t xml:space="preserve"> ALINMASI PLANLANAN DERSLER</w:t>
            </w:r>
          </w:p>
        </w:tc>
        <w:tc>
          <w:tcPr>
            <w:tcW w:w="7531" w:type="dxa"/>
            <w:gridSpan w:val="4"/>
            <w:shd w:val="clear" w:color="auto" w:fill="1F4E78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7314BB51" w14:textId="14F7A30B" w:rsidR="005D6705" w:rsidRPr="00250D3D" w:rsidRDefault="00602BD4" w:rsidP="00F822B2">
            <w:pPr>
              <w:spacing w:after="0"/>
              <w:rPr>
                <w:rFonts w:cs="Arial"/>
                <w:sz w:val="18"/>
                <w:szCs w:val="18"/>
              </w:rPr>
            </w:pPr>
            <w:r w:rsidRPr="00250D3D">
              <w:rPr>
                <w:rFonts w:cs="Arial"/>
                <w:b/>
                <w:color w:val="FFFFFF"/>
                <w:sz w:val="18"/>
                <w:szCs w:val="18"/>
              </w:rPr>
              <w:t>HAKK</w:t>
            </w:r>
            <w:r w:rsidR="00B31279" w:rsidRPr="00250D3D">
              <w:rPr>
                <w:rFonts w:cs="Arial"/>
                <w:b/>
                <w:color w:val="FFFFFF"/>
                <w:sz w:val="18"/>
                <w:szCs w:val="18"/>
              </w:rPr>
              <w:t>A</w:t>
            </w:r>
            <w:r w:rsidRPr="00250D3D">
              <w:rPr>
                <w:rFonts w:cs="Arial"/>
                <w:b/>
                <w:color w:val="FFFFFF"/>
                <w:sz w:val="18"/>
                <w:szCs w:val="18"/>
              </w:rPr>
              <w:t>Rİ ÜNİVERSİTESİNDE EŞDEĞER SAYILMASI ÖNGÖRÜLEN DERSLER</w:t>
            </w:r>
          </w:p>
        </w:tc>
      </w:tr>
      <w:tr w:rsidR="00197061" w:rsidRPr="00B31279" w14:paraId="1D6FC18E" w14:textId="77777777" w:rsidTr="00250D3D">
        <w:trPr>
          <w:jc w:val="center"/>
        </w:trPr>
        <w:tc>
          <w:tcPr>
            <w:tcW w:w="1331" w:type="dxa"/>
            <w:shd w:val="clear" w:color="auto" w:fill="DCE8F4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59F45D15" w14:textId="77777777" w:rsidR="00197061" w:rsidRPr="00197061" w:rsidRDefault="00197061" w:rsidP="00F822B2">
            <w:pPr>
              <w:spacing w:after="0"/>
              <w:rPr>
                <w:rFonts w:cs="Arial"/>
                <w:sz w:val="16"/>
                <w:szCs w:val="16"/>
              </w:rPr>
            </w:pPr>
            <w:r w:rsidRPr="00197061">
              <w:rPr>
                <w:rFonts w:cs="Arial"/>
                <w:b/>
                <w:sz w:val="16"/>
                <w:szCs w:val="16"/>
              </w:rPr>
              <w:t>DERS KODU</w:t>
            </w:r>
          </w:p>
        </w:tc>
        <w:tc>
          <w:tcPr>
            <w:tcW w:w="3756" w:type="dxa"/>
            <w:shd w:val="clear" w:color="auto" w:fill="DCE8F4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0EA3DA01" w14:textId="77777777" w:rsidR="00197061" w:rsidRPr="00197061" w:rsidRDefault="00197061" w:rsidP="00F822B2">
            <w:pPr>
              <w:spacing w:after="0"/>
              <w:rPr>
                <w:rFonts w:cs="Arial"/>
                <w:sz w:val="16"/>
                <w:szCs w:val="16"/>
              </w:rPr>
            </w:pPr>
            <w:r w:rsidRPr="00197061">
              <w:rPr>
                <w:rFonts w:cs="Arial"/>
                <w:b/>
                <w:sz w:val="16"/>
                <w:szCs w:val="16"/>
              </w:rPr>
              <w:t>DERS ADI</w:t>
            </w:r>
          </w:p>
        </w:tc>
        <w:tc>
          <w:tcPr>
            <w:tcW w:w="1064" w:type="dxa"/>
            <w:shd w:val="clear" w:color="auto" w:fill="DCE8F4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75525581" w14:textId="2FBF2998" w:rsidR="00197061" w:rsidRPr="00197061" w:rsidRDefault="00197061" w:rsidP="00F822B2">
            <w:pPr>
              <w:spacing w:after="0"/>
              <w:rPr>
                <w:rFonts w:cs="Arial"/>
                <w:sz w:val="16"/>
                <w:szCs w:val="16"/>
              </w:rPr>
            </w:pPr>
            <w:r w:rsidRPr="00197061">
              <w:rPr>
                <w:rFonts w:cs="Arial"/>
                <w:b/>
                <w:sz w:val="16"/>
                <w:szCs w:val="16"/>
              </w:rPr>
              <w:t>AKTS</w:t>
            </w:r>
          </w:p>
        </w:tc>
        <w:tc>
          <w:tcPr>
            <w:tcW w:w="1118" w:type="dxa"/>
            <w:shd w:val="clear" w:color="auto" w:fill="DCE8F4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72A73563" w14:textId="77777777" w:rsidR="00197061" w:rsidRPr="00197061" w:rsidRDefault="00197061" w:rsidP="00F822B2">
            <w:pPr>
              <w:spacing w:after="0"/>
              <w:rPr>
                <w:rFonts w:cs="Arial"/>
                <w:sz w:val="16"/>
                <w:szCs w:val="16"/>
              </w:rPr>
            </w:pPr>
            <w:r w:rsidRPr="00197061">
              <w:rPr>
                <w:rFonts w:cs="Arial"/>
                <w:b/>
                <w:sz w:val="16"/>
                <w:szCs w:val="16"/>
              </w:rPr>
              <w:t>DERS KODU</w:t>
            </w:r>
          </w:p>
        </w:tc>
        <w:tc>
          <w:tcPr>
            <w:tcW w:w="4514" w:type="dxa"/>
            <w:shd w:val="clear" w:color="auto" w:fill="DCE8F4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13B81D2A" w14:textId="77777777" w:rsidR="00197061" w:rsidRPr="00197061" w:rsidRDefault="00197061" w:rsidP="00F822B2">
            <w:pPr>
              <w:spacing w:after="0"/>
              <w:rPr>
                <w:rFonts w:cs="Arial"/>
                <w:sz w:val="16"/>
                <w:szCs w:val="16"/>
              </w:rPr>
            </w:pPr>
            <w:r w:rsidRPr="00197061">
              <w:rPr>
                <w:rFonts w:cs="Arial"/>
                <w:b/>
                <w:sz w:val="16"/>
                <w:szCs w:val="16"/>
              </w:rPr>
              <w:t>DERS ADI</w:t>
            </w:r>
          </w:p>
        </w:tc>
        <w:tc>
          <w:tcPr>
            <w:tcW w:w="1003" w:type="dxa"/>
            <w:shd w:val="clear" w:color="auto" w:fill="DCE8F4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19439406" w14:textId="77777777" w:rsidR="00197061" w:rsidRPr="00197061" w:rsidRDefault="00197061" w:rsidP="00F822B2">
            <w:pPr>
              <w:spacing w:after="0"/>
              <w:rPr>
                <w:rFonts w:cs="Arial"/>
                <w:sz w:val="16"/>
                <w:szCs w:val="16"/>
              </w:rPr>
            </w:pPr>
            <w:r w:rsidRPr="00197061">
              <w:rPr>
                <w:rFonts w:cs="Arial"/>
                <w:b/>
                <w:sz w:val="16"/>
                <w:szCs w:val="16"/>
              </w:rPr>
              <w:t>YARIYIL</w:t>
            </w:r>
          </w:p>
        </w:tc>
        <w:tc>
          <w:tcPr>
            <w:tcW w:w="896" w:type="dxa"/>
            <w:shd w:val="clear" w:color="auto" w:fill="DCE8F4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509273C2" w14:textId="77777777" w:rsidR="00197061" w:rsidRPr="00197061" w:rsidRDefault="00197061" w:rsidP="00F822B2">
            <w:pPr>
              <w:spacing w:after="0"/>
              <w:rPr>
                <w:rFonts w:cs="Arial"/>
                <w:sz w:val="16"/>
                <w:szCs w:val="16"/>
              </w:rPr>
            </w:pPr>
            <w:r w:rsidRPr="00197061">
              <w:rPr>
                <w:rFonts w:cs="Arial"/>
                <w:b/>
                <w:sz w:val="16"/>
                <w:szCs w:val="16"/>
              </w:rPr>
              <w:t>AKTS</w:t>
            </w:r>
          </w:p>
        </w:tc>
      </w:tr>
      <w:tr w:rsidR="00197061" w:rsidRPr="00B31279" w14:paraId="377DBD8E" w14:textId="77777777" w:rsidTr="00250D3D">
        <w:trPr>
          <w:trHeight w:val="300"/>
          <w:jc w:val="center"/>
        </w:trPr>
        <w:tc>
          <w:tcPr>
            <w:tcW w:w="1331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63612386" w14:textId="77777777" w:rsidR="00197061" w:rsidRPr="00197061" w:rsidRDefault="00197061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756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209CBBB3" w14:textId="77777777" w:rsidR="00197061" w:rsidRPr="00197061" w:rsidRDefault="00197061" w:rsidP="00197061">
            <w:pPr>
              <w:spacing w:after="0"/>
              <w:rPr>
                <w:rFonts w:cs="Arial"/>
                <w:sz w:val="16"/>
                <w:szCs w:val="16"/>
              </w:rPr>
            </w:pPr>
          </w:p>
        </w:tc>
        <w:tc>
          <w:tcPr>
            <w:tcW w:w="1064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2FAB22F0" w14:textId="77777777" w:rsidR="00197061" w:rsidRPr="00197061" w:rsidRDefault="00197061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118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53681B37" w14:textId="77777777" w:rsidR="00197061" w:rsidRPr="00197061" w:rsidRDefault="00197061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4514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5BE8F880" w14:textId="77777777" w:rsidR="00197061" w:rsidRPr="00197061" w:rsidRDefault="00197061" w:rsidP="00197061">
            <w:pPr>
              <w:spacing w:after="0"/>
              <w:rPr>
                <w:rFonts w:cs="Arial"/>
                <w:sz w:val="16"/>
                <w:szCs w:val="16"/>
              </w:rPr>
            </w:pPr>
          </w:p>
        </w:tc>
        <w:tc>
          <w:tcPr>
            <w:tcW w:w="1003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13923971" w14:textId="77777777" w:rsidR="00197061" w:rsidRPr="00197061" w:rsidRDefault="00197061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96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6BB26FF3" w14:textId="77777777" w:rsidR="00197061" w:rsidRPr="00197061" w:rsidRDefault="00197061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197061" w:rsidRPr="00B31279" w14:paraId="5D0EBAB2" w14:textId="77777777" w:rsidTr="00250D3D">
        <w:trPr>
          <w:trHeight w:val="300"/>
          <w:jc w:val="center"/>
        </w:trPr>
        <w:tc>
          <w:tcPr>
            <w:tcW w:w="1331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6DDDC939" w14:textId="77777777" w:rsidR="00197061" w:rsidRPr="00197061" w:rsidRDefault="00197061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756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707D8B56" w14:textId="77777777" w:rsidR="00197061" w:rsidRPr="00197061" w:rsidRDefault="00197061" w:rsidP="00197061">
            <w:pPr>
              <w:spacing w:after="0"/>
              <w:rPr>
                <w:rFonts w:cs="Arial"/>
                <w:sz w:val="16"/>
                <w:szCs w:val="16"/>
              </w:rPr>
            </w:pPr>
          </w:p>
        </w:tc>
        <w:tc>
          <w:tcPr>
            <w:tcW w:w="1064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00BF144E" w14:textId="77777777" w:rsidR="00197061" w:rsidRPr="00197061" w:rsidRDefault="00197061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118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3D7AAA6F" w14:textId="77777777" w:rsidR="00197061" w:rsidRPr="00197061" w:rsidRDefault="00197061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4514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25E943B6" w14:textId="77777777" w:rsidR="00197061" w:rsidRPr="00197061" w:rsidRDefault="00197061" w:rsidP="00197061">
            <w:pPr>
              <w:spacing w:after="0"/>
              <w:rPr>
                <w:rFonts w:cs="Arial"/>
                <w:sz w:val="16"/>
                <w:szCs w:val="16"/>
              </w:rPr>
            </w:pPr>
          </w:p>
        </w:tc>
        <w:tc>
          <w:tcPr>
            <w:tcW w:w="1003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00D764D4" w14:textId="77777777" w:rsidR="00197061" w:rsidRPr="00197061" w:rsidRDefault="00197061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96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6243C5F9" w14:textId="77777777" w:rsidR="00197061" w:rsidRPr="00197061" w:rsidRDefault="00197061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197061" w:rsidRPr="00B31279" w14:paraId="42BC2C41" w14:textId="77777777" w:rsidTr="00250D3D">
        <w:trPr>
          <w:trHeight w:val="300"/>
          <w:jc w:val="center"/>
        </w:trPr>
        <w:tc>
          <w:tcPr>
            <w:tcW w:w="1331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191D30C8" w14:textId="77777777" w:rsidR="00197061" w:rsidRPr="00197061" w:rsidRDefault="00197061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756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0FE534A3" w14:textId="77777777" w:rsidR="00197061" w:rsidRPr="00197061" w:rsidRDefault="00197061" w:rsidP="00197061">
            <w:pPr>
              <w:spacing w:after="0"/>
              <w:rPr>
                <w:rFonts w:cs="Arial"/>
                <w:sz w:val="16"/>
                <w:szCs w:val="16"/>
              </w:rPr>
            </w:pPr>
          </w:p>
        </w:tc>
        <w:tc>
          <w:tcPr>
            <w:tcW w:w="1064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79CBFFD0" w14:textId="77777777" w:rsidR="00197061" w:rsidRPr="00197061" w:rsidRDefault="00197061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118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2221CA92" w14:textId="77777777" w:rsidR="00197061" w:rsidRPr="00197061" w:rsidRDefault="00197061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4514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05650E32" w14:textId="77777777" w:rsidR="00197061" w:rsidRPr="00197061" w:rsidRDefault="00197061" w:rsidP="00197061">
            <w:pPr>
              <w:spacing w:after="0"/>
              <w:rPr>
                <w:rFonts w:cs="Arial"/>
                <w:sz w:val="16"/>
                <w:szCs w:val="16"/>
              </w:rPr>
            </w:pPr>
          </w:p>
        </w:tc>
        <w:tc>
          <w:tcPr>
            <w:tcW w:w="1003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10DE4EC3" w14:textId="77777777" w:rsidR="00197061" w:rsidRPr="00197061" w:rsidRDefault="00197061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96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3B8043F7" w14:textId="77777777" w:rsidR="00197061" w:rsidRPr="00197061" w:rsidRDefault="00197061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197061" w:rsidRPr="00B31279" w14:paraId="5FCF6AD1" w14:textId="77777777" w:rsidTr="00250D3D">
        <w:trPr>
          <w:trHeight w:val="300"/>
          <w:jc w:val="center"/>
        </w:trPr>
        <w:tc>
          <w:tcPr>
            <w:tcW w:w="1331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47FA8511" w14:textId="77777777" w:rsidR="00197061" w:rsidRPr="00197061" w:rsidRDefault="00197061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756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70CFB3A4" w14:textId="77777777" w:rsidR="00197061" w:rsidRPr="00197061" w:rsidRDefault="00197061" w:rsidP="00197061">
            <w:pPr>
              <w:spacing w:after="0"/>
              <w:rPr>
                <w:rFonts w:cs="Arial"/>
                <w:sz w:val="16"/>
                <w:szCs w:val="16"/>
              </w:rPr>
            </w:pPr>
          </w:p>
        </w:tc>
        <w:tc>
          <w:tcPr>
            <w:tcW w:w="1064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00A49604" w14:textId="77777777" w:rsidR="00197061" w:rsidRPr="00197061" w:rsidRDefault="00197061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118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451BB580" w14:textId="77777777" w:rsidR="00197061" w:rsidRPr="00197061" w:rsidRDefault="00197061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4514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530EC31F" w14:textId="77777777" w:rsidR="00197061" w:rsidRPr="00197061" w:rsidRDefault="00197061" w:rsidP="00197061">
            <w:pPr>
              <w:spacing w:after="0"/>
              <w:rPr>
                <w:rFonts w:cs="Arial"/>
                <w:sz w:val="16"/>
                <w:szCs w:val="16"/>
              </w:rPr>
            </w:pPr>
          </w:p>
        </w:tc>
        <w:tc>
          <w:tcPr>
            <w:tcW w:w="1003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78605679" w14:textId="77777777" w:rsidR="00197061" w:rsidRPr="00197061" w:rsidRDefault="00197061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96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22E25479" w14:textId="77777777" w:rsidR="00197061" w:rsidRPr="00197061" w:rsidRDefault="00197061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197061" w:rsidRPr="00B31279" w14:paraId="22F67FEF" w14:textId="77777777" w:rsidTr="00250D3D">
        <w:trPr>
          <w:trHeight w:val="300"/>
          <w:jc w:val="center"/>
        </w:trPr>
        <w:tc>
          <w:tcPr>
            <w:tcW w:w="1331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3341AAFE" w14:textId="77777777" w:rsidR="00197061" w:rsidRPr="00197061" w:rsidRDefault="00197061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756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7949AEA8" w14:textId="77777777" w:rsidR="00197061" w:rsidRPr="00197061" w:rsidRDefault="00197061" w:rsidP="00197061">
            <w:pPr>
              <w:spacing w:after="0"/>
              <w:rPr>
                <w:rFonts w:cs="Arial"/>
                <w:sz w:val="16"/>
                <w:szCs w:val="16"/>
              </w:rPr>
            </w:pPr>
          </w:p>
        </w:tc>
        <w:tc>
          <w:tcPr>
            <w:tcW w:w="1064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14BB28EE" w14:textId="77777777" w:rsidR="00197061" w:rsidRPr="00197061" w:rsidRDefault="00197061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118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6B1DE70F" w14:textId="77777777" w:rsidR="00197061" w:rsidRPr="00197061" w:rsidRDefault="00197061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4514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753617EB" w14:textId="77777777" w:rsidR="00197061" w:rsidRPr="00197061" w:rsidRDefault="00197061" w:rsidP="00197061">
            <w:pPr>
              <w:spacing w:after="0"/>
              <w:rPr>
                <w:rFonts w:cs="Arial"/>
                <w:sz w:val="16"/>
                <w:szCs w:val="16"/>
              </w:rPr>
            </w:pPr>
          </w:p>
        </w:tc>
        <w:tc>
          <w:tcPr>
            <w:tcW w:w="1003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37407ABF" w14:textId="77777777" w:rsidR="00197061" w:rsidRPr="00197061" w:rsidRDefault="00197061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96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3FB1CC46" w14:textId="77777777" w:rsidR="00197061" w:rsidRPr="00197061" w:rsidRDefault="00197061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197061" w:rsidRPr="00B31279" w14:paraId="05B97197" w14:textId="77777777" w:rsidTr="00250D3D">
        <w:trPr>
          <w:trHeight w:val="300"/>
          <w:jc w:val="center"/>
        </w:trPr>
        <w:tc>
          <w:tcPr>
            <w:tcW w:w="1331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6596B9E1" w14:textId="77777777" w:rsidR="00197061" w:rsidRPr="00197061" w:rsidRDefault="00197061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756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6265E692" w14:textId="77777777" w:rsidR="00197061" w:rsidRPr="00197061" w:rsidRDefault="00197061" w:rsidP="00197061">
            <w:pPr>
              <w:spacing w:after="0"/>
              <w:rPr>
                <w:rFonts w:cs="Arial"/>
                <w:sz w:val="16"/>
                <w:szCs w:val="16"/>
              </w:rPr>
            </w:pPr>
          </w:p>
        </w:tc>
        <w:tc>
          <w:tcPr>
            <w:tcW w:w="1064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37375A64" w14:textId="77777777" w:rsidR="00197061" w:rsidRPr="00197061" w:rsidRDefault="00197061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118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61938312" w14:textId="77777777" w:rsidR="00197061" w:rsidRPr="00197061" w:rsidRDefault="00197061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4514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73183416" w14:textId="77777777" w:rsidR="00197061" w:rsidRPr="00197061" w:rsidRDefault="00197061" w:rsidP="00197061">
            <w:pPr>
              <w:spacing w:after="0"/>
              <w:rPr>
                <w:rFonts w:cs="Arial"/>
                <w:sz w:val="16"/>
                <w:szCs w:val="16"/>
              </w:rPr>
            </w:pPr>
          </w:p>
        </w:tc>
        <w:tc>
          <w:tcPr>
            <w:tcW w:w="1003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02931513" w14:textId="77777777" w:rsidR="00197061" w:rsidRPr="00197061" w:rsidRDefault="00197061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96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5F9C2EBA" w14:textId="77777777" w:rsidR="00197061" w:rsidRPr="00197061" w:rsidRDefault="00197061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197061" w:rsidRPr="00B31279" w14:paraId="1460D0AB" w14:textId="77777777" w:rsidTr="00250D3D">
        <w:trPr>
          <w:trHeight w:val="300"/>
          <w:jc w:val="center"/>
        </w:trPr>
        <w:tc>
          <w:tcPr>
            <w:tcW w:w="1331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36475412" w14:textId="77777777" w:rsidR="00197061" w:rsidRPr="00197061" w:rsidRDefault="00197061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756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69710270" w14:textId="77777777" w:rsidR="00197061" w:rsidRPr="00197061" w:rsidRDefault="00197061" w:rsidP="00197061">
            <w:pPr>
              <w:spacing w:after="0"/>
              <w:rPr>
                <w:rFonts w:cs="Arial"/>
                <w:sz w:val="16"/>
                <w:szCs w:val="16"/>
              </w:rPr>
            </w:pPr>
          </w:p>
        </w:tc>
        <w:tc>
          <w:tcPr>
            <w:tcW w:w="1064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16E81660" w14:textId="77777777" w:rsidR="00197061" w:rsidRPr="00197061" w:rsidRDefault="00197061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118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60AF0FC7" w14:textId="77777777" w:rsidR="00197061" w:rsidRPr="00197061" w:rsidRDefault="00197061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4514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36FD3A42" w14:textId="77777777" w:rsidR="00197061" w:rsidRPr="00197061" w:rsidRDefault="00197061" w:rsidP="00197061">
            <w:pPr>
              <w:spacing w:after="0"/>
              <w:rPr>
                <w:rFonts w:cs="Arial"/>
                <w:sz w:val="16"/>
                <w:szCs w:val="16"/>
              </w:rPr>
            </w:pPr>
          </w:p>
        </w:tc>
        <w:tc>
          <w:tcPr>
            <w:tcW w:w="1003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2BB0BE36" w14:textId="77777777" w:rsidR="00197061" w:rsidRPr="00197061" w:rsidRDefault="00197061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96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367DD4FD" w14:textId="77777777" w:rsidR="00197061" w:rsidRPr="00197061" w:rsidRDefault="00197061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9410AF" w:rsidRPr="00B31279" w14:paraId="2A7A31BC" w14:textId="77777777" w:rsidTr="00250D3D">
        <w:trPr>
          <w:trHeight w:val="300"/>
          <w:jc w:val="center"/>
        </w:trPr>
        <w:tc>
          <w:tcPr>
            <w:tcW w:w="1331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01072F56" w14:textId="77777777" w:rsidR="009410AF" w:rsidRPr="00197061" w:rsidRDefault="009410AF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756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0BAFAF31" w14:textId="77777777" w:rsidR="009410AF" w:rsidRPr="00197061" w:rsidRDefault="009410AF" w:rsidP="00197061">
            <w:pPr>
              <w:spacing w:after="0"/>
              <w:rPr>
                <w:rFonts w:cs="Arial"/>
                <w:sz w:val="16"/>
                <w:szCs w:val="16"/>
              </w:rPr>
            </w:pPr>
          </w:p>
        </w:tc>
        <w:tc>
          <w:tcPr>
            <w:tcW w:w="1064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6DE0A013" w14:textId="77777777" w:rsidR="009410AF" w:rsidRPr="00197061" w:rsidRDefault="009410AF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118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5D69E3DC" w14:textId="77777777" w:rsidR="009410AF" w:rsidRPr="00197061" w:rsidRDefault="009410AF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4514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4257672F" w14:textId="77777777" w:rsidR="009410AF" w:rsidRPr="00197061" w:rsidRDefault="009410AF" w:rsidP="00197061">
            <w:pPr>
              <w:spacing w:after="0"/>
              <w:rPr>
                <w:rFonts w:cs="Arial"/>
                <w:sz w:val="16"/>
                <w:szCs w:val="16"/>
              </w:rPr>
            </w:pPr>
          </w:p>
        </w:tc>
        <w:tc>
          <w:tcPr>
            <w:tcW w:w="1003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2E1E3E02" w14:textId="77777777" w:rsidR="009410AF" w:rsidRPr="00197061" w:rsidRDefault="009410AF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96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593D9496" w14:textId="77777777" w:rsidR="009410AF" w:rsidRPr="00197061" w:rsidRDefault="009410AF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9410AF" w:rsidRPr="00B31279" w14:paraId="738D606F" w14:textId="77777777" w:rsidTr="00250D3D">
        <w:trPr>
          <w:trHeight w:val="300"/>
          <w:jc w:val="center"/>
        </w:trPr>
        <w:tc>
          <w:tcPr>
            <w:tcW w:w="1331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3385B7C0" w14:textId="77777777" w:rsidR="009410AF" w:rsidRPr="00197061" w:rsidRDefault="009410AF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756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2BE72215" w14:textId="77777777" w:rsidR="009410AF" w:rsidRPr="00197061" w:rsidRDefault="009410AF" w:rsidP="00197061">
            <w:pPr>
              <w:spacing w:after="0"/>
              <w:rPr>
                <w:rFonts w:cs="Arial"/>
                <w:sz w:val="16"/>
                <w:szCs w:val="16"/>
              </w:rPr>
            </w:pPr>
          </w:p>
        </w:tc>
        <w:tc>
          <w:tcPr>
            <w:tcW w:w="1064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5D135798" w14:textId="77777777" w:rsidR="009410AF" w:rsidRPr="00197061" w:rsidRDefault="009410AF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118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4A144580" w14:textId="77777777" w:rsidR="009410AF" w:rsidRPr="00197061" w:rsidRDefault="009410AF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4514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06BB0CD4" w14:textId="77777777" w:rsidR="009410AF" w:rsidRPr="00197061" w:rsidRDefault="009410AF" w:rsidP="00197061">
            <w:pPr>
              <w:spacing w:after="0"/>
              <w:rPr>
                <w:rFonts w:cs="Arial"/>
                <w:sz w:val="16"/>
                <w:szCs w:val="16"/>
              </w:rPr>
            </w:pPr>
          </w:p>
        </w:tc>
        <w:tc>
          <w:tcPr>
            <w:tcW w:w="1003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50E7E5E0" w14:textId="77777777" w:rsidR="009410AF" w:rsidRPr="00197061" w:rsidRDefault="009410AF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96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6B6A9970" w14:textId="77777777" w:rsidR="009410AF" w:rsidRPr="00197061" w:rsidRDefault="009410AF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197061" w:rsidRPr="00B31279" w14:paraId="6865E9FF" w14:textId="77777777" w:rsidTr="00250D3D">
        <w:trPr>
          <w:trHeight w:val="300"/>
          <w:jc w:val="center"/>
        </w:trPr>
        <w:tc>
          <w:tcPr>
            <w:tcW w:w="1331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6131F308" w14:textId="77777777" w:rsidR="00197061" w:rsidRPr="00197061" w:rsidRDefault="00197061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756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54455B9D" w14:textId="77777777" w:rsidR="00197061" w:rsidRPr="00197061" w:rsidRDefault="00197061" w:rsidP="00197061">
            <w:pPr>
              <w:spacing w:after="0"/>
              <w:rPr>
                <w:rFonts w:cs="Arial"/>
                <w:sz w:val="16"/>
                <w:szCs w:val="16"/>
              </w:rPr>
            </w:pPr>
          </w:p>
        </w:tc>
        <w:tc>
          <w:tcPr>
            <w:tcW w:w="1064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2079BF5C" w14:textId="77777777" w:rsidR="00197061" w:rsidRPr="00197061" w:rsidRDefault="00197061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118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79AEFB9E" w14:textId="77777777" w:rsidR="00197061" w:rsidRPr="00197061" w:rsidRDefault="00197061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4514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48F7DC60" w14:textId="77777777" w:rsidR="00197061" w:rsidRPr="00197061" w:rsidRDefault="00197061" w:rsidP="00197061">
            <w:pPr>
              <w:spacing w:after="0"/>
              <w:rPr>
                <w:rFonts w:cs="Arial"/>
                <w:sz w:val="16"/>
                <w:szCs w:val="16"/>
              </w:rPr>
            </w:pPr>
          </w:p>
        </w:tc>
        <w:tc>
          <w:tcPr>
            <w:tcW w:w="1003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67CE3201" w14:textId="77777777" w:rsidR="00197061" w:rsidRPr="00197061" w:rsidRDefault="00197061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96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6C61361D" w14:textId="77777777" w:rsidR="00197061" w:rsidRPr="00197061" w:rsidRDefault="00197061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5D6705" w:rsidRPr="00B31279" w14:paraId="09229742" w14:textId="77777777" w:rsidTr="00250D3D">
        <w:trPr>
          <w:jc w:val="center"/>
        </w:trPr>
        <w:tc>
          <w:tcPr>
            <w:tcW w:w="5087" w:type="dxa"/>
            <w:gridSpan w:val="2"/>
            <w:shd w:val="clear" w:color="auto" w:fill="EEF4F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28CED865" w14:textId="01C85AF9" w:rsidR="005D6705" w:rsidRPr="00197061" w:rsidRDefault="00197061" w:rsidP="00197061">
            <w:pPr>
              <w:spacing w:after="0"/>
              <w:jc w:val="right"/>
              <w:rPr>
                <w:rFonts w:cs="Arial"/>
                <w:sz w:val="16"/>
                <w:szCs w:val="16"/>
              </w:rPr>
            </w:pPr>
            <w:r w:rsidRPr="00197061">
              <w:rPr>
                <w:rFonts w:cs="Arial"/>
                <w:b/>
                <w:sz w:val="16"/>
                <w:szCs w:val="16"/>
              </w:rPr>
              <w:t>TOPLAM AKTS</w:t>
            </w:r>
          </w:p>
        </w:tc>
        <w:tc>
          <w:tcPr>
            <w:tcW w:w="1064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22505EBA" w14:textId="77777777" w:rsidR="005D6705" w:rsidRPr="00197061" w:rsidRDefault="005D6705" w:rsidP="00197061">
            <w:pPr>
              <w:spacing w:after="0"/>
              <w:rPr>
                <w:rFonts w:cs="Arial"/>
                <w:sz w:val="16"/>
                <w:szCs w:val="16"/>
              </w:rPr>
            </w:pPr>
          </w:p>
        </w:tc>
        <w:tc>
          <w:tcPr>
            <w:tcW w:w="6635" w:type="dxa"/>
            <w:gridSpan w:val="3"/>
            <w:shd w:val="clear" w:color="auto" w:fill="EEF4F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004EDCB7" w14:textId="77777777" w:rsidR="005D6705" w:rsidRPr="00197061" w:rsidRDefault="00602BD4" w:rsidP="00197061">
            <w:pPr>
              <w:spacing w:after="0"/>
              <w:jc w:val="right"/>
              <w:rPr>
                <w:rFonts w:cs="Arial"/>
                <w:sz w:val="16"/>
                <w:szCs w:val="16"/>
              </w:rPr>
            </w:pPr>
            <w:r w:rsidRPr="00197061">
              <w:rPr>
                <w:rFonts w:cs="Arial"/>
                <w:b/>
                <w:sz w:val="16"/>
                <w:szCs w:val="16"/>
              </w:rPr>
              <w:t>TOPLAM AKTS</w:t>
            </w:r>
          </w:p>
        </w:tc>
        <w:tc>
          <w:tcPr>
            <w:tcW w:w="896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6C761578" w14:textId="77777777" w:rsidR="005D6705" w:rsidRPr="00197061" w:rsidRDefault="005D6705" w:rsidP="00197061">
            <w:pPr>
              <w:spacing w:after="0"/>
              <w:rPr>
                <w:rFonts w:cs="Arial"/>
                <w:sz w:val="16"/>
                <w:szCs w:val="16"/>
              </w:rPr>
            </w:pPr>
          </w:p>
        </w:tc>
      </w:tr>
    </w:tbl>
    <w:p w14:paraId="0F1167D1" w14:textId="77777777" w:rsidR="005D6705" w:rsidRPr="00B31279" w:rsidRDefault="005D6705">
      <w:pPr>
        <w:spacing w:after="20"/>
      </w:pPr>
    </w:p>
    <w:p w14:paraId="7741DCCB" w14:textId="77777777" w:rsidR="00DB6CE0" w:rsidRDefault="00DB6CE0">
      <w:pPr>
        <w:rPr>
          <w:b/>
          <w:color w:val="1A365D"/>
          <w:sz w:val="18"/>
        </w:rPr>
      </w:pPr>
      <w:r>
        <w:rPr>
          <w:b/>
          <w:color w:val="1A365D"/>
          <w:sz w:val="18"/>
        </w:rPr>
        <w:br w:type="page"/>
      </w:r>
    </w:p>
    <w:p w14:paraId="29C8702E" w14:textId="447CCF2A" w:rsidR="005D6705" w:rsidRPr="00B31279" w:rsidRDefault="00197061" w:rsidP="00B31279">
      <w:pPr>
        <w:rPr>
          <w:b/>
          <w:color w:val="1A365D"/>
          <w:sz w:val="18"/>
        </w:rPr>
      </w:pPr>
      <w:r>
        <w:rPr>
          <w:b/>
          <w:color w:val="1A365D"/>
          <w:sz w:val="18"/>
        </w:rPr>
        <w:lastRenderedPageBreak/>
        <w:t>A</w:t>
      </w:r>
      <w:r w:rsidRPr="00B31279">
        <w:rPr>
          <w:b/>
          <w:color w:val="1A365D"/>
          <w:sz w:val="18"/>
        </w:rPr>
        <w:t>çıklamalar</w:t>
      </w:r>
      <w:r w:rsidR="00BD10CE">
        <w:rPr>
          <w:b/>
          <w:color w:val="1A365D"/>
          <w:sz w:val="18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81"/>
        <w:gridCol w:w="7281"/>
      </w:tblGrid>
      <w:tr w:rsidR="005D6705" w:rsidRPr="00DB6CE0" w14:paraId="2DE7F501" w14:textId="77777777" w:rsidTr="00197061">
        <w:trPr>
          <w:jc w:val="center"/>
        </w:trPr>
        <w:tc>
          <w:tcPr>
            <w:tcW w:w="7370" w:type="dxa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0984517B" w14:textId="546338E0" w:rsidR="005D6705" w:rsidRPr="00BD10CE" w:rsidRDefault="00602BD4" w:rsidP="00BD10CE">
            <w:pPr>
              <w:spacing w:after="0" w:line="240" w:lineRule="auto"/>
              <w:ind w:left="85"/>
              <w:jc w:val="both"/>
              <w:rPr>
                <w:sz w:val="18"/>
                <w:szCs w:val="28"/>
              </w:rPr>
            </w:pPr>
            <w:r w:rsidRPr="00BD10CE">
              <w:rPr>
                <w:sz w:val="18"/>
                <w:szCs w:val="28"/>
              </w:rPr>
              <w:t>1. Yukarıdaki tabloda, Erasmus</w:t>
            </w:r>
            <w:r w:rsidR="00BD10CE">
              <w:rPr>
                <w:sz w:val="18"/>
                <w:szCs w:val="28"/>
              </w:rPr>
              <w:t>+</w:t>
            </w:r>
            <w:r w:rsidRPr="00BD10CE">
              <w:rPr>
                <w:sz w:val="18"/>
                <w:szCs w:val="28"/>
              </w:rPr>
              <w:t xml:space="preserve"> öğrencisinin misafir olacağı yükseköğretim kurumunda almayı planladığı ve </w:t>
            </w:r>
            <w:r w:rsidR="00A53762">
              <w:rPr>
                <w:sz w:val="18"/>
                <w:szCs w:val="28"/>
              </w:rPr>
              <w:t>Öğrenim Anlaşmasında (</w:t>
            </w:r>
            <w:r w:rsidRPr="00BD10CE">
              <w:rPr>
                <w:sz w:val="18"/>
                <w:szCs w:val="28"/>
              </w:rPr>
              <w:t>Learning Agreement</w:t>
            </w:r>
            <w:r w:rsidR="00A53762">
              <w:rPr>
                <w:sz w:val="18"/>
                <w:szCs w:val="28"/>
              </w:rPr>
              <w:t>)</w:t>
            </w:r>
            <w:r w:rsidRPr="00BD10CE">
              <w:rPr>
                <w:sz w:val="18"/>
                <w:szCs w:val="28"/>
              </w:rPr>
              <w:t xml:space="preserve"> yer alan dersler gösterilmiştir.</w:t>
            </w:r>
          </w:p>
        </w:tc>
        <w:tc>
          <w:tcPr>
            <w:tcW w:w="7370" w:type="dxa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34369B13" w14:textId="07F0717A" w:rsidR="005D6705" w:rsidRPr="00BD10CE" w:rsidRDefault="00602BD4" w:rsidP="00BD10CE">
            <w:pPr>
              <w:spacing w:after="0" w:line="240" w:lineRule="auto"/>
              <w:ind w:left="85"/>
              <w:jc w:val="both"/>
              <w:rPr>
                <w:sz w:val="18"/>
                <w:szCs w:val="28"/>
              </w:rPr>
            </w:pPr>
            <w:r w:rsidRPr="00BD10CE">
              <w:rPr>
                <w:sz w:val="18"/>
                <w:szCs w:val="28"/>
              </w:rPr>
              <w:t xml:space="preserve">4. </w:t>
            </w:r>
            <w:r w:rsidR="00A53762" w:rsidRPr="00A53762">
              <w:rPr>
                <w:sz w:val="18"/>
                <w:szCs w:val="28"/>
              </w:rPr>
              <w:t>Öğrenci, misafir olduğu üniversitede bu tabloda yer alan dersleri başarı ile tamamladığı takdirde, söz konusu dersler Hakkâri Üniversitesi’ndeki derslerine yukarıda belirtildiği şekilde eşdeğer sayılacaktır. Bu doğrultuda hareketlilik sonrasında Ders İntibak B Tablosu hazırlanacaktır.</w:t>
            </w:r>
            <w:r w:rsidR="00BD10CE">
              <w:rPr>
                <w:sz w:val="18"/>
                <w:szCs w:val="28"/>
              </w:rPr>
              <w:t xml:space="preserve"> </w:t>
            </w:r>
          </w:p>
        </w:tc>
      </w:tr>
      <w:tr w:rsidR="005D6705" w:rsidRPr="00DB6CE0" w14:paraId="23FE71D8" w14:textId="77777777" w:rsidTr="00197061">
        <w:trPr>
          <w:jc w:val="center"/>
        </w:trPr>
        <w:tc>
          <w:tcPr>
            <w:tcW w:w="7370" w:type="dxa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36AEFDAE" w14:textId="5A0BAF72" w:rsidR="005D6705" w:rsidRPr="00BD10CE" w:rsidRDefault="00602BD4" w:rsidP="00BD10CE">
            <w:pPr>
              <w:spacing w:after="0" w:line="240" w:lineRule="auto"/>
              <w:ind w:left="85"/>
              <w:jc w:val="both"/>
              <w:rPr>
                <w:sz w:val="18"/>
                <w:szCs w:val="28"/>
              </w:rPr>
            </w:pPr>
            <w:r w:rsidRPr="00BD10CE">
              <w:rPr>
                <w:sz w:val="18"/>
                <w:szCs w:val="28"/>
              </w:rPr>
              <w:t>2. Yukarıdaki tabloda, Erasmus</w:t>
            </w:r>
            <w:r w:rsidR="00BD10CE">
              <w:rPr>
                <w:sz w:val="18"/>
                <w:szCs w:val="28"/>
              </w:rPr>
              <w:t>+</w:t>
            </w:r>
            <w:r w:rsidRPr="00BD10CE">
              <w:rPr>
                <w:sz w:val="18"/>
                <w:szCs w:val="28"/>
              </w:rPr>
              <w:t xml:space="preserve"> öğrencisinin yurt dışındaki öğrenim dönemini tamamladıktan sonra akademik tanınması yapılırken Hakkâri Üniversitesi müfredatına göre yerine saydırılması öngörülen dersler listelenmiştir. Öğrenim Anlaşmasında yurt dışında öğrenime başladıktan sonra değişiklikler olabilir; nihai tanınma buna göre farklılık gösterebilir.</w:t>
            </w:r>
          </w:p>
        </w:tc>
        <w:tc>
          <w:tcPr>
            <w:tcW w:w="7370" w:type="dxa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7246DFA3" w14:textId="081264F9" w:rsidR="005D6705" w:rsidRPr="00BD10CE" w:rsidRDefault="00602BD4" w:rsidP="00BD10CE">
            <w:pPr>
              <w:spacing w:after="0" w:line="240" w:lineRule="auto"/>
              <w:ind w:left="85"/>
              <w:jc w:val="both"/>
              <w:rPr>
                <w:sz w:val="18"/>
                <w:szCs w:val="28"/>
              </w:rPr>
            </w:pPr>
            <w:r w:rsidRPr="00BD10CE">
              <w:rPr>
                <w:sz w:val="18"/>
                <w:szCs w:val="28"/>
              </w:rPr>
              <w:t xml:space="preserve">5. </w:t>
            </w:r>
            <w:r w:rsidR="00A53762" w:rsidRPr="00A53762">
              <w:rPr>
                <w:sz w:val="18"/>
                <w:szCs w:val="28"/>
              </w:rPr>
              <w:t>Öğrenim döneminde derslerde değişiklik yapılması halinde, Ders İntibak A Tablosu (Hareketlilik Sırasında) yeniden düzenlenerek imza altına alınacaktır.</w:t>
            </w:r>
          </w:p>
        </w:tc>
      </w:tr>
      <w:tr w:rsidR="005D6705" w:rsidRPr="00DB6CE0" w14:paraId="1960CD7A" w14:textId="77777777" w:rsidTr="00197061">
        <w:trPr>
          <w:jc w:val="center"/>
        </w:trPr>
        <w:tc>
          <w:tcPr>
            <w:tcW w:w="7370" w:type="dxa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7362283C" w14:textId="77777777" w:rsidR="005D6705" w:rsidRPr="00BD10CE" w:rsidRDefault="00602BD4" w:rsidP="00BD10CE">
            <w:pPr>
              <w:spacing w:after="0" w:line="240" w:lineRule="auto"/>
              <w:ind w:left="85"/>
              <w:jc w:val="both"/>
              <w:rPr>
                <w:sz w:val="18"/>
                <w:szCs w:val="28"/>
              </w:rPr>
            </w:pPr>
            <w:r w:rsidRPr="00BD10CE">
              <w:rPr>
                <w:sz w:val="18"/>
                <w:szCs w:val="28"/>
              </w:rPr>
              <w:t>3. Öğrenci, bu tabloda belirtilen ders eşleştirmelerini incelediğini, kabul ettiğini ve intibak işlemlerinin bu eşleştirmeler esas alınarak yürütülmesini talep ettiğini beyan eder.</w:t>
            </w:r>
          </w:p>
        </w:tc>
        <w:tc>
          <w:tcPr>
            <w:tcW w:w="7370" w:type="dxa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17AE6B8D" w14:textId="44081C03" w:rsidR="005D6705" w:rsidRPr="00BD10CE" w:rsidRDefault="00602BD4" w:rsidP="00BD10CE">
            <w:pPr>
              <w:spacing w:after="0" w:line="240" w:lineRule="auto"/>
              <w:ind w:left="85"/>
              <w:jc w:val="both"/>
              <w:rPr>
                <w:sz w:val="18"/>
                <w:szCs w:val="28"/>
              </w:rPr>
            </w:pPr>
            <w:r w:rsidRPr="00BD10CE">
              <w:rPr>
                <w:sz w:val="18"/>
                <w:szCs w:val="28"/>
              </w:rPr>
              <w:t xml:space="preserve">6. </w:t>
            </w:r>
            <w:r w:rsidR="00C86BD8" w:rsidRPr="00C86BD8">
              <w:rPr>
                <w:sz w:val="18"/>
                <w:szCs w:val="28"/>
              </w:rPr>
              <w:t>Yukarıdaki tabloda belirtilen ve yurt dışında Erasmus+ Programı kapsamında alınması planlanan dersler ile Hakkâri Üniversitesi müfredatında karşılık sayılması uygun bulunan ders eşleştirmesi, ilgili akademik birim tarafından uygun bulunmuş olup kurul/onay sürecine sunulur. Söz konusu eşleştirme, ilgili yönetim kurulu kararı ile kesinleşir; nihai akademik tanınma ise hareketlilik sonunda sunulacak belgeler doğrultusunda tamamlanır.</w:t>
            </w:r>
          </w:p>
        </w:tc>
      </w:tr>
    </w:tbl>
    <w:p w14:paraId="31B77F36" w14:textId="77777777" w:rsidR="005D6705" w:rsidRPr="00B31279" w:rsidRDefault="005D6705">
      <w:pPr>
        <w:spacing w:after="40"/>
      </w:pPr>
    </w:p>
    <w:tbl>
      <w:tblPr>
        <w:tblW w:w="5000" w:type="pct"/>
        <w:jc w:val="center"/>
        <w:tblBorders>
          <w:top w:val="single" w:sz="6" w:space="0" w:color="9FB1C8"/>
          <w:left w:val="single" w:sz="6" w:space="0" w:color="9FB1C8"/>
          <w:bottom w:val="single" w:sz="6" w:space="0" w:color="9FB1C8"/>
          <w:right w:val="single" w:sz="6" w:space="0" w:color="9FB1C8"/>
          <w:insideH w:val="single" w:sz="6" w:space="0" w:color="D1DAE6"/>
          <w:insideV w:val="single" w:sz="6" w:space="0" w:color="D1DAE6"/>
        </w:tblBorders>
        <w:tblLayout w:type="fixed"/>
        <w:tblLook w:val="04A0" w:firstRow="1" w:lastRow="0" w:firstColumn="1" w:lastColumn="0" w:noHBand="0" w:noVBand="1"/>
      </w:tblPr>
      <w:tblGrid>
        <w:gridCol w:w="3113"/>
        <w:gridCol w:w="3884"/>
        <w:gridCol w:w="3305"/>
        <w:gridCol w:w="4254"/>
      </w:tblGrid>
      <w:tr w:rsidR="005D6705" w:rsidRPr="00B31279" w14:paraId="1C2739DD" w14:textId="77777777" w:rsidTr="002613C5">
        <w:trPr>
          <w:jc w:val="center"/>
        </w:trPr>
        <w:tc>
          <w:tcPr>
            <w:tcW w:w="2937" w:type="dxa"/>
            <w:shd w:val="clear" w:color="auto" w:fill="DCE8F4"/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679815CE" w14:textId="77777777" w:rsidR="005D6705" w:rsidRPr="00250D3D" w:rsidRDefault="00602BD4" w:rsidP="00250D3D">
            <w:pPr>
              <w:spacing w:after="0"/>
              <w:rPr>
                <w:sz w:val="18"/>
                <w:szCs w:val="24"/>
              </w:rPr>
            </w:pPr>
            <w:r w:rsidRPr="00250D3D">
              <w:rPr>
                <w:b/>
                <w:sz w:val="18"/>
                <w:szCs w:val="24"/>
              </w:rPr>
              <w:t>ÖĞRENCİ</w:t>
            </w:r>
          </w:p>
        </w:tc>
        <w:tc>
          <w:tcPr>
            <w:tcW w:w="3664" w:type="dxa"/>
            <w:shd w:val="clear" w:color="auto" w:fill="DCE8F4"/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50895BD9" w14:textId="1907E455" w:rsidR="005D6705" w:rsidRPr="00250D3D" w:rsidRDefault="00602BD4" w:rsidP="00250D3D">
            <w:pPr>
              <w:spacing w:after="0"/>
              <w:rPr>
                <w:sz w:val="18"/>
                <w:szCs w:val="24"/>
              </w:rPr>
            </w:pPr>
            <w:r w:rsidRPr="00250D3D">
              <w:rPr>
                <w:b/>
                <w:sz w:val="18"/>
                <w:szCs w:val="24"/>
              </w:rPr>
              <w:t>ERASMUS+ BÖLÜM</w:t>
            </w:r>
            <w:r w:rsidR="002613C5">
              <w:rPr>
                <w:b/>
                <w:sz w:val="18"/>
                <w:szCs w:val="24"/>
              </w:rPr>
              <w:t xml:space="preserve"> </w:t>
            </w:r>
            <w:r w:rsidRPr="00250D3D">
              <w:rPr>
                <w:b/>
                <w:sz w:val="18"/>
                <w:szCs w:val="24"/>
              </w:rPr>
              <w:t>KOORDİNATÖRÜ</w:t>
            </w:r>
          </w:p>
        </w:tc>
        <w:tc>
          <w:tcPr>
            <w:tcW w:w="3118" w:type="dxa"/>
            <w:shd w:val="clear" w:color="auto" w:fill="DCE8F4"/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40956FC5" w14:textId="77777777" w:rsidR="005D6705" w:rsidRPr="00250D3D" w:rsidRDefault="00602BD4" w:rsidP="00250D3D">
            <w:pPr>
              <w:spacing w:after="0"/>
              <w:rPr>
                <w:sz w:val="18"/>
                <w:szCs w:val="24"/>
              </w:rPr>
            </w:pPr>
            <w:r w:rsidRPr="00250D3D">
              <w:rPr>
                <w:b/>
                <w:sz w:val="18"/>
                <w:szCs w:val="24"/>
              </w:rPr>
              <w:t>BÖLÜM BAŞKANI</w:t>
            </w:r>
          </w:p>
        </w:tc>
        <w:tc>
          <w:tcPr>
            <w:tcW w:w="4013" w:type="dxa"/>
            <w:shd w:val="clear" w:color="auto" w:fill="DCE8F4"/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3FEDAD89" w14:textId="77777777" w:rsidR="005D6705" w:rsidRPr="00250D3D" w:rsidRDefault="00602BD4" w:rsidP="00250D3D">
            <w:pPr>
              <w:spacing w:after="0"/>
              <w:rPr>
                <w:sz w:val="18"/>
                <w:szCs w:val="24"/>
              </w:rPr>
            </w:pPr>
            <w:r w:rsidRPr="00250D3D">
              <w:rPr>
                <w:b/>
                <w:sz w:val="18"/>
                <w:szCs w:val="24"/>
              </w:rPr>
              <w:t>BÖLÜM İNTİBAK KOMİSYONU</w:t>
            </w:r>
          </w:p>
        </w:tc>
      </w:tr>
      <w:tr w:rsidR="005D6705" w:rsidRPr="00B31279" w14:paraId="5AC12A5C" w14:textId="77777777" w:rsidTr="002613C5">
        <w:trPr>
          <w:trHeight w:val="882"/>
          <w:jc w:val="center"/>
        </w:trPr>
        <w:tc>
          <w:tcPr>
            <w:tcW w:w="2937" w:type="dxa"/>
            <w:tcMar>
              <w:top w:w="45" w:type="dxa"/>
              <w:left w:w="80" w:type="dxa"/>
              <w:bottom w:w="45" w:type="dxa"/>
              <w:right w:w="80" w:type="dxa"/>
            </w:tcMar>
          </w:tcPr>
          <w:p w14:paraId="27E385A4" w14:textId="77777777" w:rsidR="005D6705" w:rsidRPr="00B31279" w:rsidRDefault="00602BD4" w:rsidP="00BD10CE">
            <w:pPr>
              <w:spacing w:after="0"/>
            </w:pPr>
            <w:r w:rsidRPr="00B31279">
              <w:rPr>
                <w:b/>
                <w:sz w:val="16"/>
              </w:rPr>
              <w:t>ADI-SOYADI:</w:t>
            </w:r>
          </w:p>
        </w:tc>
        <w:tc>
          <w:tcPr>
            <w:tcW w:w="3664" w:type="dxa"/>
            <w:tcMar>
              <w:top w:w="45" w:type="dxa"/>
              <w:left w:w="80" w:type="dxa"/>
              <w:bottom w:w="45" w:type="dxa"/>
              <w:right w:w="80" w:type="dxa"/>
            </w:tcMar>
          </w:tcPr>
          <w:p w14:paraId="5E8A9A73" w14:textId="77777777" w:rsidR="005D6705" w:rsidRPr="00B31279" w:rsidRDefault="00602BD4" w:rsidP="00BD10CE">
            <w:pPr>
              <w:spacing w:after="0"/>
            </w:pPr>
            <w:r w:rsidRPr="00B31279">
              <w:rPr>
                <w:b/>
                <w:sz w:val="16"/>
              </w:rPr>
              <w:t>ADI-SOYADI:</w:t>
            </w:r>
          </w:p>
        </w:tc>
        <w:tc>
          <w:tcPr>
            <w:tcW w:w="3118" w:type="dxa"/>
            <w:tcMar>
              <w:top w:w="45" w:type="dxa"/>
              <w:left w:w="80" w:type="dxa"/>
              <w:bottom w:w="45" w:type="dxa"/>
              <w:right w:w="80" w:type="dxa"/>
            </w:tcMar>
          </w:tcPr>
          <w:p w14:paraId="06541EA0" w14:textId="77777777" w:rsidR="005D6705" w:rsidRPr="00B31279" w:rsidRDefault="00602BD4" w:rsidP="00BD10CE">
            <w:pPr>
              <w:spacing w:after="0"/>
            </w:pPr>
            <w:r w:rsidRPr="00B31279">
              <w:rPr>
                <w:b/>
                <w:sz w:val="16"/>
              </w:rPr>
              <w:t>ADI-SOYADI:</w:t>
            </w:r>
          </w:p>
        </w:tc>
        <w:tc>
          <w:tcPr>
            <w:tcW w:w="4013" w:type="dxa"/>
            <w:tcMar>
              <w:top w:w="45" w:type="dxa"/>
              <w:left w:w="80" w:type="dxa"/>
              <w:bottom w:w="45" w:type="dxa"/>
              <w:right w:w="80" w:type="dxa"/>
            </w:tcMar>
          </w:tcPr>
          <w:p w14:paraId="03F89936" w14:textId="77777777" w:rsidR="005D6705" w:rsidRDefault="00602BD4" w:rsidP="00BD10CE">
            <w:pPr>
              <w:spacing w:after="0"/>
              <w:rPr>
                <w:b/>
                <w:sz w:val="16"/>
              </w:rPr>
            </w:pPr>
            <w:r w:rsidRPr="00B31279">
              <w:rPr>
                <w:b/>
                <w:sz w:val="16"/>
              </w:rPr>
              <w:t>ÜYE:</w:t>
            </w:r>
          </w:p>
          <w:p w14:paraId="5B34ED9D" w14:textId="77777777" w:rsidR="00F822B2" w:rsidRDefault="00F822B2" w:rsidP="00BD10CE">
            <w:pPr>
              <w:spacing w:after="0"/>
              <w:rPr>
                <w:b/>
                <w:sz w:val="16"/>
              </w:rPr>
            </w:pPr>
          </w:p>
          <w:p w14:paraId="6427825E" w14:textId="74EB7244" w:rsidR="00BD10CE" w:rsidRPr="00B31279" w:rsidRDefault="00BD10CE" w:rsidP="00BD10CE">
            <w:pPr>
              <w:spacing w:after="0"/>
            </w:pPr>
            <w:r w:rsidRPr="00B31279">
              <w:rPr>
                <w:b/>
                <w:sz w:val="16"/>
              </w:rPr>
              <w:t>TARİH:</w:t>
            </w:r>
            <w:r w:rsidRPr="00B31279">
              <w:rPr>
                <w:b/>
                <w:sz w:val="16"/>
              </w:rPr>
              <w:br/>
              <w:t>İMZA</w:t>
            </w:r>
            <w:r>
              <w:rPr>
                <w:b/>
                <w:sz w:val="16"/>
              </w:rPr>
              <w:t>:</w:t>
            </w:r>
          </w:p>
        </w:tc>
      </w:tr>
      <w:tr w:rsidR="005D6705" w:rsidRPr="00B31279" w14:paraId="6DFAEEC2" w14:textId="77777777" w:rsidTr="002613C5">
        <w:trPr>
          <w:trHeight w:val="882"/>
          <w:jc w:val="center"/>
        </w:trPr>
        <w:tc>
          <w:tcPr>
            <w:tcW w:w="2937" w:type="dxa"/>
            <w:tcMar>
              <w:top w:w="45" w:type="dxa"/>
              <w:left w:w="80" w:type="dxa"/>
              <w:bottom w:w="45" w:type="dxa"/>
              <w:right w:w="80" w:type="dxa"/>
            </w:tcMar>
          </w:tcPr>
          <w:p w14:paraId="3F82FFF0" w14:textId="77777777" w:rsidR="005D6705" w:rsidRPr="00B31279" w:rsidRDefault="00602BD4" w:rsidP="00BD10CE">
            <w:pPr>
              <w:spacing w:after="0"/>
            </w:pPr>
            <w:r w:rsidRPr="00B31279">
              <w:rPr>
                <w:b/>
                <w:sz w:val="16"/>
              </w:rPr>
              <w:t>TARİH:</w:t>
            </w:r>
          </w:p>
        </w:tc>
        <w:tc>
          <w:tcPr>
            <w:tcW w:w="3664" w:type="dxa"/>
            <w:tcMar>
              <w:top w:w="45" w:type="dxa"/>
              <w:left w:w="80" w:type="dxa"/>
              <w:bottom w:w="45" w:type="dxa"/>
              <w:right w:w="80" w:type="dxa"/>
            </w:tcMar>
          </w:tcPr>
          <w:p w14:paraId="1FA15EF9" w14:textId="77777777" w:rsidR="005D6705" w:rsidRPr="00B31279" w:rsidRDefault="00602BD4" w:rsidP="00BD10CE">
            <w:pPr>
              <w:spacing w:after="0"/>
            </w:pPr>
            <w:r w:rsidRPr="00B31279">
              <w:rPr>
                <w:b/>
                <w:sz w:val="16"/>
              </w:rPr>
              <w:t>TARİH:</w:t>
            </w:r>
          </w:p>
        </w:tc>
        <w:tc>
          <w:tcPr>
            <w:tcW w:w="3118" w:type="dxa"/>
            <w:tcMar>
              <w:top w:w="45" w:type="dxa"/>
              <w:left w:w="80" w:type="dxa"/>
              <w:bottom w:w="45" w:type="dxa"/>
              <w:right w:w="80" w:type="dxa"/>
            </w:tcMar>
          </w:tcPr>
          <w:p w14:paraId="0CC5468F" w14:textId="77777777" w:rsidR="005D6705" w:rsidRPr="00B31279" w:rsidRDefault="00602BD4" w:rsidP="00BD10CE">
            <w:pPr>
              <w:spacing w:after="0"/>
            </w:pPr>
            <w:r w:rsidRPr="00B31279">
              <w:rPr>
                <w:b/>
                <w:sz w:val="16"/>
              </w:rPr>
              <w:t>TARİH:</w:t>
            </w:r>
          </w:p>
        </w:tc>
        <w:tc>
          <w:tcPr>
            <w:tcW w:w="4013" w:type="dxa"/>
            <w:tcMar>
              <w:top w:w="45" w:type="dxa"/>
              <w:left w:w="80" w:type="dxa"/>
              <w:bottom w:w="45" w:type="dxa"/>
              <w:right w:w="80" w:type="dxa"/>
            </w:tcMar>
          </w:tcPr>
          <w:p w14:paraId="0769EC57" w14:textId="059C7CFB" w:rsidR="00BD10CE" w:rsidRDefault="00BD10CE" w:rsidP="00BD10CE">
            <w:pPr>
              <w:spacing w:after="0"/>
              <w:rPr>
                <w:b/>
                <w:sz w:val="16"/>
              </w:rPr>
            </w:pPr>
            <w:r w:rsidRPr="00B31279">
              <w:rPr>
                <w:b/>
                <w:sz w:val="16"/>
              </w:rPr>
              <w:t>ÜYE:</w:t>
            </w:r>
          </w:p>
          <w:p w14:paraId="6459A7F0" w14:textId="77777777" w:rsidR="00F822B2" w:rsidRDefault="00F822B2" w:rsidP="00BD10CE">
            <w:pPr>
              <w:spacing w:after="0"/>
              <w:rPr>
                <w:b/>
                <w:sz w:val="16"/>
              </w:rPr>
            </w:pPr>
          </w:p>
          <w:p w14:paraId="07309619" w14:textId="6D850207" w:rsidR="005D6705" w:rsidRPr="00B31279" w:rsidRDefault="00BD10CE" w:rsidP="00BD10CE">
            <w:pPr>
              <w:spacing w:after="0"/>
            </w:pPr>
            <w:r w:rsidRPr="00B31279">
              <w:rPr>
                <w:b/>
                <w:sz w:val="16"/>
              </w:rPr>
              <w:t>TARİH:</w:t>
            </w:r>
            <w:r w:rsidRPr="00B31279">
              <w:rPr>
                <w:b/>
                <w:sz w:val="16"/>
              </w:rPr>
              <w:br/>
              <w:t>İMZA</w:t>
            </w:r>
            <w:r>
              <w:rPr>
                <w:b/>
                <w:sz w:val="16"/>
              </w:rPr>
              <w:t>:</w:t>
            </w:r>
          </w:p>
        </w:tc>
      </w:tr>
      <w:tr w:rsidR="005D6705" w:rsidRPr="00B31279" w14:paraId="048A080C" w14:textId="77777777" w:rsidTr="002613C5">
        <w:trPr>
          <w:trHeight w:val="895"/>
          <w:jc w:val="center"/>
        </w:trPr>
        <w:tc>
          <w:tcPr>
            <w:tcW w:w="2937" w:type="dxa"/>
            <w:tcMar>
              <w:top w:w="45" w:type="dxa"/>
              <w:left w:w="80" w:type="dxa"/>
              <w:bottom w:w="45" w:type="dxa"/>
              <w:right w:w="80" w:type="dxa"/>
            </w:tcMar>
          </w:tcPr>
          <w:p w14:paraId="4EA672B9" w14:textId="77777777" w:rsidR="005D6705" w:rsidRPr="00B31279" w:rsidRDefault="00602BD4" w:rsidP="00BD10CE">
            <w:pPr>
              <w:spacing w:after="0"/>
            </w:pPr>
            <w:r w:rsidRPr="00B31279">
              <w:rPr>
                <w:b/>
                <w:sz w:val="16"/>
              </w:rPr>
              <w:t>İMZA:</w:t>
            </w:r>
          </w:p>
        </w:tc>
        <w:tc>
          <w:tcPr>
            <w:tcW w:w="3664" w:type="dxa"/>
            <w:tcMar>
              <w:top w:w="45" w:type="dxa"/>
              <w:left w:w="80" w:type="dxa"/>
              <w:bottom w:w="45" w:type="dxa"/>
              <w:right w:w="80" w:type="dxa"/>
            </w:tcMar>
          </w:tcPr>
          <w:p w14:paraId="628C12EC" w14:textId="77777777" w:rsidR="005D6705" w:rsidRPr="00B31279" w:rsidRDefault="00602BD4" w:rsidP="00BD10CE">
            <w:pPr>
              <w:spacing w:after="0"/>
            </w:pPr>
            <w:r w:rsidRPr="00B31279">
              <w:rPr>
                <w:b/>
                <w:sz w:val="16"/>
              </w:rPr>
              <w:t>İMZA:</w:t>
            </w:r>
          </w:p>
        </w:tc>
        <w:tc>
          <w:tcPr>
            <w:tcW w:w="3118" w:type="dxa"/>
            <w:tcMar>
              <w:top w:w="45" w:type="dxa"/>
              <w:left w:w="80" w:type="dxa"/>
              <w:bottom w:w="45" w:type="dxa"/>
              <w:right w:w="80" w:type="dxa"/>
            </w:tcMar>
          </w:tcPr>
          <w:p w14:paraId="32BEE145" w14:textId="77777777" w:rsidR="005D6705" w:rsidRPr="00B31279" w:rsidRDefault="00602BD4" w:rsidP="00BD10CE">
            <w:pPr>
              <w:spacing w:after="0"/>
            </w:pPr>
            <w:r w:rsidRPr="00B31279">
              <w:rPr>
                <w:b/>
                <w:sz w:val="16"/>
              </w:rPr>
              <w:t>İMZA:</w:t>
            </w:r>
          </w:p>
        </w:tc>
        <w:tc>
          <w:tcPr>
            <w:tcW w:w="4013" w:type="dxa"/>
            <w:tcMar>
              <w:top w:w="45" w:type="dxa"/>
              <w:left w:w="80" w:type="dxa"/>
              <w:bottom w:w="45" w:type="dxa"/>
              <w:right w:w="80" w:type="dxa"/>
            </w:tcMar>
          </w:tcPr>
          <w:p w14:paraId="4A96FAC9" w14:textId="77777777" w:rsidR="00BD10CE" w:rsidRDefault="00BD10CE" w:rsidP="00BD10CE">
            <w:pPr>
              <w:spacing w:after="0"/>
              <w:rPr>
                <w:b/>
                <w:sz w:val="16"/>
              </w:rPr>
            </w:pPr>
            <w:r w:rsidRPr="00B31279">
              <w:rPr>
                <w:b/>
                <w:sz w:val="16"/>
              </w:rPr>
              <w:t>ÜYE:</w:t>
            </w:r>
          </w:p>
          <w:p w14:paraId="4EA72867" w14:textId="77777777" w:rsidR="00F822B2" w:rsidRDefault="00F822B2" w:rsidP="00BD10CE">
            <w:pPr>
              <w:spacing w:after="0"/>
              <w:rPr>
                <w:b/>
                <w:sz w:val="16"/>
              </w:rPr>
            </w:pPr>
          </w:p>
          <w:p w14:paraId="5FD4DF5E" w14:textId="586D2082" w:rsidR="005D6705" w:rsidRPr="00B31279" w:rsidRDefault="00BD10CE" w:rsidP="00BD10CE">
            <w:pPr>
              <w:spacing w:after="0"/>
            </w:pPr>
            <w:r w:rsidRPr="00B31279">
              <w:rPr>
                <w:b/>
                <w:sz w:val="16"/>
              </w:rPr>
              <w:t>TARİH:</w:t>
            </w:r>
            <w:r w:rsidRPr="00B31279">
              <w:rPr>
                <w:b/>
                <w:sz w:val="16"/>
              </w:rPr>
              <w:br/>
              <w:t>İMZA</w:t>
            </w:r>
            <w:r>
              <w:rPr>
                <w:b/>
                <w:sz w:val="16"/>
              </w:rPr>
              <w:t>:</w:t>
            </w:r>
          </w:p>
        </w:tc>
      </w:tr>
    </w:tbl>
    <w:p w14:paraId="25F13E5B" w14:textId="77777777" w:rsidR="005D6705" w:rsidRPr="00BD10CE" w:rsidRDefault="00602BD4">
      <w:pPr>
        <w:spacing w:before="40" w:after="0"/>
        <w:rPr>
          <w:sz w:val="20"/>
          <w:szCs w:val="28"/>
        </w:rPr>
      </w:pPr>
      <w:r w:rsidRPr="00BD10CE">
        <w:rPr>
          <w:i/>
          <w:sz w:val="18"/>
          <w:szCs w:val="28"/>
        </w:rPr>
        <w:t>Not: Bu form elektronik ortamda doldurulmak üzere hazırlanmıştır. Formun çıktısı alınarak ilgili taraflarca imzalanması ve gerekli akademik/idari süreçler tamamlandıktan sonra işleme alınması esastır.</w:t>
      </w:r>
    </w:p>
    <w:sectPr w:rsidR="005D6705" w:rsidRPr="00BD10CE" w:rsidSect="006B3F7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40" w:h="11907" w:orient="landscape" w:code="9"/>
      <w:pgMar w:top="1134" w:right="1134" w:bottom="1134" w:left="1134" w:header="851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A341C4" w14:textId="77777777" w:rsidR="001179CA" w:rsidRDefault="001179CA" w:rsidP="00DB6CE0">
      <w:pPr>
        <w:spacing w:after="0" w:line="240" w:lineRule="auto"/>
      </w:pPr>
      <w:r>
        <w:separator/>
      </w:r>
    </w:p>
  </w:endnote>
  <w:endnote w:type="continuationSeparator" w:id="0">
    <w:p w14:paraId="177C92E6" w14:textId="77777777" w:rsidR="001179CA" w:rsidRDefault="001179CA" w:rsidP="00DB6C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89E747" w14:textId="77777777" w:rsidR="00FA61A1" w:rsidRDefault="00FA61A1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16066750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5706F932" w14:textId="61F6D09F" w:rsidR="002A018A" w:rsidRPr="00250C7A" w:rsidRDefault="002A018A" w:rsidP="002A018A">
            <w:pPr>
              <w:pStyle w:val="AltBilgi"/>
              <w:jc w:val="right"/>
              <w:rPr>
                <w:color w:val="595959" w:themeColor="text1" w:themeTint="A6"/>
              </w:rPr>
            </w:pPr>
            <w:r w:rsidRPr="00250C7A">
              <w:rPr>
                <w:color w:val="595959" w:themeColor="text1" w:themeTint="A6"/>
              </w:rPr>
              <w:t>Hakkari Üniversitesi </w:t>
            </w:r>
            <w:r w:rsidR="00250C7A">
              <w:rPr>
                <w:color w:val="595959" w:themeColor="text1" w:themeTint="A6"/>
              </w:rPr>
              <w:t>–</w:t>
            </w:r>
            <w:r w:rsidRPr="00250C7A">
              <w:rPr>
                <w:color w:val="595959" w:themeColor="text1" w:themeTint="A6"/>
              </w:rPr>
              <w:t> Erasmus</w:t>
            </w:r>
            <w:r w:rsidR="00250C7A">
              <w:rPr>
                <w:color w:val="595959" w:themeColor="text1" w:themeTint="A6"/>
              </w:rPr>
              <w:t>+</w:t>
            </w:r>
            <w:r w:rsidRPr="00250C7A">
              <w:rPr>
                <w:color w:val="595959" w:themeColor="text1" w:themeTint="A6"/>
              </w:rPr>
              <w:t xml:space="preserve"> </w:t>
            </w:r>
            <w:r w:rsidR="00250C7A">
              <w:rPr>
                <w:color w:val="595959" w:themeColor="text1" w:themeTint="A6"/>
              </w:rPr>
              <w:t xml:space="preserve">Kurum </w:t>
            </w:r>
            <w:r w:rsidRPr="00250C7A">
              <w:rPr>
                <w:color w:val="595959" w:themeColor="text1" w:themeTint="A6"/>
              </w:rPr>
              <w:t>Koordinatörlüğü</w:t>
            </w:r>
          </w:p>
          <w:p w14:paraId="4192E1E9" w14:textId="77777777" w:rsidR="002A018A" w:rsidRPr="00250C7A" w:rsidRDefault="002A018A" w:rsidP="002A018A">
            <w:pPr>
              <w:pStyle w:val="AltBilgi"/>
              <w:jc w:val="right"/>
              <w:rPr>
                <w:color w:val="595959" w:themeColor="text1" w:themeTint="A6"/>
              </w:rPr>
            </w:pPr>
            <w:r w:rsidRPr="00250C7A">
              <w:rPr>
                <w:color w:val="595959" w:themeColor="text1" w:themeTint="A6"/>
              </w:rPr>
              <w:t>Zeynel Bey Yerleşkesi Keklikpınar Mah. Kampüs Caddesi Merkezi Derslikler Binası 30000 Merkez/Hakkari</w:t>
            </w:r>
          </w:p>
          <w:p w14:paraId="3AF16CF4" w14:textId="50834CD9" w:rsidR="002A018A" w:rsidRDefault="002A018A" w:rsidP="002A018A">
            <w:pPr>
              <w:pStyle w:val="AltBilgi"/>
              <w:jc w:val="right"/>
              <w:rPr>
                <w:color w:val="595959" w:themeColor="text1" w:themeTint="A6"/>
              </w:rPr>
            </w:pPr>
            <w:r w:rsidRPr="00250C7A">
              <w:rPr>
                <w:color w:val="595959" w:themeColor="text1" w:themeTint="A6"/>
              </w:rPr>
              <w:t>+90 (438) 212 12 12 / 650</w:t>
            </w:r>
            <w:r w:rsidR="00CD017D">
              <w:rPr>
                <w:color w:val="595959" w:themeColor="text1" w:themeTint="A6"/>
              </w:rPr>
              <w:t>0</w:t>
            </w:r>
            <w:r w:rsidRPr="00250C7A">
              <w:rPr>
                <w:color w:val="595959" w:themeColor="text1" w:themeTint="A6"/>
              </w:rPr>
              <w:t>, 650</w:t>
            </w:r>
            <w:r w:rsidR="00250C7A">
              <w:rPr>
                <w:color w:val="595959" w:themeColor="text1" w:themeTint="A6"/>
              </w:rPr>
              <w:t>1</w:t>
            </w:r>
          </w:p>
          <w:p w14:paraId="24CD8E36" w14:textId="49ECD37E" w:rsidR="00250C7A" w:rsidRPr="00250C7A" w:rsidRDefault="00250C7A" w:rsidP="002A018A">
            <w:pPr>
              <w:pStyle w:val="AltBilgi"/>
              <w:jc w:val="right"/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erasmus@hakkari.edu.tr</w:t>
            </w:r>
          </w:p>
          <w:p w14:paraId="1C89D46C" w14:textId="5AEDA727" w:rsidR="002A018A" w:rsidRDefault="002A018A" w:rsidP="002A018A">
            <w:pPr>
              <w:pStyle w:val="AltBilgi"/>
              <w:jc w:val="right"/>
            </w:pPr>
            <w:r>
              <w:t xml:space="preserve">Sayfa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/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2819525A" w14:textId="77777777" w:rsidR="00DB6CE0" w:rsidRDefault="00DB6CE0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E3DBAB" w14:textId="77777777" w:rsidR="00FA61A1" w:rsidRDefault="00FA61A1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DC0855" w14:textId="77777777" w:rsidR="001179CA" w:rsidRDefault="001179CA" w:rsidP="00DB6CE0">
      <w:pPr>
        <w:spacing w:after="0" w:line="240" w:lineRule="auto"/>
      </w:pPr>
      <w:r>
        <w:separator/>
      </w:r>
    </w:p>
  </w:footnote>
  <w:footnote w:type="continuationSeparator" w:id="0">
    <w:p w14:paraId="180173FA" w14:textId="77777777" w:rsidR="001179CA" w:rsidRDefault="001179CA" w:rsidP="00DB6C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AF4961" w14:textId="77777777" w:rsidR="00FA61A1" w:rsidRDefault="00FA61A1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oKlavuzu"/>
      <w:tblW w:w="5000" w:type="pct"/>
      <w:jc w:val="center"/>
      <w:shd w:val="clear" w:color="auto" w:fill="DBE5F1" w:themeFill="accent1" w:themeFillTint="33"/>
      <w:tblLook w:val="04A0" w:firstRow="1" w:lastRow="0" w:firstColumn="1" w:lastColumn="0" w:noHBand="0" w:noVBand="1"/>
    </w:tblPr>
    <w:tblGrid>
      <w:gridCol w:w="2059"/>
      <w:gridCol w:w="12503"/>
    </w:tblGrid>
    <w:tr w:rsidR="00F341D9" w14:paraId="624DF09A" w14:textId="77777777" w:rsidTr="00FA61A1">
      <w:trPr>
        <w:trHeight w:val="1129"/>
        <w:jc w:val="center"/>
      </w:trPr>
      <w:tc>
        <w:tcPr>
          <w:tcW w:w="707" w:type="pct"/>
          <w:shd w:val="clear" w:color="auto" w:fill="F5F7FA"/>
          <w:vAlign w:val="center"/>
        </w:tcPr>
        <w:p w14:paraId="621F644C" w14:textId="77777777" w:rsidR="00F341D9" w:rsidRDefault="00F341D9" w:rsidP="00F341D9">
          <w:pPr>
            <w:pStyle w:val="stBilgi"/>
            <w:jc w:val="center"/>
          </w:pPr>
          <w:r>
            <w:rPr>
              <w:noProof/>
            </w:rPr>
            <w:drawing>
              <wp:inline distT="0" distB="0" distL="0" distR="0" wp14:anchorId="63142FB1" wp14:editId="18767AC9">
                <wp:extent cx="481360" cy="612000"/>
                <wp:effectExtent l="0" t="0" r="0" b="0"/>
                <wp:docPr id="1627771533" name="Resi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27771533" name="Resim 1627771533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81360" cy="612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293" w:type="pct"/>
          <w:shd w:val="clear" w:color="auto" w:fill="F5F7FA"/>
          <w:vAlign w:val="center"/>
        </w:tcPr>
        <w:p w14:paraId="2537F65A" w14:textId="77777777" w:rsidR="00F341D9" w:rsidRPr="00F341D9" w:rsidRDefault="00F341D9" w:rsidP="00F341D9">
          <w:pPr>
            <w:pStyle w:val="stBilgi"/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F341D9">
            <w:rPr>
              <w:rFonts w:ascii="Times New Roman" w:hAnsi="Times New Roman" w:cs="Times New Roman"/>
              <w:b/>
              <w:sz w:val="24"/>
              <w:szCs w:val="24"/>
            </w:rPr>
            <w:t xml:space="preserve">ERASMUS+ ÖĞRENCİ ÖĞRENİM HAREKETLİLİĞİ DERS İNTİBAK A TABLOSU </w:t>
          </w:r>
        </w:p>
        <w:p w14:paraId="6957A47B" w14:textId="6EF29F1A" w:rsidR="00F341D9" w:rsidRPr="00F341D9" w:rsidRDefault="00F341D9" w:rsidP="00F341D9">
          <w:pPr>
            <w:pStyle w:val="stBilgi"/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F341D9">
            <w:rPr>
              <w:rFonts w:ascii="Times New Roman" w:hAnsi="Times New Roman" w:cs="Times New Roman"/>
              <w:b/>
              <w:sz w:val="24"/>
              <w:szCs w:val="24"/>
            </w:rPr>
            <w:t>(HAREKETLİLİK ÖNCESİNDE)</w:t>
          </w:r>
        </w:p>
      </w:tc>
    </w:tr>
  </w:tbl>
  <w:p w14:paraId="4AD4581F" w14:textId="77777777" w:rsidR="00F822B2" w:rsidRPr="00F341D9" w:rsidRDefault="00F822B2" w:rsidP="00F341D9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8BB1DA" w14:textId="77777777" w:rsidR="00FA61A1" w:rsidRDefault="00FA61A1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eNumara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eNumara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eMadde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eMadde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eNumara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641077041">
    <w:abstractNumId w:val="8"/>
  </w:num>
  <w:num w:numId="2" w16cid:durableId="745348744">
    <w:abstractNumId w:val="6"/>
  </w:num>
  <w:num w:numId="3" w16cid:durableId="1027675834">
    <w:abstractNumId w:val="5"/>
  </w:num>
  <w:num w:numId="4" w16cid:durableId="2006122953">
    <w:abstractNumId w:val="4"/>
  </w:num>
  <w:num w:numId="5" w16cid:durableId="1505125434">
    <w:abstractNumId w:val="7"/>
  </w:num>
  <w:num w:numId="6" w16cid:durableId="1819569883">
    <w:abstractNumId w:val="3"/>
  </w:num>
  <w:num w:numId="7" w16cid:durableId="2089770483">
    <w:abstractNumId w:val="2"/>
  </w:num>
  <w:num w:numId="8" w16cid:durableId="1258564162">
    <w:abstractNumId w:val="1"/>
  </w:num>
  <w:num w:numId="9" w16cid:durableId="5887360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04591"/>
    <w:rsid w:val="001179CA"/>
    <w:rsid w:val="0015074B"/>
    <w:rsid w:val="00197061"/>
    <w:rsid w:val="00250C7A"/>
    <w:rsid w:val="00250D3D"/>
    <w:rsid w:val="002613C5"/>
    <w:rsid w:val="00286603"/>
    <w:rsid w:val="0029639D"/>
    <w:rsid w:val="002A018A"/>
    <w:rsid w:val="00326F90"/>
    <w:rsid w:val="003B1413"/>
    <w:rsid w:val="003C5705"/>
    <w:rsid w:val="003C706D"/>
    <w:rsid w:val="004C6801"/>
    <w:rsid w:val="0058359E"/>
    <w:rsid w:val="00596F35"/>
    <w:rsid w:val="005D6705"/>
    <w:rsid w:val="00602BD4"/>
    <w:rsid w:val="006B3F72"/>
    <w:rsid w:val="006C5DCB"/>
    <w:rsid w:val="00703EF8"/>
    <w:rsid w:val="00721F00"/>
    <w:rsid w:val="009410AF"/>
    <w:rsid w:val="009A65B0"/>
    <w:rsid w:val="00A46D43"/>
    <w:rsid w:val="00A51711"/>
    <w:rsid w:val="00A53762"/>
    <w:rsid w:val="00A63689"/>
    <w:rsid w:val="00AA1D8D"/>
    <w:rsid w:val="00B11552"/>
    <w:rsid w:val="00B22197"/>
    <w:rsid w:val="00B31279"/>
    <w:rsid w:val="00B47730"/>
    <w:rsid w:val="00B559DB"/>
    <w:rsid w:val="00BD10CE"/>
    <w:rsid w:val="00C3709D"/>
    <w:rsid w:val="00C51B3E"/>
    <w:rsid w:val="00C86BD8"/>
    <w:rsid w:val="00CB0664"/>
    <w:rsid w:val="00CC1313"/>
    <w:rsid w:val="00CD017D"/>
    <w:rsid w:val="00D1202A"/>
    <w:rsid w:val="00DB6CE0"/>
    <w:rsid w:val="00E44514"/>
    <w:rsid w:val="00F051C7"/>
    <w:rsid w:val="00F341D9"/>
    <w:rsid w:val="00F44E1D"/>
    <w:rsid w:val="00F822B2"/>
    <w:rsid w:val="00FA61A1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5372CE55"/>
  <w14:defaultImageDpi w14:val="300"/>
  <w15:docId w15:val="{F8F07B08-2697-4BCE-897A-EDB9260483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10CE"/>
    <w:rPr>
      <w:rFonts w:ascii="Arial" w:eastAsia="Arial" w:hAnsi="Arial"/>
      <w:sz w:val="17"/>
      <w:lang w:val="tr-TR"/>
    </w:rPr>
  </w:style>
  <w:style w:type="paragraph" w:styleId="Balk1">
    <w:name w:val="heading 1"/>
    <w:basedOn w:val="Normal"/>
    <w:next w:val="Normal"/>
    <w:link w:val="Balk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E618BF"/>
  </w:style>
  <w:style w:type="paragraph" w:styleId="AltBilgi">
    <w:name w:val="footer"/>
    <w:basedOn w:val="Normal"/>
    <w:link w:val="Al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E618BF"/>
  </w:style>
  <w:style w:type="paragraph" w:styleId="AralkYok">
    <w:name w:val="No Spacing"/>
    <w:uiPriority w:val="1"/>
    <w:qFormat/>
    <w:rsid w:val="00FC693F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KonuBal">
    <w:name w:val="Title"/>
    <w:basedOn w:val="Normal"/>
    <w:next w:val="Normal"/>
    <w:link w:val="KonuBal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tyaz">
    <w:name w:val="Subtitle"/>
    <w:basedOn w:val="Normal"/>
    <w:next w:val="Normal"/>
    <w:link w:val="Altyaz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e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GvdeMetni">
    <w:name w:val="Body Text"/>
    <w:basedOn w:val="Normal"/>
    <w:link w:val="GvdeMetniChar"/>
    <w:uiPriority w:val="99"/>
    <w:unhideWhenUsed/>
    <w:rsid w:val="00AA1D8D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rsid w:val="00AA1D8D"/>
  </w:style>
  <w:style w:type="paragraph" w:styleId="GvdeMetni2">
    <w:name w:val="Body Text 2"/>
    <w:basedOn w:val="Normal"/>
    <w:link w:val="GvdeMetni2Char"/>
    <w:uiPriority w:val="99"/>
    <w:unhideWhenUsed/>
    <w:rsid w:val="00AA1D8D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rsid w:val="00AA1D8D"/>
  </w:style>
  <w:style w:type="paragraph" w:styleId="GvdeMetni3">
    <w:name w:val="Body Text 3"/>
    <w:basedOn w:val="Normal"/>
    <w:link w:val="GvdeMetni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Maddem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Maddem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Maddem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ara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ara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ara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Devam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Devam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Devam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kroMetni">
    <w:name w:val="macro"/>
    <w:link w:val="MakroMetni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MetniChar">
    <w:name w:val="Makro Metni Char"/>
    <w:basedOn w:val="VarsaylanParagrafYazTipi"/>
    <w:link w:val="MakroMetni"/>
    <w:uiPriority w:val="99"/>
    <w:rsid w:val="0029639D"/>
    <w:rPr>
      <w:rFonts w:ascii="Courier" w:hAnsi="Courier"/>
      <w:sz w:val="20"/>
      <w:szCs w:val="20"/>
    </w:rPr>
  </w:style>
  <w:style w:type="paragraph" w:styleId="Alnt">
    <w:name w:val="Quote"/>
    <w:basedOn w:val="Normal"/>
    <w:next w:val="Normal"/>
    <w:link w:val="AlntChar"/>
    <w:uiPriority w:val="29"/>
    <w:qFormat/>
    <w:rsid w:val="00FC693F"/>
    <w:rPr>
      <w:i/>
      <w:iCs/>
      <w:color w:val="000000" w:themeColor="text1"/>
    </w:rPr>
  </w:style>
  <w:style w:type="character" w:customStyle="1" w:styleId="AlntChar">
    <w:name w:val="Alıntı Char"/>
    <w:basedOn w:val="VarsaylanParagrafYazTipi"/>
    <w:link w:val="Alnt"/>
    <w:uiPriority w:val="29"/>
    <w:rsid w:val="00FC693F"/>
    <w:rPr>
      <w:i/>
      <w:iCs/>
      <w:color w:val="000000" w:themeColor="text1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Gl">
    <w:name w:val="Strong"/>
    <w:basedOn w:val="VarsaylanParagrafYazTipi"/>
    <w:uiPriority w:val="22"/>
    <w:qFormat/>
    <w:rsid w:val="00FC693F"/>
    <w:rPr>
      <w:b/>
      <w:bCs/>
    </w:rPr>
  </w:style>
  <w:style w:type="character" w:styleId="Vurgu">
    <w:name w:val="Emphasis"/>
    <w:basedOn w:val="VarsaylanParagrafYazTipi"/>
    <w:uiPriority w:val="20"/>
    <w:qFormat/>
    <w:rsid w:val="00FC693F"/>
    <w:rPr>
      <w:i/>
      <w:iCs/>
    </w:rPr>
  </w:style>
  <w:style w:type="paragraph" w:styleId="GlAlnt">
    <w:name w:val="Intense Quote"/>
    <w:basedOn w:val="Normal"/>
    <w:next w:val="Normal"/>
    <w:link w:val="GlAln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GlAlntChar">
    <w:name w:val="Güçlü Alıntı Char"/>
    <w:basedOn w:val="VarsaylanParagrafYazTipi"/>
    <w:link w:val="GlAlnt"/>
    <w:uiPriority w:val="30"/>
    <w:rsid w:val="00FC693F"/>
    <w:rPr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FC693F"/>
    <w:rPr>
      <w:i/>
      <w:iCs/>
      <w:color w:val="808080" w:themeColor="text1" w:themeTint="7F"/>
    </w:rPr>
  </w:style>
  <w:style w:type="character" w:styleId="GlVurgulama">
    <w:name w:val="Intense Emphasis"/>
    <w:basedOn w:val="VarsaylanParagrafYazTipi"/>
    <w:uiPriority w:val="21"/>
    <w:qFormat/>
    <w:rsid w:val="00FC693F"/>
    <w:rPr>
      <w:b/>
      <w:bCs/>
      <w:i/>
      <w:iCs/>
      <w:color w:val="4F81BD" w:themeColor="accent1"/>
    </w:rPr>
  </w:style>
  <w:style w:type="character" w:styleId="HafifBavuru">
    <w:name w:val="Subtle Reference"/>
    <w:basedOn w:val="VarsaylanParagrafYazTipi"/>
    <w:uiPriority w:val="31"/>
    <w:qFormat/>
    <w:rsid w:val="00FC693F"/>
    <w:rPr>
      <w:smallCaps/>
      <w:color w:val="C0504D" w:themeColor="accent2"/>
      <w:u w:val="single"/>
    </w:rPr>
  </w:style>
  <w:style w:type="character" w:styleId="GlBavuru">
    <w:name w:val="Intense Reference"/>
    <w:basedOn w:val="VarsaylanParagrafYazTipi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itapBal">
    <w:name w:val="Book Title"/>
    <w:basedOn w:val="VarsaylanParagrafYazTipi"/>
    <w:uiPriority w:val="33"/>
    <w:qFormat/>
    <w:rsid w:val="00FC693F"/>
    <w:rPr>
      <w:b/>
      <w:bCs/>
      <w:smallCaps/>
      <w:spacing w:val="5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FC693F"/>
    <w:pPr>
      <w:outlineLvl w:val="9"/>
    </w:pPr>
  </w:style>
  <w:style w:type="table" w:styleId="TabloKlavuzu">
    <w:name w:val="Table Grid"/>
    <w:basedOn w:val="NormalTablo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kGlgeleme">
    <w:name w:val="Light Shading"/>
    <w:basedOn w:val="NormalTablo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AkGlgeleme-Vurgu1">
    <w:name w:val="Light Shading Accent 1"/>
    <w:basedOn w:val="NormalTablo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AkGlgeleme-Vurgu2">
    <w:name w:val="Light Shading Accent 2"/>
    <w:basedOn w:val="NormalTablo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AkGlgeleme-Vurgu3">
    <w:name w:val="Light Shading Accent 3"/>
    <w:basedOn w:val="NormalTablo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AkGlgeleme-Vurgu4">
    <w:name w:val="Light Shading Accent 4"/>
    <w:basedOn w:val="NormalTablo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AkGlgeleme-Vurgu5">
    <w:name w:val="Light Shading Accent 5"/>
    <w:basedOn w:val="NormalTablo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AkGlgeleme-Vurgu6">
    <w:name w:val="Light Shading Accent 6"/>
    <w:basedOn w:val="NormalTablo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kListe">
    <w:name w:val="Light List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AkListe-Vurgu1">
    <w:name w:val="Light List Accent 1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AkListe-Vurgu2">
    <w:name w:val="Light List Accent 2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AkListe-Vurgu3">
    <w:name w:val="Light List Accent 3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AkListe-Vurgu4">
    <w:name w:val="Light List Accent 4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AkListe-Vurgu5">
    <w:name w:val="Light List Accent 5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AkListe-Vurgu6">
    <w:name w:val="Light List Accent 6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kKlavuz">
    <w:name w:val="Light Grid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AkKlavuz-Vurgu1">
    <w:name w:val="Light Grid Accent 1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AkKlavuz-Vurgu2">
    <w:name w:val="Light Grid Accent 2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AkKlavuz-Vurgu3">
    <w:name w:val="Light Grid Accent 3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AkKlavuz-Vurgu4">
    <w:name w:val="Light Grid Accent 4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AkKlavuz-Vurgu5">
    <w:name w:val="Light Grid Accent 5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Klavuz-Vurgu6">
    <w:name w:val="Light Grid Accent 6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OrtaGlgeleme1">
    <w:name w:val="Medium Shading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1">
    <w:name w:val="Medium Shading 1 Accent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2">
    <w:name w:val="Medium Shading 1 Accent 2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3">
    <w:name w:val="Medium Shading 1 Accent 3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4">
    <w:name w:val="Medium Shading 1 Accent 4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5">
    <w:name w:val="Medium Shading 1 Accent 5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6">
    <w:name w:val="Medium Shading 1 Accent 6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2">
    <w:name w:val="Medium Shading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1">
    <w:name w:val="Medium Shading 2 Accent 1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2">
    <w:name w:val="Medium Shading 2 Accent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3">
    <w:name w:val="Medium Shading 2 Accent 3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4">
    <w:name w:val="Medium Shading 2 Accent 4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5">
    <w:name w:val="Medium Shading 2 Accent 5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6">
    <w:name w:val="Medium Shading 2 Accent 6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Liste1">
    <w:name w:val="Medium Lis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OrtaListe1-Vurgu1">
    <w:name w:val="Medium List 1 Accen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OrtaListe1-Vurgu2">
    <w:name w:val="Medium List 1 Accent 2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OrtaListe1-Vurgu3">
    <w:name w:val="Medium List 1 Accent 3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OrtaListe1-Vurgu4">
    <w:name w:val="Medium List 1 Accent 4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OrtaListe1-Vurgu5">
    <w:name w:val="Medium List 1 Accent 5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OrtaListe1-Vurgu6">
    <w:name w:val="Medium List 1 Accent 6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OrtaListe2">
    <w:name w:val="Medium Lis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2-Vurgu1">
    <w:name w:val="Medium List 2 Accent 1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2">
    <w:name w:val="Medium List 2 Accen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3">
    <w:name w:val="Medium List 2 Accent 3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4">
    <w:name w:val="Medium List 2 Accent 4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5">
    <w:name w:val="Medium List 2 Accent 5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6">
    <w:name w:val="Medium List 2 Accent 6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Klavuz1">
    <w:name w:val="Medium Grid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rtaKlavuz1-Vurgu1">
    <w:name w:val="Medium Grid 1 Accent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rtaKlavuz1-Vurgu2">
    <w:name w:val="Medium Grid 1 Accent 2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rtaKlavuz1-Vurgu3">
    <w:name w:val="Medium Grid 1 Accent 3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rtaKlavuz1-Vurgu4">
    <w:name w:val="Medium Grid 1 Accent 4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rtaKlavuz1-Vurgu5">
    <w:name w:val="Medium Grid 1 Accent 5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rtaKlavuz1-Vurgu6">
    <w:name w:val="Medium Grid 1 Accent 6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rtaKlavuz2">
    <w:name w:val="Medium Grid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1">
    <w:name w:val="Medium Grid 2 Accent 1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2">
    <w:name w:val="Medium Grid 2 Accent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3">
    <w:name w:val="Medium Grid 2 Accent 3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4">
    <w:name w:val="Medium Grid 2 Accent 4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5">
    <w:name w:val="Medium Grid 2 Accent 5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6">
    <w:name w:val="Medium Grid 2 Accent 6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3">
    <w:name w:val="Medium Grid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OrtaKlavuz3-Vurgu2">
    <w:name w:val="Medium Grid 3 Accent 2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OrtaKlavuz3-Vurgu3">
    <w:name w:val="Medium Grid 3 Accent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OrtaKlavuz3-Vurgu4">
    <w:name w:val="Medium Grid 3 Accent 4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OrtaKlavuz3-Vurgu5">
    <w:name w:val="Medium Grid 3 Accent 5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OrtaKlavuz3-Vurgu6">
    <w:name w:val="Medium Grid 3 Accent 6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KoyuListe">
    <w:name w:val="Dark List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KoyuListe-Vurgu1">
    <w:name w:val="Dark List Accent 1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KoyuListe-Vurgu2">
    <w:name w:val="Dark List Accent 2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KoyuListe-Vurgu3">
    <w:name w:val="Dark List Accent 3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KoyuListe-Vurgu4">
    <w:name w:val="Dark List Accent 4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KoyuListe-Vurgu5">
    <w:name w:val="Dark List Accent 5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KoyuListe-Vurgu6">
    <w:name w:val="Dark List Accent 6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RenkliGlgeleme">
    <w:name w:val="Colorful Shading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1">
    <w:name w:val="Colorful Shading Accent 1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2">
    <w:name w:val="Colorful Shading Accent 2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3">
    <w:name w:val="Colorful Shading Accent 3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Glgeleme-Vurgu4">
    <w:name w:val="Colorful Shading Accent 4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5">
    <w:name w:val="Colorful Shading Accent 5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6">
    <w:name w:val="Colorful Shading Accent 6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Liste">
    <w:name w:val="Colorful List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enkliListe-Vurgu1">
    <w:name w:val="Colorful List Accent 1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RenkliListe-Vurgu2">
    <w:name w:val="Colorful List Accent 2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RenkliListe-Vurgu3">
    <w:name w:val="Colorful List Accent 3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RenkliListe-Vurgu4">
    <w:name w:val="Colorful List Accent 4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RenkliListe-Vurgu5">
    <w:name w:val="Colorful List Accent 5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RenkliListe-Vurgu6">
    <w:name w:val="Colorful List Accent 6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RenkliKlavuz">
    <w:name w:val="Colorful Grid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nkliKlavuz-Vurgu1">
    <w:name w:val="Colorful Grid Accent 1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nkliKlavuz-Vurgu2">
    <w:name w:val="Colorful Grid Accent 2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nkliKlavuz-Vurgu3">
    <w:name w:val="Colorful Grid Accent 3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Klavuz-Vurgu4">
    <w:name w:val="Colorful Grid Accent 4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nkliKlavuz-Vurgu5">
    <w:name w:val="Colorful Grid Accent 5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nkliKlavuz-Vurgu6">
    <w:name w:val="Colorful Grid Accent 6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371</Words>
  <Characters>2118</Characters>
  <Application>Microsoft Office Word</Application>
  <DocSecurity>0</DocSecurity>
  <Lines>17</Lines>
  <Paragraphs>4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2485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HAKKARİ ÜNİVERSİTESİ</dc:title>
  <dc:subject/>
  <dc:creator>python-docx</dc:creator>
  <cp:keywords/>
  <dc:description>generated by python-docx</dc:description>
  <cp:lastModifiedBy>Savaş Beyter</cp:lastModifiedBy>
  <cp:revision>4</cp:revision>
  <dcterms:created xsi:type="dcterms:W3CDTF">2026-04-19T18:26:00Z</dcterms:created>
  <dcterms:modified xsi:type="dcterms:W3CDTF">2026-06-05T06:37:00Z</dcterms:modified>
  <cp:category/>
</cp:coreProperties>
</file>