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0"/>
        <w:gridCol w:w="2605"/>
        <w:gridCol w:w="2608"/>
        <w:gridCol w:w="2097"/>
        <w:gridCol w:w="2604"/>
        <w:gridCol w:w="2608"/>
      </w:tblGrid>
      <w:tr w:rsidR="005D6705" w:rsidRPr="00B31279" w14:paraId="3553506D" w14:textId="77777777" w:rsidTr="00D07C05">
        <w:trPr>
          <w:jc w:val="center"/>
        </w:trPr>
        <w:tc>
          <w:tcPr>
            <w:tcW w:w="1900" w:type="dxa"/>
            <w:shd w:val="clear" w:color="auto" w:fill="DCE8F4"/>
            <w:tcMar>
              <w:top w:w="45" w:type="dxa"/>
              <w:left w:w="80" w:type="dxa"/>
              <w:bottom w:w="45" w:type="dxa"/>
              <w:right w:w="80" w:type="dxa"/>
            </w:tcMar>
            <w:vAlign w:val="center"/>
          </w:tcPr>
          <w:p w14:paraId="5506A64F" w14:textId="32C9C7AA" w:rsidR="005D6705" w:rsidRPr="00B31279" w:rsidRDefault="00B31279" w:rsidP="00B31279">
            <w:pPr>
              <w:spacing w:after="0"/>
              <w:rPr>
                <w:sz w:val="16"/>
                <w:szCs w:val="16"/>
              </w:rPr>
            </w:pPr>
            <w:r w:rsidRPr="00B31279">
              <w:rPr>
                <w:b/>
                <w:sz w:val="16"/>
                <w:szCs w:val="16"/>
              </w:rPr>
              <w:t>ENSTİTÜ / FAKÜLTE /  MYO</w:t>
            </w:r>
          </w:p>
        </w:tc>
        <w:tc>
          <w:tcPr>
            <w:tcW w:w="4855" w:type="dxa"/>
            <w:gridSpan w:val="2"/>
            <w:tcMar>
              <w:top w:w="45" w:type="dxa"/>
              <w:left w:w="80" w:type="dxa"/>
              <w:bottom w:w="45" w:type="dxa"/>
              <w:right w:w="80" w:type="dxa"/>
            </w:tcMar>
            <w:vAlign w:val="center"/>
          </w:tcPr>
          <w:p w14:paraId="7B26F731" w14:textId="0B06AE04" w:rsidR="005D6705" w:rsidRPr="00B31279" w:rsidRDefault="005D6705" w:rsidP="00B31279">
            <w:pPr>
              <w:spacing w:after="0"/>
              <w:rPr>
                <w:sz w:val="16"/>
                <w:szCs w:val="16"/>
              </w:rPr>
            </w:pPr>
          </w:p>
        </w:tc>
        <w:tc>
          <w:tcPr>
            <w:tcW w:w="1953" w:type="dxa"/>
            <w:shd w:val="clear" w:color="auto" w:fill="DCE8F4"/>
            <w:tcMar>
              <w:top w:w="45" w:type="dxa"/>
              <w:left w:w="80" w:type="dxa"/>
              <w:bottom w:w="45" w:type="dxa"/>
              <w:right w:w="80" w:type="dxa"/>
            </w:tcMar>
            <w:vAlign w:val="center"/>
          </w:tcPr>
          <w:p w14:paraId="20E6127B" w14:textId="2155975C" w:rsidR="005D6705" w:rsidRPr="00B31279" w:rsidRDefault="00B31279" w:rsidP="00B31279">
            <w:pPr>
              <w:spacing w:after="0"/>
              <w:rPr>
                <w:sz w:val="16"/>
                <w:szCs w:val="16"/>
              </w:rPr>
            </w:pPr>
            <w:r w:rsidRPr="00B31279">
              <w:rPr>
                <w:b/>
                <w:sz w:val="16"/>
                <w:szCs w:val="16"/>
              </w:rPr>
              <w:t>KABUL EDEN ÜNİVERSİTE</w:t>
            </w:r>
          </w:p>
        </w:tc>
        <w:tc>
          <w:tcPr>
            <w:tcW w:w="4854" w:type="dxa"/>
            <w:gridSpan w:val="2"/>
            <w:tcMar>
              <w:top w:w="45" w:type="dxa"/>
              <w:left w:w="80" w:type="dxa"/>
              <w:bottom w:w="45" w:type="dxa"/>
              <w:right w:w="80" w:type="dxa"/>
            </w:tcMar>
            <w:vAlign w:val="center"/>
          </w:tcPr>
          <w:p w14:paraId="355FBFF1" w14:textId="77777777" w:rsidR="005D6705" w:rsidRPr="00B31279" w:rsidRDefault="005D6705" w:rsidP="00B31279">
            <w:pPr>
              <w:spacing w:after="0"/>
              <w:rPr>
                <w:sz w:val="16"/>
                <w:szCs w:val="16"/>
              </w:rPr>
            </w:pPr>
          </w:p>
        </w:tc>
      </w:tr>
      <w:tr w:rsidR="005D6705" w:rsidRPr="00B31279" w14:paraId="28BF512E" w14:textId="77777777" w:rsidTr="00D07C05">
        <w:trPr>
          <w:jc w:val="center"/>
        </w:trPr>
        <w:tc>
          <w:tcPr>
            <w:tcW w:w="1900" w:type="dxa"/>
            <w:shd w:val="clear" w:color="auto" w:fill="DCE8F4"/>
            <w:tcMar>
              <w:top w:w="45" w:type="dxa"/>
              <w:left w:w="80" w:type="dxa"/>
              <w:bottom w:w="45" w:type="dxa"/>
              <w:right w:w="80" w:type="dxa"/>
            </w:tcMar>
            <w:vAlign w:val="center"/>
          </w:tcPr>
          <w:p w14:paraId="58413133" w14:textId="2DF021AE" w:rsidR="005D6705" w:rsidRPr="00B31279" w:rsidRDefault="00000000" w:rsidP="00B31279">
            <w:pPr>
              <w:spacing w:after="0"/>
              <w:rPr>
                <w:sz w:val="16"/>
                <w:szCs w:val="16"/>
              </w:rPr>
            </w:pPr>
            <w:r w:rsidRPr="00B31279">
              <w:rPr>
                <w:b/>
                <w:sz w:val="16"/>
                <w:szCs w:val="16"/>
              </w:rPr>
              <w:t xml:space="preserve">BÖLÜM / </w:t>
            </w:r>
            <w:r w:rsidR="00B31279" w:rsidRPr="00B31279">
              <w:rPr>
                <w:b/>
                <w:sz w:val="16"/>
                <w:szCs w:val="16"/>
              </w:rPr>
              <w:t>PROGRAM</w:t>
            </w:r>
          </w:p>
        </w:tc>
        <w:tc>
          <w:tcPr>
            <w:tcW w:w="4855" w:type="dxa"/>
            <w:gridSpan w:val="2"/>
            <w:tcMar>
              <w:top w:w="45" w:type="dxa"/>
              <w:left w:w="80" w:type="dxa"/>
              <w:bottom w:w="45" w:type="dxa"/>
              <w:right w:w="80" w:type="dxa"/>
            </w:tcMar>
            <w:vAlign w:val="center"/>
          </w:tcPr>
          <w:p w14:paraId="580955EE" w14:textId="77777777" w:rsidR="005D6705" w:rsidRPr="00B31279" w:rsidRDefault="005D6705" w:rsidP="00B31279">
            <w:pPr>
              <w:spacing w:after="0"/>
              <w:rPr>
                <w:sz w:val="16"/>
                <w:szCs w:val="16"/>
              </w:rPr>
            </w:pPr>
          </w:p>
        </w:tc>
        <w:tc>
          <w:tcPr>
            <w:tcW w:w="1953" w:type="dxa"/>
            <w:shd w:val="clear" w:color="auto" w:fill="DCE8F4"/>
            <w:tcMar>
              <w:top w:w="45" w:type="dxa"/>
              <w:left w:w="80" w:type="dxa"/>
              <w:bottom w:w="45" w:type="dxa"/>
              <w:right w:w="80" w:type="dxa"/>
            </w:tcMar>
            <w:vAlign w:val="center"/>
          </w:tcPr>
          <w:p w14:paraId="79327495" w14:textId="77777777" w:rsidR="005D6705" w:rsidRPr="00B31279" w:rsidRDefault="00000000" w:rsidP="00B31279">
            <w:pPr>
              <w:spacing w:after="0"/>
              <w:rPr>
                <w:sz w:val="16"/>
                <w:szCs w:val="16"/>
              </w:rPr>
            </w:pPr>
            <w:r w:rsidRPr="00B31279">
              <w:rPr>
                <w:b/>
                <w:sz w:val="16"/>
                <w:szCs w:val="16"/>
              </w:rPr>
              <w:t>ÜLKE</w:t>
            </w:r>
          </w:p>
        </w:tc>
        <w:tc>
          <w:tcPr>
            <w:tcW w:w="4854" w:type="dxa"/>
            <w:gridSpan w:val="2"/>
            <w:tcMar>
              <w:top w:w="45" w:type="dxa"/>
              <w:left w:w="80" w:type="dxa"/>
              <w:bottom w:w="45" w:type="dxa"/>
              <w:right w:w="80" w:type="dxa"/>
            </w:tcMar>
            <w:vAlign w:val="center"/>
          </w:tcPr>
          <w:p w14:paraId="1FAF7244" w14:textId="77777777" w:rsidR="005D6705" w:rsidRPr="00B31279" w:rsidRDefault="005D6705" w:rsidP="00B31279">
            <w:pPr>
              <w:spacing w:after="0"/>
              <w:rPr>
                <w:sz w:val="16"/>
                <w:szCs w:val="16"/>
              </w:rPr>
            </w:pPr>
          </w:p>
        </w:tc>
      </w:tr>
      <w:tr w:rsidR="00B31279" w:rsidRPr="00B31279" w14:paraId="351F91D9" w14:textId="77777777" w:rsidTr="00D07C05">
        <w:trPr>
          <w:jc w:val="center"/>
        </w:trPr>
        <w:tc>
          <w:tcPr>
            <w:tcW w:w="1900" w:type="dxa"/>
            <w:shd w:val="clear" w:color="auto" w:fill="DCE8F4"/>
            <w:tcMar>
              <w:top w:w="45" w:type="dxa"/>
              <w:left w:w="80" w:type="dxa"/>
              <w:bottom w:w="45" w:type="dxa"/>
              <w:right w:w="80" w:type="dxa"/>
            </w:tcMar>
            <w:vAlign w:val="center"/>
          </w:tcPr>
          <w:p w14:paraId="4E9A0736" w14:textId="6E4503A0" w:rsidR="00B31279" w:rsidRPr="00B31279" w:rsidRDefault="00B31279" w:rsidP="00B31279">
            <w:pPr>
              <w:spacing w:after="0"/>
              <w:rPr>
                <w:sz w:val="16"/>
                <w:szCs w:val="16"/>
              </w:rPr>
            </w:pPr>
            <w:r w:rsidRPr="00B31279">
              <w:rPr>
                <w:b/>
                <w:sz w:val="16"/>
                <w:szCs w:val="16"/>
              </w:rPr>
              <w:t>ADI - SOYADI</w:t>
            </w:r>
          </w:p>
        </w:tc>
        <w:tc>
          <w:tcPr>
            <w:tcW w:w="4855" w:type="dxa"/>
            <w:gridSpan w:val="2"/>
            <w:tcMar>
              <w:top w:w="45" w:type="dxa"/>
              <w:left w:w="80" w:type="dxa"/>
              <w:bottom w:w="45" w:type="dxa"/>
              <w:right w:w="80" w:type="dxa"/>
            </w:tcMar>
            <w:vAlign w:val="center"/>
          </w:tcPr>
          <w:p w14:paraId="0613709F" w14:textId="77777777" w:rsidR="00B31279" w:rsidRPr="00B31279" w:rsidRDefault="00B31279" w:rsidP="00B31279">
            <w:pPr>
              <w:spacing w:after="0"/>
              <w:rPr>
                <w:sz w:val="16"/>
                <w:szCs w:val="16"/>
              </w:rPr>
            </w:pPr>
          </w:p>
        </w:tc>
        <w:tc>
          <w:tcPr>
            <w:tcW w:w="1953" w:type="dxa"/>
            <w:shd w:val="clear" w:color="auto" w:fill="DCE8F4"/>
            <w:tcMar>
              <w:top w:w="45" w:type="dxa"/>
              <w:left w:w="80" w:type="dxa"/>
              <w:bottom w:w="45" w:type="dxa"/>
              <w:right w:w="80" w:type="dxa"/>
            </w:tcMar>
            <w:vAlign w:val="center"/>
          </w:tcPr>
          <w:p w14:paraId="32D43A9C" w14:textId="77777777" w:rsidR="00B31279" w:rsidRPr="00B31279" w:rsidRDefault="00B31279" w:rsidP="00B31279">
            <w:pPr>
              <w:spacing w:after="0"/>
              <w:rPr>
                <w:sz w:val="16"/>
                <w:szCs w:val="16"/>
              </w:rPr>
            </w:pPr>
            <w:r w:rsidRPr="00B31279">
              <w:rPr>
                <w:b/>
                <w:sz w:val="16"/>
                <w:szCs w:val="16"/>
              </w:rPr>
              <w:t>ERASMUS KODU / OID</w:t>
            </w:r>
          </w:p>
        </w:tc>
        <w:tc>
          <w:tcPr>
            <w:tcW w:w="2425" w:type="dxa"/>
            <w:tcMar>
              <w:top w:w="45" w:type="dxa"/>
              <w:left w:w="80" w:type="dxa"/>
              <w:bottom w:w="45" w:type="dxa"/>
              <w:right w:w="80" w:type="dxa"/>
            </w:tcMar>
            <w:vAlign w:val="center"/>
          </w:tcPr>
          <w:p w14:paraId="3262DAE1" w14:textId="77777777" w:rsidR="00B31279" w:rsidRPr="00B31279" w:rsidRDefault="00B31279" w:rsidP="00B31279">
            <w:pPr>
              <w:spacing w:after="0"/>
              <w:rPr>
                <w:sz w:val="16"/>
                <w:szCs w:val="16"/>
              </w:rPr>
            </w:pPr>
          </w:p>
        </w:tc>
        <w:tc>
          <w:tcPr>
            <w:tcW w:w="2429" w:type="dxa"/>
            <w:vAlign w:val="center"/>
          </w:tcPr>
          <w:p w14:paraId="12D94B04" w14:textId="7F85282A" w:rsidR="00B31279" w:rsidRPr="00B31279" w:rsidRDefault="00B31279" w:rsidP="00B31279">
            <w:pPr>
              <w:spacing w:after="0"/>
              <w:rPr>
                <w:sz w:val="16"/>
                <w:szCs w:val="16"/>
              </w:rPr>
            </w:pPr>
          </w:p>
        </w:tc>
      </w:tr>
      <w:tr w:rsidR="00197061" w:rsidRPr="00B31279" w14:paraId="0F32F158" w14:textId="77777777" w:rsidTr="00D07C05">
        <w:trPr>
          <w:jc w:val="center"/>
        </w:trPr>
        <w:tc>
          <w:tcPr>
            <w:tcW w:w="1900" w:type="dxa"/>
            <w:shd w:val="clear" w:color="auto" w:fill="DCE8F4"/>
            <w:tcMar>
              <w:top w:w="45" w:type="dxa"/>
              <w:left w:w="80" w:type="dxa"/>
              <w:bottom w:w="45" w:type="dxa"/>
              <w:right w:w="80" w:type="dxa"/>
            </w:tcMar>
            <w:vAlign w:val="center"/>
          </w:tcPr>
          <w:p w14:paraId="351651AF" w14:textId="6CEA0A8B" w:rsidR="00197061" w:rsidRPr="00B31279" w:rsidRDefault="00197061" w:rsidP="00B31279">
            <w:pPr>
              <w:spacing w:after="0"/>
              <w:rPr>
                <w:b/>
                <w:sz w:val="16"/>
                <w:szCs w:val="16"/>
              </w:rPr>
            </w:pPr>
            <w:r w:rsidRPr="00B31279">
              <w:rPr>
                <w:b/>
                <w:sz w:val="16"/>
                <w:szCs w:val="16"/>
              </w:rPr>
              <w:t>TCKN / ÖĞRENCİ NO</w:t>
            </w:r>
          </w:p>
        </w:tc>
        <w:tc>
          <w:tcPr>
            <w:tcW w:w="2426" w:type="dxa"/>
            <w:tcMar>
              <w:top w:w="45" w:type="dxa"/>
              <w:left w:w="80" w:type="dxa"/>
              <w:bottom w:w="45" w:type="dxa"/>
              <w:right w:w="80" w:type="dxa"/>
            </w:tcMar>
            <w:vAlign w:val="center"/>
          </w:tcPr>
          <w:p w14:paraId="5F88976D" w14:textId="77777777" w:rsidR="00197061" w:rsidRPr="00B31279" w:rsidRDefault="00197061" w:rsidP="00B31279">
            <w:pPr>
              <w:spacing w:after="0"/>
              <w:rPr>
                <w:sz w:val="16"/>
                <w:szCs w:val="16"/>
              </w:rPr>
            </w:pPr>
          </w:p>
        </w:tc>
        <w:tc>
          <w:tcPr>
            <w:tcW w:w="2429" w:type="dxa"/>
            <w:vAlign w:val="center"/>
          </w:tcPr>
          <w:p w14:paraId="344887AF" w14:textId="5ED65505" w:rsidR="00197061" w:rsidRPr="00B31279" w:rsidRDefault="00197061" w:rsidP="00B31279">
            <w:pPr>
              <w:spacing w:after="0"/>
              <w:rPr>
                <w:sz w:val="16"/>
                <w:szCs w:val="16"/>
              </w:rPr>
            </w:pPr>
          </w:p>
        </w:tc>
        <w:tc>
          <w:tcPr>
            <w:tcW w:w="1953" w:type="dxa"/>
            <w:shd w:val="clear" w:color="auto" w:fill="DCE8F4"/>
            <w:tcMar>
              <w:top w:w="45" w:type="dxa"/>
              <w:left w:w="80" w:type="dxa"/>
              <w:bottom w:w="45" w:type="dxa"/>
              <w:right w:w="80" w:type="dxa"/>
            </w:tcMar>
            <w:vAlign w:val="center"/>
          </w:tcPr>
          <w:p w14:paraId="5D8A07A2" w14:textId="76C267AF" w:rsidR="00197061" w:rsidRPr="00B31279" w:rsidRDefault="00197061" w:rsidP="00B31279">
            <w:pPr>
              <w:spacing w:after="0"/>
              <w:rPr>
                <w:b/>
                <w:sz w:val="16"/>
                <w:szCs w:val="16"/>
              </w:rPr>
            </w:pPr>
            <w:r w:rsidRPr="00B31279">
              <w:rPr>
                <w:b/>
                <w:sz w:val="16"/>
                <w:szCs w:val="16"/>
              </w:rPr>
              <w:t xml:space="preserve">AKADEMİK </w:t>
            </w:r>
            <w:r>
              <w:rPr>
                <w:b/>
                <w:sz w:val="16"/>
                <w:szCs w:val="16"/>
              </w:rPr>
              <w:t>YIL</w:t>
            </w:r>
          </w:p>
        </w:tc>
        <w:tc>
          <w:tcPr>
            <w:tcW w:w="4854" w:type="dxa"/>
            <w:gridSpan w:val="2"/>
            <w:tcMar>
              <w:top w:w="45" w:type="dxa"/>
              <w:left w:w="80" w:type="dxa"/>
              <w:bottom w:w="45" w:type="dxa"/>
              <w:right w:w="80" w:type="dxa"/>
            </w:tcMar>
            <w:vAlign w:val="center"/>
          </w:tcPr>
          <w:p w14:paraId="1353C17F" w14:textId="57929F25" w:rsidR="00197061" w:rsidRPr="00B31279" w:rsidRDefault="00197061" w:rsidP="00B31279">
            <w:pPr>
              <w:spacing w:after="0"/>
              <w:rPr>
                <w:sz w:val="16"/>
                <w:szCs w:val="16"/>
              </w:rPr>
            </w:pPr>
          </w:p>
        </w:tc>
      </w:tr>
      <w:tr w:rsidR="00197061" w:rsidRPr="00B31279" w14:paraId="17A5EDF4" w14:textId="77777777" w:rsidTr="00D07C05">
        <w:trPr>
          <w:jc w:val="center"/>
        </w:trPr>
        <w:tc>
          <w:tcPr>
            <w:tcW w:w="1900" w:type="dxa"/>
            <w:shd w:val="clear" w:color="auto" w:fill="DCE8F4"/>
            <w:tcMar>
              <w:top w:w="45" w:type="dxa"/>
              <w:left w:w="80" w:type="dxa"/>
              <w:bottom w:w="45" w:type="dxa"/>
              <w:right w:w="80" w:type="dxa"/>
            </w:tcMar>
            <w:vAlign w:val="center"/>
          </w:tcPr>
          <w:p w14:paraId="172B10EB" w14:textId="7A7415E1" w:rsidR="00197061" w:rsidRPr="00B31279" w:rsidRDefault="00197061" w:rsidP="00B31279">
            <w:pPr>
              <w:spacing w:after="0"/>
              <w:rPr>
                <w:sz w:val="16"/>
                <w:szCs w:val="16"/>
              </w:rPr>
            </w:pPr>
            <w:r w:rsidRPr="00B31279">
              <w:rPr>
                <w:b/>
                <w:sz w:val="16"/>
                <w:szCs w:val="16"/>
              </w:rPr>
              <w:t>SINIF</w:t>
            </w:r>
          </w:p>
        </w:tc>
        <w:tc>
          <w:tcPr>
            <w:tcW w:w="4855" w:type="dxa"/>
            <w:gridSpan w:val="2"/>
            <w:tcMar>
              <w:top w:w="45" w:type="dxa"/>
              <w:left w:w="80" w:type="dxa"/>
              <w:bottom w:w="45" w:type="dxa"/>
              <w:right w:w="80" w:type="dxa"/>
            </w:tcMar>
            <w:vAlign w:val="center"/>
          </w:tcPr>
          <w:p w14:paraId="6A34CE1A" w14:textId="77777777" w:rsidR="00197061" w:rsidRPr="00B31279" w:rsidRDefault="00197061" w:rsidP="00B31279">
            <w:pPr>
              <w:spacing w:after="0"/>
              <w:rPr>
                <w:sz w:val="16"/>
                <w:szCs w:val="16"/>
              </w:rPr>
            </w:pPr>
          </w:p>
        </w:tc>
        <w:tc>
          <w:tcPr>
            <w:tcW w:w="1953" w:type="dxa"/>
            <w:shd w:val="clear" w:color="auto" w:fill="DCE8F4"/>
            <w:tcMar>
              <w:top w:w="45" w:type="dxa"/>
              <w:left w:w="80" w:type="dxa"/>
              <w:bottom w:w="45" w:type="dxa"/>
              <w:right w:w="80" w:type="dxa"/>
            </w:tcMar>
            <w:vAlign w:val="center"/>
          </w:tcPr>
          <w:p w14:paraId="06D3A745" w14:textId="1A9C2E08" w:rsidR="00197061" w:rsidRPr="00B31279" w:rsidRDefault="00197061" w:rsidP="00B31279">
            <w:pPr>
              <w:spacing w:after="0"/>
              <w:rPr>
                <w:sz w:val="16"/>
                <w:szCs w:val="16"/>
              </w:rPr>
            </w:pPr>
            <w:r w:rsidRPr="00B31279">
              <w:rPr>
                <w:b/>
                <w:sz w:val="16"/>
                <w:szCs w:val="16"/>
              </w:rPr>
              <w:t>DÖNEM (GÜZ / BAHAR / TAM YIL)</w:t>
            </w:r>
          </w:p>
        </w:tc>
        <w:tc>
          <w:tcPr>
            <w:tcW w:w="4854" w:type="dxa"/>
            <w:gridSpan w:val="2"/>
            <w:tcMar>
              <w:top w:w="45" w:type="dxa"/>
              <w:left w:w="80" w:type="dxa"/>
              <w:bottom w:w="45" w:type="dxa"/>
              <w:right w:w="80" w:type="dxa"/>
            </w:tcMar>
            <w:vAlign w:val="center"/>
          </w:tcPr>
          <w:p w14:paraId="00C4C428" w14:textId="4F2BC4EE" w:rsidR="00197061" w:rsidRPr="00B31279" w:rsidRDefault="00197061" w:rsidP="00B31279">
            <w:pPr>
              <w:spacing w:after="0"/>
              <w:rPr>
                <w:sz w:val="16"/>
                <w:szCs w:val="16"/>
              </w:rPr>
            </w:pPr>
          </w:p>
        </w:tc>
      </w:tr>
    </w:tbl>
    <w:p w14:paraId="53A65EB1" w14:textId="77777777" w:rsidR="005D6705" w:rsidRPr="00B31279" w:rsidRDefault="005D6705">
      <w:pPr>
        <w:spacing w:after="40"/>
      </w:pPr>
    </w:p>
    <w:tbl>
      <w:tblPr>
        <w:tblW w:w="5000" w:type="pct"/>
        <w:jc w:val="center"/>
        <w:tblBorders>
          <w:top w:val="single" w:sz="8" w:space="0" w:color="7A8CA5"/>
          <w:left w:val="single" w:sz="8" w:space="0" w:color="7A8CA5"/>
          <w:bottom w:val="single" w:sz="8" w:space="0" w:color="7A8CA5"/>
          <w:right w:val="single" w:sz="8" w:space="0" w:color="7A8CA5"/>
          <w:insideH w:val="single" w:sz="6" w:space="0" w:color="9FB1C8"/>
          <w:insideV w:val="single" w:sz="6" w:space="0" w:color="9FB1C8"/>
        </w:tblBorders>
        <w:tblLayout w:type="fixed"/>
        <w:tblLook w:val="04A0" w:firstRow="1" w:lastRow="0" w:firstColumn="1" w:lastColumn="0" w:noHBand="0" w:noVBand="1"/>
      </w:tblPr>
      <w:tblGrid>
        <w:gridCol w:w="1056"/>
        <w:gridCol w:w="3599"/>
        <w:gridCol w:w="887"/>
        <w:gridCol w:w="1150"/>
        <w:gridCol w:w="1061"/>
        <w:gridCol w:w="4185"/>
        <w:gridCol w:w="931"/>
        <w:gridCol w:w="833"/>
        <w:gridCol w:w="850"/>
      </w:tblGrid>
      <w:tr w:rsidR="00E57F20" w:rsidRPr="00B31279" w14:paraId="7D62FF98" w14:textId="7FD88106" w:rsidTr="00E57F20">
        <w:trPr>
          <w:jc w:val="center"/>
        </w:trPr>
        <w:tc>
          <w:tcPr>
            <w:tcW w:w="6232" w:type="dxa"/>
            <w:gridSpan w:val="4"/>
            <w:shd w:val="clear" w:color="auto" w:fill="1F4E78"/>
            <w:tcMar>
              <w:top w:w="38" w:type="dxa"/>
              <w:left w:w="55" w:type="dxa"/>
              <w:bottom w:w="38" w:type="dxa"/>
              <w:right w:w="55" w:type="dxa"/>
            </w:tcMar>
            <w:vAlign w:val="center"/>
          </w:tcPr>
          <w:p w14:paraId="00B1D0FA" w14:textId="7FD8F139" w:rsidR="00E57F20" w:rsidRPr="00D018CE" w:rsidRDefault="00E57F20" w:rsidP="00F822B2">
            <w:pPr>
              <w:spacing w:after="0"/>
              <w:rPr>
                <w:rFonts w:cs="Arial"/>
                <w:b/>
                <w:color w:val="FFFFFF"/>
                <w:sz w:val="20"/>
                <w:szCs w:val="20"/>
              </w:rPr>
            </w:pPr>
            <w:r w:rsidRPr="00D018CE">
              <w:rPr>
                <w:rFonts w:cs="Arial"/>
                <w:b/>
                <w:color w:val="FFFFFF"/>
                <w:sz w:val="20"/>
                <w:szCs w:val="20"/>
              </w:rPr>
              <w:t xml:space="preserve">KABUL EDEN </w:t>
            </w:r>
            <w:r w:rsidR="00D12FD1" w:rsidRPr="00D018CE">
              <w:rPr>
                <w:rFonts w:cs="Arial"/>
                <w:b/>
                <w:color w:val="FFFFFF"/>
                <w:sz w:val="20"/>
                <w:szCs w:val="20"/>
              </w:rPr>
              <w:t>ÜNİVERSİTEDE</w:t>
            </w:r>
            <w:r w:rsidRPr="00D018CE">
              <w:rPr>
                <w:rFonts w:cs="Arial"/>
                <w:b/>
                <w:color w:val="FFFFFF"/>
                <w:sz w:val="20"/>
                <w:szCs w:val="20"/>
              </w:rPr>
              <w:t xml:space="preserve"> ALINAN DERSLER</w:t>
            </w:r>
          </w:p>
        </w:tc>
        <w:tc>
          <w:tcPr>
            <w:tcW w:w="7320" w:type="dxa"/>
            <w:gridSpan w:val="5"/>
            <w:shd w:val="clear" w:color="auto" w:fill="1F4E78"/>
            <w:tcMar>
              <w:top w:w="38" w:type="dxa"/>
              <w:left w:w="55" w:type="dxa"/>
              <w:bottom w:w="38" w:type="dxa"/>
              <w:right w:w="55" w:type="dxa"/>
            </w:tcMar>
            <w:vAlign w:val="center"/>
          </w:tcPr>
          <w:p w14:paraId="2FDACD20" w14:textId="35647918" w:rsidR="00E57F20" w:rsidRPr="00D018CE" w:rsidRDefault="00E57F20" w:rsidP="00F822B2">
            <w:pPr>
              <w:spacing w:after="0"/>
              <w:rPr>
                <w:rFonts w:cs="Arial"/>
                <w:b/>
                <w:color w:val="FFFFFF"/>
                <w:sz w:val="20"/>
                <w:szCs w:val="20"/>
              </w:rPr>
            </w:pPr>
            <w:r w:rsidRPr="00D018CE">
              <w:rPr>
                <w:rFonts w:cs="Arial"/>
                <w:b/>
                <w:color w:val="FFFFFF"/>
                <w:sz w:val="20"/>
                <w:szCs w:val="20"/>
              </w:rPr>
              <w:t>HAKKARİ ÜNİVERSİTESİNDE EŞDEĞER SAYILACAK DERSLER</w:t>
            </w:r>
          </w:p>
        </w:tc>
      </w:tr>
      <w:tr w:rsidR="00E57F20" w:rsidRPr="00B31279" w14:paraId="1D6FC18E" w14:textId="77FC0788" w:rsidTr="00E57F20">
        <w:trPr>
          <w:jc w:val="center"/>
        </w:trPr>
        <w:tc>
          <w:tcPr>
            <w:tcW w:w="983" w:type="dxa"/>
            <w:shd w:val="clear" w:color="auto" w:fill="DCE8F4"/>
            <w:tcMar>
              <w:top w:w="38" w:type="dxa"/>
              <w:left w:w="55" w:type="dxa"/>
              <w:bottom w:w="38" w:type="dxa"/>
              <w:right w:w="55" w:type="dxa"/>
            </w:tcMar>
            <w:vAlign w:val="center"/>
          </w:tcPr>
          <w:p w14:paraId="59F45D15" w14:textId="77777777" w:rsidR="00E57F20" w:rsidRPr="00197061" w:rsidRDefault="00E57F20" w:rsidP="00F822B2">
            <w:pPr>
              <w:spacing w:after="0"/>
              <w:rPr>
                <w:rFonts w:cs="Arial"/>
                <w:sz w:val="16"/>
                <w:szCs w:val="16"/>
              </w:rPr>
            </w:pPr>
            <w:r w:rsidRPr="00197061">
              <w:rPr>
                <w:rFonts w:cs="Arial"/>
                <w:b/>
                <w:sz w:val="16"/>
                <w:szCs w:val="16"/>
              </w:rPr>
              <w:t>DERS KODU</w:t>
            </w:r>
          </w:p>
        </w:tc>
        <w:tc>
          <w:tcPr>
            <w:tcW w:w="3352" w:type="dxa"/>
            <w:shd w:val="clear" w:color="auto" w:fill="DCE8F4"/>
            <w:tcMar>
              <w:top w:w="38" w:type="dxa"/>
              <w:left w:w="55" w:type="dxa"/>
              <w:bottom w:w="38" w:type="dxa"/>
              <w:right w:w="55" w:type="dxa"/>
            </w:tcMar>
            <w:vAlign w:val="center"/>
          </w:tcPr>
          <w:p w14:paraId="0EA3DA01" w14:textId="77777777" w:rsidR="00E57F20" w:rsidRPr="00197061" w:rsidRDefault="00E57F20" w:rsidP="00F822B2">
            <w:pPr>
              <w:spacing w:after="0"/>
              <w:rPr>
                <w:rFonts w:cs="Arial"/>
                <w:sz w:val="16"/>
                <w:szCs w:val="16"/>
              </w:rPr>
            </w:pPr>
            <w:r w:rsidRPr="00197061">
              <w:rPr>
                <w:rFonts w:cs="Arial"/>
                <w:b/>
                <w:sz w:val="16"/>
                <w:szCs w:val="16"/>
              </w:rPr>
              <w:t>DERS ADI</w:t>
            </w:r>
          </w:p>
        </w:tc>
        <w:tc>
          <w:tcPr>
            <w:tcW w:w="826" w:type="dxa"/>
            <w:shd w:val="clear" w:color="auto" w:fill="DCE8F4"/>
            <w:tcMar>
              <w:top w:w="38" w:type="dxa"/>
              <w:left w:w="55" w:type="dxa"/>
              <w:bottom w:w="38" w:type="dxa"/>
              <w:right w:w="55" w:type="dxa"/>
            </w:tcMar>
            <w:vAlign w:val="center"/>
          </w:tcPr>
          <w:p w14:paraId="75525581" w14:textId="2FBF2998" w:rsidR="00E57F20" w:rsidRPr="00197061" w:rsidRDefault="00E57F20" w:rsidP="00F822B2">
            <w:pPr>
              <w:spacing w:after="0"/>
              <w:rPr>
                <w:rFonts w:cs="Arial"/>
                <w:sz w:val="16"/>
                <w:szCs w:val="16"/>
              </w:rPr>
            </w:pPr>
            <w:r w:rsidRPr="00197061">
              <w:rPr>
                <w:rFonts w:cs="Arial"/>
                <w:b/>
                <w:sz w:val="16"/>
                <w:szCs w:val="16"/>
              </w:rPr>
              <w:t>AKTS</w:t>
            </w:r>
          </w:p>
        </w:tc>
        <w:tc>
          <w:tcPr>
            <w:tcW w:w="1071" w:type="dxa"/>
            <w:shd w:val="clear" w:color="auto" w:fill="DCE8F4"/>
            <w:vAlign w:val="center"/>
          </w:tcPr>
          <w:p w14:paraId="6ECE3D65" w14:textId="2EA16540" w:rsidR="00E57F20" w:rsidRPr="00197061" w:rsidRDefault="00E57F20" w:rsidP="00F822B2">
            <w:pPr>
              <w:spacing w:after="0"/>
              <w:rPr>
                <w:rFonts w:cs="Arial"/>
                <w:b/>
                <w:sz w:val="16"/>
                <w:szCs w:val="16"/>
              </w:rPr>
            </w:pPr>
            <w:r>
              <w:rPr>
                <w:rFonts w:cs="Arial"/>
                <w:b/>
                <w:sz w:val="16"/>
                <w:szCs w:val="16"/>
              </w:rPr>
              <w:t>NOT</w:t>
            </w:r>
          </w:p>
        </w:tc>
        <w:tc>
          <w:tcPr>
            <w:tcW w:w="988" w:type="dxa"/>
            <w:shd w:val="clear" w:color="auto" w:fill="DCE8F4"/>
            <w:tcMar>
              <w:top w:w="38" w:type="dxa"/>
              <w:left w:w="55" w:type="dxa"/>
              <w:bottom w:w="38" w:type="dxa"/>
              <w:right w:w="55" w:type="dxa"/>
            </w:tcMar>
            <w:vAlign w:val="center"/>
          </w:tcPr>
          <w:p w14:paraId="72A73563" w14:textId="40AAAD7C" w:rsidR="00E57F20" w:rsidRPr="00197061" w:rsidRDefault="00E57F20" w:rsidP="00F822B2">
            <w:pPr>
              <w:spacing w:after="0"/>
              <w:rPr>
                <w:rFonts w:cs="Arial"/>
                <w:sz w:val="16"/>
                <w:szCs w:val="16"/>
              </w:rPr>
            </w:pPr>
            <w:r w:rsidRPr="00197061">
              <w:rPr>
                <w:rFonts w:cs="Arial"/>
                <w:b/>
                <w:sz w:val="16"/>
                <w:szCs w:val="16"/>
              </w:rPr>
              <w:t>DERS KODU</w:t>
            </w:r>
          </w:p>
        </w:tc>
        <w:tc>
          <w:tcPr>
            <w:tcW w:w="3897" w:type="dxa"/>
            <w:shd w:val="clear" w:color="auto" w:fill="DCE8F4"/>
            <w:tcMar>
              <w:top w:w="38" w:type="dxa"/>
              <w:left w:w="55" w:type="dxa"/>
              <w:bottom w:w="38" w:type="dxa"/>
              <w:right w:w="55" w:type="dxa"/>
            </w:tcMar>
            <w:vAlign w:val="center"/>
          </w:tcPr>
          <w:p w14:paraId="13B81D2A" w14:textId="77777777" w:rsidR="00E57F20" w:rsidRPr="00197061" w:rsidRDefault="00E57F20" w:rsidP="00F822B2">
            <w:pPr>
              <w:spacing w:after="0"/>
              <w:rPr>
                <w:rFonts w:cs="Arial"/>
                <w:sz w:val="16"/>
                <w:szCs w:val="16"/>
              </w:rPr>
            </w:pPr>
            <w:r w:rsidRPr="00197061">
              <w:rPr>
                <w:rFonts w:cs="Arial"/>
                <w:b/>
                <w:sz w:val="16"/>
                <w:szCs w:val="16"/>
              </w:rPr>
              <w:t>DERS ADI</w:t>
            </w:r>
          </w:p>
        </w:tc>
        <w:tc>
          <w:tcPr>
            <w:tcW w:w="867" w:type="dxa"/>
            <w:shd w:val="clear" w:color="auto" w:fill="DCE8F4"/>
            <w:tcMar>
              <w:top w:w="38" w:type="dxa"/>
              <w:left w:w="55" w:type="dxa"/>
              <w:bottom w:w="38" w:type="dxa"/>
              <w:right w:w="55" w:type="dxa"/>
            </w:tcMar>
            <w:vAlign w:val="center"/>
          </w:tcPr>
          <w:p w14:paraId="19439406" w14:textId="77777777" w:rsidR="00E57F20" w:rsidRPr="00197061" w:rsidRDefault="00E57F20" w:rsidP="00F822B2">
            <w:pPr>
              <w:spacing w:after="0"/>
              <w:rPr>
                <w:rFonts w:cs="Arial"/>
                <w:sz w:val="16"/>
                <w:szCs w:val="16"/>
              </w:rPr>
            </w:pPr>
            <w:r w:rsidRPr="00197061">
              <w:rPr>
                <w:rFonts w:cs="Arial"/>
                <w:b/>
                <w:sz w:val="16"/>
                <w:szCs w:val="16"/>
              </w:rPr>
              <w:t>YARIYIL</w:t>
            </w:r>
          </w:p>
        </w:tc>
        <w:tc>
          <w:tcPr>
            <w:tcW w:w="776" w:type="dxa"/>
            <w:shd w:val="clear" w:color="auto" w:fill="DCE8F4"/>
            <w:tcMar>
              <w:top w:w="38" w:type="dxa"/>
              <w:left w:w="55" w:type="dxa"/>
              <w:bottom w:w="38" w:type="dxa"/>
              <w:right w:w="55" w:type="dxa"/>
            </w:tcMar>
            <w:vAlign w:val="center"/>
          </w:tcPr>
          <w:p w14:paraId="509273C2" w14:textId="77777777" w:rsidR="00E57F20" w:rsidRPr="00197061" w:rsidRDefault="00E57F20" w:rsidP="00F822B2">
            <w:pPr>
              <w:spacing w:after="0"/>
              <w:rPr>
                <w:rFonts w:cs="Arial"/>
                <w:sz w:val="16"/>
                <w:szCs w:val="16"/>
              </w:rPr>
            </w:pPr>
            <w:r w:rsidRPr="00197061">
              <w:rPr>
                <w:rFonts w:cs="Arial"/>
                <w:b/>
                <w:sz w:val="16"/>
                <w:szCs w:val="16"/>
              </w:rPr>
              <w:t>AKTS</w:t>
            </w:r>
          </w:p>
        </w:tc>
        <w:tc>
          <w:tcPr>
            <w:tcW w:w="792" w:type="dxa"/>
            <w:shd w:val="clear" w:color="auto" w:fill="DCE8F4"/>
            <w:vAlign w:val="center"/>
          </w:tcPr>
          <w:p w14:paraId="1AB9F47B" w14:textId="51D65CE1" w:rsidR="00E57F20" w:rsidRPr="00197061" w:rsidRDefault="00E57F20" w:rsidP="00F822B2">
            <w:pPr>
              <w:spacing w:after="0"/>
              <w:rPr>
                <w:rFonts w:cs="Arial"/>
                <w:b/>
                <w:sz w:val="16"/>
                <w:szCs w:val="16"/>
              </w:rPr>
            </w:pPr>
            <w:r>
              <w:rPr>
                <w:rFonts w:cs="Arial"/>
                <w:b/>
                <w:sz w:val="16"/>
                <w:szCs w:val="16"/>
              </w:rPr>
              <w:t>NOT</w:t>
            </w:r>
          </w:p>
        </w:tc>
      </w:tr>
      <w:tr w:rsidR="00E57F20" w:rsidRPr="00B31279" w14:paraId="377DBD8E" w14:textId="6AE4C0C3" w:rsidTr="00E57F20">
        <w:trPr>
          <w:trHeight w:val="300"/>
          <w:jc w:val="center"/>
        </w:trPr>
        <w:tc>
          <w:tcPr>
            <w:tcW w:w="983" w:type="dxa"/>
            <w:tcMar>
              <w:top w:w="38" w:type="dxa"/>
              <w:left w:w="55" w:type="dxa"/>
              <w:bottom w:w="38" w:type="dxa"/>
              <w:right w:w="55" w:type="dxa"/>
            </w:tcMar>
            <w:vAlign w:val="center"/>
          </w:tcPr>
          <w:p w14:paraId="63612386" w14:textId="77777777" w:rsidR="00E57F20" w:rsidRPr="00197061" w:rsidRDefault="00E57F20" w:rsidP="00197061">
            <w:pPr>
              <w:spacing w:after="0"/>
              <w:jc w:val="center"/>
              <w:rPr>
                <w:rFonts w:cs="Arial"/>
                <w:sz w:val="16"/>
                <w:szCs w:val="16"/>
              </w:rPr>
            </w:pPr>
          </w:p>
        </w:tc>
        <w:tc>
          <w:tcPr>
            <w:tcW w:w="3352" w:type="dxa"/>
            <w:tcMar>
              <w:top w:w="38" w:type="dxa"/>
              <w:left w:w="55" w:type="dxa"/>
              <w:bottom w:w="38" w:type="dxa"/>
              <w:right w:w="55" w:type="dxa"/>
            </w:tcMar>
            <w:vAlign w:val="center"/>
          </w:tcPr>
          <w:p w14:paraId="209CBBB3" w14:textId="77777777" w:rsidR="00E57F20" w:rsidRPr="00197061" w:rsidRDefault="00E57F20" w:rsidP="00197061">
            <w:pPr>
              <w:spacing w:after="0"/>
              <w:rPr>
                <w:rFonts w:cs="Arial"/>
                <w:sz w:val="16"/>
                <w:szCs w:val="16"/>
              </w:rPr>
            </w:pPr>
          </w:p>
        </w:tc>
        <w:tc>
          <w:tcPr>
            <w:tcW w:w="826" w:type="dxa"/>
            <w:tcMar>
              <w:top w:w="38" w:type="dxa"/>
              <w:left w:w="55" w:type="dxa"/>
              <w:bottom w:w="38" w:type="dxa"/>
              <w:right w:w="55" w:type="dxa"/>
            </w:tcMar>
            <w:vAlign w:val="center"/>
          </w:tcPr>
          <w:p w14:paraId="2FAB22F0" w14:textId="77777777" w:rsidR="00E57F20" w:rsidRPr="00197061" w:rsidRDefault="00E57F20" w:rsidP="00197061">
            <w:pPr>
              <w:spacing w:after="0"/>
              <w:jc w:val="center"/>
              <w:rPr>
                <w:rFonts w:cs="Arial"/>
                <w:sz w:val="16"/>
                <w:szCs w:val="16"/>
              </w:rPr>
            </w:pPr>
          </w:p>
        </w:tc>
        <w:tc>
          <w:tcPr>
            <w:tcW w:w="1071" w:type="dxa"/>
          </w:tcPr>
          <w:p w14:paraId="657078B3" w14:textId="77777777" w:rsidR="00E57F20" w:rsidRPr="00197061" w:rsidRDefault="00E57F20" w:rsidP="00197061">
            <w:pPr>
              <w:spacing w:after="0"/>
              <w:jc w:val="center"/>
              <w:rPr>
                <w:rFonts w:cs="Arial"/>
                <w:sz w:val="16"/>
                <w:szCs w:val="16"/>
              </w:rPr>
            </w:pPr>
          </w:p>
        </w:tc>
        <w:tc>
          <w:tcPr>
            <w:tcW w:w="988" w:type="dxa"/>
            <w:tcMar>
              <w:top w:w="38" w:type="dxa"/>
              <w:left w:w="55" w:type="dxa"/>
              <w:bottom w:w="38" w:type="dxa"/>
              <w:right w:w="55" w:type="dxa"/>
            </w:tcMar>
            <w:vAlign w:val="center"/>
          </w:tcPr>
          <w:p w14:paraId="53681B37" w14:textId="79163EB4" w:rsidR="00E57F20" w:rsidRPr="00197061" w:rsidRDefault="00E57F20" w:rsidP="00197061">
            <w:pPr>
              <w:spacing w:after="0"/>
              <w:jc w:val="center"/>
              <w:rPr>
                <w:rFonts w:cs="Arial"/>
                <w:sz w:val="16"/>
                <w:szCs w:val="16"/>
              </w:rPr>
            </w:pPr>
          </w:p>
        </w:tc>
        <w:tc>
          <w:tcPr>
            <w:tcW w:w="3897" w:type="dxa"/>
            <w:tcMar>
              <w:top w:w="38" w:type="dxa"/>
              <w:left w:w="55" w:type="dxa"/>
              <w:bottom w:w="38" w:type="dxa"/>
              <w:right w:w="55" w:type="dxa"/>
            </w:tcMar>
            <w:vAlign w:val="center"/>
          </w:tcPr>
          <w:p w14:paraId="5BE8F880" w14:textId="77777777" w:rsidR="00E57F20" w:rsidRPr="00197061" w:rsidRDefault="00E57F20" w:rsidP="00197061">
            <w:pPr>
              <w:spacing w:after="0"/>
              <w:rPr>
                <w:rFonts w:cs="Arial"/>
                <w:sz w:val="16"/>
                <w:szCs w:val="16"/>
              </w:rPr>
            </w:pPr>
          </w:p>
        </w:tc>
        <w:tc>
          <w:tcPr>
            <w:tcW w:w="867" w:type="dxa"/>
            <w:tcMar>
              <w:top w:w="38" w:type="dxa"/>
              <w:left w:w="55" w:type="dxa"/>
              <w:bottom w:w="38" w:type="dxa"/>
              <w:right w:w="55" w:type="dxa"/>
            </w:tcMar>
            <w:vAlign w:val="center"/>
          </w:tcPr>
          <w:p w14:paraId="13923971" w14:textId="77777777" w:rsidR="00E57F20" w:rsidRPr="00197061" w:rsidRDefault="00E57F20" w:rsidP="00197061">
            <w:pPr>
              <w:spacing w:after="0"/>
              <w:jc w:val="center"/>
              <w:rPr>
                <w:rFonts w:cs="Arial"/>
                <w:sz w:val="16"/>
                <w:szCs w:val="16"/>
              </w:rPr>
            </w:pPr>
          </w:p>
        </w:tc>
        <w:tc>
          <w:tcPr>
            <w:tcW w:w="776" w:type="dxa"/>
            <w:tcMar>
              <w:top w:w="38" w:type="dxa"/>
              <w:left w:w="55" w:type="dxa"/>
              <w:bottom w:w="38" w:type="dxa"/>
              <w:right w:w="55" w:type="dxa"/>
            </w:tcMar>
            <w:vAlign w:val="center"/>
          </w:tcPr>
          <w:p w14:paraId="6BB26FF3" w14:textId="77777777" w:rsidR="00E57F20" w:rsidRPr="00197061" w:rsidRDefault="00E57F20" w:rsidP="00197061">
            <w:pPr>
              <w:spacing w:after="0"/>
              <w:jc w:val="center"/>
              <w:rPr>
                <w:rFonts w:cs="Arial"/>
                <w:sz w:val="16"/>
                <w:szCs w:val="16"/>
              </w:rPr>
            </w:pPr>
          </w:p>
        </w:tc>
        <w:tc>
          <w:tcPr>
            <w:tcW w:w="792" w:type="dxa"/>
          </w:tcPr>
          <w:p w14:paraId="64C3EDE0" w14:textId="77777777" w:rsidR="00E57F20" w:rsidRPr="00197061" w:rsidRDefault="00E57F20" w:rsidP="00197061">
            <w:pPr>
              <w:spacing w:after="0"/>
              <w:jc w:val="center"/>
              <w:rPr>
                <w:rFonts w:cs="Arial"/>
                <w:sz w:val="16"/>
                <w:szCs w:val="16"/>
              </w:rPr>
            </w:pPr>
          </w:p>
        </w:tc>
      </w:tr>
      <w:tr w:rsidR="00E57F20" w:rsidRPr="00B31279" w14:paraId="5D0EBAB2" w14:textId="4B89A016" w:rsidTr="00E57F20">
        <w:trPr>
          <w:trHeight w:val="300"/>
          <w:jc w:val="center"/>
        </w:trPr>
        <w:tc>
          <w:tcPr>
            <w:tcW w:w="983" w:type="dxa"/>
            <w:tcMar>
              <w:top w:w="38" w:type="dxa"/>
              <w:left w:w="55" w:type="dxa"/>
              <w:bottom w:w="38" w:type="dxa"/>
              <w:right w:w="55" w:type="dxa"/>
            </w:tcMar>
            <w:vAlign w:val="center"/>
          </w:tcPr>
          <w:p w14:paraId="6DDDC939" w14:textId="77777777" w:rsidR="00E57F20" w:rsidRPr="00197061" w:rsidRDefault="00E57F20" w:rsidP="00197061">
            <w:pPr>
              <w:spacing w:after="0"/>
              <w:jc w:val="center"/>
              <w:rPr>
                <w:rFonts w:cs="Arial"/>
                <w:sz w:val="16"/>
                <w:szCs w:val="16"/>
              </w:rPr>
            </w:pPr>
          </w:p>
        </w:tc>
        <w:tc>
          <w:tcPr>
            <w:tcW w:w="3352" w:type="dxa"/>
            <w:tcMar>
              <w:top w:w="38" w:type="dxa"/>
              <w:left w:w="55" w:type="dxa"/>
              <w:bottom w:w="38" w:type="dxa"/>
              <w:right w:w="55" w:type="dxa"/>
            </w:tcMar>
            <w:vAlign w:val="center"/>
          </w:tcPr>
          <w:p w14:paraId="707D8B56" w14:textId="77777777" w:rsidR="00E57F20" w:rsidRPr="00197061" w:rsidRDefault="00E57F20" w:rsidP="00197061">
            <w:pPr>
              <w:spacing w:after="0"/>
              <w:rPr>
                <w:rFonts w:cs="Arial"/>
                <w:sz w:val="16"/>
                <w:szCs w:val="16"/>
              </w:rPr>
            </w:pPr>
          </w:p>
        </w:tc>
        <w:tc>
          <w:tcPr>
            <w:tcW w:w="826" w:type="dxa"/>
            <w:tcMar>
              <w:top w:w="38" w:type="dxa"/>
              <w:left w:w="55" w:type="dxa"/>
              <w:bottom w:w="38" w:type="dxa"/>
              <w:right w:w="55" w:type="dxa"/>
            </w:tcMar>
            <w:vAlign w:val="center"/>
          </w:tcPr>
          <w:p w14:paraId="00BF144E" w14:textId="77777777" w:rsidR="00E57F20" w:rsidRPr="00197061" w:rsidRDefault="00E57F20" w:rsidP="00197061">
            <w:pPr>
              <w:spacing w:after="0"/>
              <w:jc w:val="center"/>
              <w:rPr>
                <w:rFonts w:cs="Arial"/>
                <w:sz w:val="16"/>
                <w:szCs w:val="16"/>
              </w:rPr>
            </w:pPr>
          </w:p>
        </w:tc>
        <w:tc>
          <w:tcPr>
            <w:tcW w:w="1071" w:type="dxa"/>
          </w:tcPr>
          <w:p w14:paraId="1278C526" w14:textId="77777777" w:rsidR="00E57F20" w:rsidRPr="00197061" w:rsidRDefault="00E57F20" w:rsidP="00197061">
            <w:pPr>
              <w:spacing w:after="0"/>
              <w:jc w:val="center"/>
              <w:rPr>
                <w:rFonts w:cs="Arial"/>
                <w:sz w:val="16"/>
                <w:szCs w:val="16"/>
              </w:rPr>
            </w:pPr>
          </w:p>
        </w:tc>
        <w:tc>
          <w:tcPr>
            <w:tcW w:w="988" w:type="dxa"/>
            <w:tcMar>
              <w:top w:w="38" w:type="dxa"/>
              <w:left w:w="55" w:type="dxa"/>
              <w:bottom w:w="38" w:type="dxa"/>
              <w:right w:w="55" w:type="dxa"/>
            </w:tcMar>
            <w:vAlign w:val="center"/>
          </w:tcPr>
          <w:p w14:paraId="3D7AAA6F" w14:textId="26D347DE" w:rsidR="00E57F20" w:rsidRPr="00197061" w:rsidRDefault="00E57F20" w:rsidP="00197061">
            <w:pPr>
              <w:spacing w:after="0"/>
              <w:jc w:val="center"/>
              <w:rPr>
                <w:rFonts w:cs="Arial"/>
                <w:sz w:val="16"/>
                <w:szCs w:val="16"/>
              </w:rPr>
            </w:pPr>
          </w:p>
        </w:tc>
        <w:tc>
          <w:tcPr>
            <w:tcW w:w="3897" w:type="dxa"/>
            <w:tcMar>
              <w:top w:w="38" w:type="dxa"/>
              <w:left w:w="55" w:type="dxa"/>
              <w:bottom w:w="38" w:type="dxa"/>
              <w:right w:w="55" w:type="dxa"/>
            </w:tcMar>
            <w:vAlign w:val="center"/>
          </w:tcPr>
          <w:p w14:paraId="25E943B6" w14:textId="77777777" w:rsidR="00E57F20" w:rsidRPr="00197061" w:rsidRDefault="00E57F20" w:rsidP="00197061">
            <w:pPr>
              <w:spacing w:after="0"/>
              <w:rPr>
                <w:rFonts w:cs="Arial"/>
                <w:sz w:val="16"/>
                <w:szCs w:val="16"/>
              </w:rPr>
            </w:pPr>
          </w:p>
        </w:tc>
        <w:tc>
          <w:tcPr>
            <w:tcW w:w="867" w:type="dxa"/>
            <w:tcMar>
              <w:top w:w="38" w:type="dxa"/>
              <w:left w:w="55" w:type="dxa"/>
              <w:bottom w:w="38" w:type="dxa"/>
              <w:right w:w="55" w:type="dxa"/>
            </w:tcMar>
            <w:vAlign w:val="center"/>
          </w:tcPr>
          <w:p w14:paraId="00D764D4" w14:textId="77777777" w:rsidR="00E57F20" w:rsidRPr="00197061" w:rsidRDefault="00E57F20" w:rsidP="00197061">
            <w:pPr>
              <w:spacing w:after="0"/>
              <w:jc w:val="center"/>
              <w:rPr>
                <w:rFonts w:cs="Arial"/>
                <w:sz w:val="16"/>
                <w:szCs w:val="16"/>
              </w:rPr>
            </w:pPr>
          </w:p>
        </w:tc>
        <w:tc>
          <w:tcPr>
            <w:tcW w:w="776" w:type="dxa"/>
            <w:tcMar>
              <w:top w:w="38" w:type="dxa"/>
              <w:left w:w="55" w:type="dxa"/>
              <w:bottom w:w="38" w:type="dxa"/>
              <w:right w:w="55" w:type="dxa"/>
            </w:tcMar>
            <w:vAlign w:val="center"/>
          </w:tcPr>
          <w:p w14:paraId="6243C5F9" w14:textId="77777777" w:rsidR="00E57F20" w:rsidRPr="00197061" w:rsidRDefault="00E57F20" w:rsidP="00197061">
            <w:pPr>
              <w:spacing w:after="0"/>
              <w:jc w:val="center"/>
              <w:rPr>
                <w:rFonts w:cs="Arial"/>
                <w:sz w:val="16"/>
                <w:szCs w:val="16"/>
              </w:rPr>
            </w:pPr>
          </w:p>
        </w:tc>
        <w:tc>
          <w:tcPr>
            <w:tcW w:w="792" w:type="dxa"/>
          </w:tcPr>
          <w:p w14:paraId="79CF538A" w14:textId="77777777" w:rsidR="00E57F20" w:rsidRPr="00197061" w:rsidRDefault="00E57F20" w:rsidP="00197061">
            <w:pPr>
              <w:spacing w:after="0"/>
              <w:jc w:val="center"/>
              <w:rPr>
                <w:rFonts w:cs="Arial"/>
                <w:sz w:val="16"/>
                <w:szCs w:val="16"/>
              </w:rPr>
            </w:pPr>
          </w:p>
        </w:tc>
      </w:tr>
      <w:tr w:rsidR="00E57F20" w:rsidRPr="00B31279" w14:paraId="42BC2C41" w14:textId="21C4D663" w:rsidTr="00E57F20">
        <w:trPr>
          <w:trHeight w:val="300"/>
          <w:jc w:val="center"/>
        </w:trPr>
        <w:tc>
          <w:tcPr>
            <w:tcW w:w="983" w:type="dxa"/>
            <w:tcMar>
              <w:top w:w="38" w:type="dxa"/>
              <w:left w:w="55" w:type="dxa"/>
              <w:bottom w:w="38" w:type="dxa"/>
              <w:right w:w="55" w:type="dxa"/>
            </w:tcMar>
            <w:vAlign w:val="center"/>
          </w:tcPr>
          <w:p w14:paraId="191D30C8" w14:textId="77777777" w:rsidR="00E57F20" w:rsidRPr="00197061" w:rsidRDefault="00E57F20" w:rsidP="00197061">
            <w:pPr>
              <w:spacing w:after="0"/>
              <w:jc w:val="center"/>
              <w:rPr>
                <w:rFonts w:cs="Arial"/>
                <w:sz w:val="16"/>
                <w:szCs w:val="16"/>
              </w:rPr>
            </w:pPr>
          </w:p>
        </w:tc>
        <w:tc>
          <w:tcPr>
            <w:tcW w:w="3352" w:type="dxa"/>
            <w:tcMar>
              <w:top w:w="38" w:type="dxa"/>
              <w:left w:w="55" w:type="dxa"/>
              <w:bottom w:w="38" w:type="dxa"/>
              <w:right w:w="55" w:type="dxa"/>
            </w:tcMar>
            <w:vAlign w:val="center"/>
          </w:tcPr>
          <w:p w14:paraId="0FE534A3" w14:textId="77777777" w:rsidR="00E57F20" w:rsidRPr="00197061" w:rsidRDefault="00E57F20" w:rsidP="00197061">
            <w:pPr>
              <w:spacing w:after="0"/>
              <w:rPr>
                <w:rFonts w:cs="Arial"/>
                <w:sz w:val="16"/>
                <w:szCs w:val="16"/>
              </w:rPr>
            </w:pPr>
          </w:p>
        </w:tc>
        <w:tc>
          <w:tcPr>
            <w:tcW w:w="826" w:type="dxa"/>
            <w:tcMar>
              <w:top w:w="38" w:type="dxa"/>
              <w:left w:w="55" w:type="dxa"/>
              <w:bottom w:w="38" w:type="dxa"/>
              <w:right w:w="55" w:type="dxa"/>
            </w:tcMar>
            <w:vAlign w:val="center"/>
          </w:tcPr>
          <w:p w14:paraId="79CBFFD0" w14:textId="77777777" w:rsidR="00E57F20" w:rsidRPr="00197061" w:rsidRDefault="00E57F20" w:rsidP="00197061">
            <w:pPr>
              <w:spacing w:after="0"/>
              <w:jc w:val="center"/>
              <w:rPr>
                <w:rFonts w:cs="Arial"/>
                <w:sz w:val="16"/>
                <w:szCs w:val="16"/>
              </w:rPr>
            </w:pPr>
          </w:p>
        </w:tc>
        <w:tc>
          <w:tcPr>
            <w:tcW w:w="1071" w:type="dxa"/>
          </w:tcPr>
          <w:p w14:paraId="55018C0C" w14:textId="77777777" w:rsidR="00E57F20" w:rsidRPr="00197061" w:rsidRDefault="00E57F20" w:rsidP="00197061">
            <w:pPr>
              <w:spacing w:after="0"/>
              <w:jc w:val="center"/>
              <w:rPr>
                <w:rFonts w:cs="Arial"/>
                <w:sz w:val="16"/>
                <w:szCs w:val="16"/>
              </w:rPr>
            </w:pPr>
          </w:p>
        </w:tc>
        <w:tc>
          <w:tcPr>
            <w:tcW w:w="988" w:type="dxa"/>
            <w:tcMar>
              <w:top w:w="38" w:type="dxa"/>
              <w:left w:w="55" w:type="dxa"/>
              <w:bottom w:w="38" w:type="dxa"/>
              <w:right w:w="55" w:type="dxa"/>
            </w:tcMar>
            <w:vAlign w:val="center"/>
          </w:tcPr>
          <w:p w14:paraId="2221CA92" w14:textId="3E3010CE" w:rsidR="00E57F20" w:rsidRPr="00197061" w:rsidRDefault="00E57F20" w:rsidP="00197061">
            <w:pPr>
              <w:spacing w:after="0"/>
              <w:jc w:val="center"/>
              <w:rPr>
                <w:rFonts w:cs="Arial"/>
                <w:sz w:val="16"/>
                <w:szCs w:val="16"/>
              </w:rPr>
            </w:pPr>
          </w:p>
        </w:tc>
        <w:tc>
          <w:tcPr>
            <w:tcW w:w="3897" w:type="dxa"/>
            <w:tcMar>
              <w:top w:w="38" w:type="dxa"/>
              <w:left w:w="55" w:type="dxa"/>
              <w:bottom w:w="38" w:type="dxa"/>
              <w:right w:w="55" w:type="dxa"/>
            </w:tcMar>
            <w:vAlign w:val="center"/>
          </w:tcPr>
          <w:p w14:paraId="05650E32" w14:textId="77777777" w:rsidR="00E57F20" w:rsidRPr="00197061" w:rsidRDefault="00E57F20" w:rsidP="00197061">
            <w:pPr>
              <w:spacing w:after="0"/>
              <w:rPr>
                <w:rFonts w:cs="Arial"/>
                <w:sz w:val="16"/>
                <w:szCs w:val="16"/>
              </w:rPr>
            </w:pPr>
          </w:p>
        </w:tc>
        <w:tc>
          <w:tcPr>
            <w:tcW w:w="867" w:type="dxa"/>
            <w:tcMar>
              <w:top w:w="38" w:type="dxa"/>
              <w:left w:w="55" w:type="dxa"/>
              <w:bottom w:w="38" w:type="dxa"/>
              <w:right w:w="55" w:type="dxa"/>
            </w:tcMar>
            <w:vAlign w:val="center"/>
          </w:tcPr>
          <w:p w14:paraId="10DE4EC3" w14:textId="77777777" w:rsidR="00E57F20" w:rsidRPr="00197061" w:rsidRDefault="00E57F20" w:rsidP="00197061">
            <w:pPr>
              <w:spacing w:after="0"/>
              <w:jc w:val="center"/>
              <w:rPr>
                <w:rFonts w:cs="Arial"/>
                <w:sz w:val="16"/>
                <w:szCs w:val="16"/>
              </w:rPr>
            </w:pPr>
          </w:p>
        </w:tc>
        <w:tc>
          <w:tcPr>
            <w:tcW w:w="776" w:type="dxa"/>
            <w:tcMar>
              <w:top w:w="38" w:type="dxa"/>
              <w:left w:w="55" w:type="dxa"/>
              <w:bottom w:w="38" w:type="dxa"/>
              <w:right w:w="55" w:type="dxa"/>
            </w:tcMar>
            <w:vAlign w:val="center"/>
          </w:tcPr>
          <w:p w14:paraId="3B8043F7" w14:textId="77777777" w:rsidR="00E57F20" w:rsidRPr="00197061" w:rsidRDefault="00E57F20" w:rsidP="00197061">
            <w:pPr>
              <w:spacing w:after="0"/>
              <w:jc w:val="center"/>
              <w:rPr>
                <w:rFonts w:cs="Arial"/>
                <w:sz w:val="16"/>
                <w:szCs w:val="16"/>
              </w:rPr>
            </w:pPr>
          </w:p>
        </w:tc>
        <w:tc>
          <w:tcPr>
            <w:tcW w:w="792" w:type="dxa"/>
          </w:tcPr>
          <w:p w14:paraId="1761542E" w14:textId="77777777" w:rsidR="00E57F20" w:rsidRPr="00197061" w:rsidRDefault="00E57F20" w:rsidP="00197061">
            <w:pPr>
              <w:spacing w:after="0"/>
              <w:jc w:val="center"/>
              <w:rPr>
                <w:rFonts w:cs="Arial"/>
                <w:sz w:val="16"/>
                <w:szCs w:val="16"/>
              </w:rPr>
            </w:pPr>
          </w:p>
        </w:tc>
      </w:tr>
      <w:tr w:rsidR="00E57F20" w:rsidRPr="00B31279" w14:paraId="5FCF6AD1" w14:textId="0BE735BE" w:rsidTr="00E57F20">
        <w:trPr>
          <w:trHeight w:val="300"/>
          <w:jc w:val="center"/>
        </w:trPr>
        <w:tc>
          <w:tcPr>
            <w:tcW w:w="983" w:type="dxa"/>
            <w:tcMar>
              <w:top w:w="38" w:type="dxa"/>
              <w:left w:w="55" w:type="dxa"/>
              <w:bottom w:w="38" w:type="dxa"/>
              <w:right w:w="55" w:type="dxa"/>
            </w:tcMar>
            <w:vAlign w:val="center"/>
          </w:tcPr>
          <w:p w14:paraId="47FA8511" w14:textId="77777777" w:rsidR="00E57F20" w:rsidRPr="00197061" w:rsidRDefault="00E57F20" w:rsidP="00197061">
            <w:pPr>
              <w:spacing w:after="0"/>
              <w:jc w:val="center"/>
              <w:rPr>
                <w:rFonts w:cs="Arial"/>
                <w:sz w:val="16"/>
                <w:szCs w:val="16"/>
              </w:rPr>
            </w:pPr>
          </w:p>
        </w:tc>
        <w:tc>
          <w:tcPr>
            <w:tcW w:w="3352" w:type="dxa"/>
            <w:tcMar>
              <w:top w:w="38" w:type="dxa"/>
              <w:left w:w="55" w:type="dxa"/>
              <w:bottom w:w="38" w:type="dxa"/>
              <w:right w:w="55" w:type="dxa"/>
            </w:tcMar>
            <w:vAlign w:val="center"/>
          </w:tcPr>
          <w:p w14:paraId="70CFB3A4" w14:textId="77777777" w:rsidR="00E57F20" w:rsidRPr="00197061" w:rsidRDefault="00E57F20" w:rsidP="00197061">
            <w:pPr>
              <w:spacing w:after="0"/>
              <w:rPr>
                <w:rFonts w:cs="Arial"/>
                <w:sz w:val="16"/>
                <w:szCs w:val="16"/>
              </w:rPr>
            </w:pPr>
          </w:p>
        </w:tc>
        <w:tc>
          <w:tcPr>
            <w:tcW w:w="826" w:type="dxa"/>
            <w:tcMar>
              <w:top w:w="38" w:type="dxa"/>
              <w:left w:w="55" w:type="dxa"/>
              <w:bottom w:w="38" w:type="dxa"/>
              <w:right w:w="55" w:type="dxa"/>
            </w:tcMar>
            <w:vAlign w:val="center"/>
          </w:tcPr>
          <w:p w14:paraId="00A49604" w14:textId="77777777" w:rsidR="00E57F20" w:rsidRPr="00197061" w:rsidRDefault="00E57F20" w:rsidP="00197061">
            <w:pPr>
              <w:spacing w:after="0"/>
              <w:jc w:val="center"/>
              <w:rPr>
                <w:rFonts w:cs="Arial"/>
                <w:sz w:val="16"/>
                <w:szCs w:val="16"/>
              </w:rPr>
            </w:pPr>
          </w:p>
        </w:tc>
        <w:tc>
          <w:tcPr>
            <w:tcW w:w="1071" w:type="dxa"/>
          </w:tcPr>
          <w:p w14:paraId="726432C8" w14:textId="77777777" w:rsidR="00E57F20" w:rsidRPr="00197061" w:rsidRDefault="00E57F20" w:rsidP="00197061">
            <w:pPr>
              <w:spacing w:after="0"/>
              <w:jc w:val="center"/>
              <w:rPr>
                <w:rFonts w:cs="Arial"/>
                <w:sz w:val="16"/>
                <w:szCs w:val="16"/>
              </w:rPr>
            </w:pPr>
          </w:p>
        </w:tc>
        <w:tc>
          <w:tcPr>
            <w:tcW w:w="988" w:type="dxa"/>
            <w:tcMar>
              <w:top w:w="38" w:type="dxa"/>
              <w:left w:w="55" w:type="dxa"/>
              <w:bottom w:w="38" w:type="dxa"/>
              <w:right w:w="55" w:type="dxa"/>
            </w:tcMar>
            <w:vAlign w:val="center"/>
          </w:tcPr>
          <w:p w14:paraId="451BB580" w14:textId="376680B3" w:rsidR="00E57F20" w:rsidRPr="00197061" w:rsidRDefault="00E57F20" w:rsidP="00197061">
            <w:pPr>
              <w:spacing w:after="0"/>
              <w:jc w:val="center"/>
              <w:rPr>
                <w:rFonts w:cs="Arial"/>
                <w:sz w:val="16"/>
                <w:szCs w:val="16"/>
              </w:rPr>
            </w:pPr>
          </w:p>
        </w:tc>
        <w:tc>
          <w:tcPr>
            <w:tcW w:w="3897" w:type="dxa"/>
            <w:tcMar>
              <w:top w:w="38" w:type="dxa"/>
              <w:left w:w="55" w:type="dxa"/>
              <w:bottom w:w="38" w:type="dxa"/>
              <w:right w:w="55" w:type="dxa"/>
            </w:tcMar>
            <w:vAlign w:val="center"/>
          </w:tcPr>
          <w:p w14:paraId="530EC31F" w14:textId="77777777" w:rsidR="00E57F20" w:rsidRPr="00197061" w:rsidRDefault="00E57F20" w:rsidP="00197061">
            <w:pPr>
              <w:spacing w:after="0"/>
              <w:rPr>
                <w:rFonts w:cs="Arial"/>
                <w:sz w:val="16"/>
                <w:szCs w:val="16"/>
              </w:rPr>
            </w:pPr>
          </w:p>
        </w:tc>
        <w:tc>
          <w:tcPr>
            <w:tcW w:w="867" w:type="dxa"/>
            <w:tcMar>
              <w:top w:w="38" w:type="dxa"/>
              <w:left w:w="55" w:type="dxa"/>
              <w:bottom w:w="38" w:type="dxa"/>
              <w:right w:w="55" w:type="dxa"/>
            </w:tcMar>
            <w:vAlign w:val="center"/>
          </w:tcPr>
          <w:p w14:paraId="78605679" w14:textId="77777777" w:rsidR="00E57F20" w:rsidRPr="00197061" w:rsidRDefault="00E57F20" w:rsidP="00197061">
            <w:pPr>
              <w:spacing w:after="0"/>
              <w:jc w:val="center"/>
              <w:rPr>
                <w:rFonts w:cs="Arial"/>
                <w:sz w:val="16"/>
                <w:szCs w:val="16"/>
              </w:rPr>
            </w:pPr>
          </w:p>
        </w:tc>
        <w:tc>
          <w:tcPr>
            <w:tcW w:w="776" w:type="dxa"/>
            <w:tcMar>
              <w:top w:w="38" w:type="dxa"/>
              <w:left w:w="55" w:type="dxa"/>
              <w:bottom w:w="38" w:type="dxa"/>
              <w:right w:w="55" w:type="dxa"/>
            </w:tcMar>
            <w:vAlign w:val="center"/>
          </w:tcPr>
          <w:p w14:paraId="22E25479" w14:textId="77777777" w:rsidR="00E57F20" w:rsidRPr="00197061" w:rsidRDefault="00E57F20" w:rsidP="00197061">
            <w:pPr>
              <w:spacing w:after="0"/>
              <w:jc w:val="center"/>
              <w:rPr>
                <w:rFonts w:cs="Arial"/>
                <w:sz w:val="16"/>
                <w:szCs w:val="16"/>
              </w:rPr>
            </w:pPr>
          </w:p>
        </w:tc>
        <w:tc>
          <w:tcPr>
            <w:tcW w:w="792" w:type="dxa"/>
          </w:tcPr>
          <w:p w14:paraId="40056302" w14:textId="77777777" w:rsidR="00E57F20" w:rsidRPr="00197061" w:rsidRDefault="00E57F20" w:rsidP="00197061">
            <w:pPr>
              <w:spacing w:after="0"/>
              <w:jc w:val="center"/>
              <w:rPr>
                <w:rFonts w:cs="Arial"/>
                <w:sz w:val="16"/>
                <w:szCs w:val="16"/>
              </w:rPr>
            </w:pPr>
          </w:p>
        </w:tc>
      </w:tr>
      <w:tr w:rsidR="00E57F20" w:rsidRPr="00B31279" w14:paraId="22F67FEF" w14:textId="29B42B47" w:rsidTr="00E57F20">
        <w:trPr>
          <w:trHeight w:val="300"/>
          <w:jc w:val="center"/>
        </w:trPr>
        <w:tc>
          <w:tcPr>
            <w:tcW w:w="983" w:type="dxa"/>
            <w:tcMar>
              <w:top w:w="38" w:type="dxa"/>
              <w:left w:w="55" w:type="dxa"/>
              <w:bottom w:w="38" w:type="dxa"/>
              <w:right w:w="55" w:type="dxa"/>
            </w:tcMar>
            <w:vAlign w:val="center"/>
          </w:tcPr>
          <w:p w14:paraId="3341AAFE" w14:textId="77777777" w:rsidR="00E57F20" w:rsidRPr="00197061" w:rsidRDefault="00E57F20" w:rsidP="00197061">
            <w:pPr>
              <w:spacing w:after="0"/>
              <w:jc w:val="center"/>
              <w:rPr>
                <w:rFonts w:cs="Arial"/>
                <w:sz w:val="16"/>
                <w:szCs w:val="16"/>
              </w:rPr>
            </w:pPr>
          </w:p>
        </w:tc>
        <w:tc>
          <w:tcPr>
            <w:tcW w:w="3352" w:type="dxa"/>
            <w:tcMar>
              <w:top w:w="38" w:type="dxa"/>
              <w:left w:w="55" w:type="dxa"/>
              <w:bottom w:w="38" w:type="dxa"/>
              <w:right w:w="55" w:type="dxa"/>
            </w:tcMar>
            <w:vAlign w:val="center"/>
          </w:tcPr>
          <w:p w14:paraId="7949AEA8" w14:textId="77777777" w:rsidR="00E57F20" w:rsidRPr="00197061" w:rsidRDefault="00E57F20" w:rsidP="00197061">
            <w:pPr>
              <w:spacing w:after="0"/>
              <w:rPr>
                <w:rFonts w:cs="Arial"/>
                <w:sz w:val="16"/>
                <w:szCs w:val="16"/>
              </w:rPr>
            </w:pPr>
          </w:p>
        </w:tc>
        <w:tc>
          <w:tcPr>
            <w:tcW w:w="826" w:type="dxa"/>
            <w:tcMar>
              <w:top w:w="38" w:type="dxa"/>
              <w:left w:w="55" w:type="dxa"/>
              <w:bottom w:w="38" w:type="dxa"/>
              <w:right w:w="55" w:type="dxa"/>
            </w:tcMar>
            <w:vAlign w:val="center"/>
          </w:tcPr>
          <w:p w14:paraId="14BB28EE" w14:textId="77777777" w:rsidR="00E57F20" w:rsidRPr="00197061" w:rsidRDefault="00E57F20" w:rsidP="00197061">
            <w:pPr>
              <w:spacing w:after="0"/>
              <w:jc w:val="center"/>
              <w:rPr>
                <w:rFonts w:cs="Arial"/>
                <w:sz w:val="16"/>
                <w:szCs w:val="16"/>
              </w:rPr>
            </w:pPr>
          </w:p>
        </w:tc>
        <w:tc>
          <w:tcPr>
            <w:tcW w:w="1071" w:type="dxa"/>
          </w:tcPr>
          <w:p w14:paraId="72F85A9D" w14:textId="77777777" w:rsidR="00E57F20" w:rsidRPr="00197061" w:rsidRDefault="00E57F20" w:rsidP="00197061">
            <w:pPr>
              <w:spacing w:after="0"/>
              <w:jc w:val="center"/>
              <w:rPr>
                <w:rFonts w:cs="Arial"/>
                <w:sz w:val="16"/>
                <w:szCs w:val="16"/>
              </w:rPr>
            </w:pPr>
          </w:p>
        </w:tc>
        <w:tc>
          <w:tcPr>
            <w:tcW w:w="988" w:type="dxa"/>
            <w:tcMar>
              <w:top w:w="38" w:type="dxa"/>
              <w:left w:w="55" w:type="dxa"/>
              <w:bottom w:w="38" w:type="dxa"/>
              <w:right w:w="55" w:type="dxa"/>
            </w:tcMar>
            <w:vAlign w:val="center"/>
          </w:tcPr>
          <w:p w14:paraId="6B1DE70F" w14:textId="08FD281B" w:rsidR="00E57F20" w:rsidRPr="00197061" w:rsidRDefault="00E57F20" w:rsidP="00197061">
            <w:pPr>
              <w:spacing w:after="0"/>
              <w:jc w:val="center"/>
              <w:rPr>
                <w:rFonts w:cs="Arial"/>
                <w:sz w:val="16"/>
                <w:szCs w:val="16"/>
              </w:rPr>
            </w:pPr>
          </w:p>
        </w:tc>
        <w:tc>
          <w:tcPr>
            <w:tcW w:w="3897" w:type="dxa"/>
            <w:tcMar>
              <w:top w:w="38" w:type="dxa"/>
              <w:left w:w="55" w:type="dxa"/>
              <w:bottom w:w="38" w:type="dxa"/>
              <w:right w:w="55" w:type="dxa"/>
            </w:tcMar>
            <w:vAlign w:val="center"/>
          </w:tcPr>
          <w:p w14:paraId="753617EB" w14:textId="77777777" w:rsidR="00E57F20" w:rsidRPr="00197061" w:rsidRDefault="00E57F20" w:rsidP="00197061">
            <w:pPr>
              <w:spacing w:after="0"/>
              <w:rPr>
                <w:rFonts w:cs="Arial"/>
                <w:sz w:val="16"/>
                <w:szCs w:val="16"/>
              </w:rPr>
            </w:pPr>
          </w:p>
        </w:tc>
        <w:tc>
          <w:tcPr>
            <w:tcW w:w="867" w:type="dxa"/>
            <w:tcMar>
              <w:top w:w="38" w:type="dxa"/>
              <w:left w:w="55" w:type="dxa"/>
              <w:bottom w:w="38" w:type="dxa"/>
              <w:right w:w="55" w:type="dxa"/>
            </w:tcMar>
            <w:vAlign w:val="center"/>
          </w:tcPr>
          <w:p w14:paraId="37407ABF" w14:textId="77777777" w:rsidR="00E57F20" w:rsidRPr="00197061" w:rsidRDefault="00E57F20" w:rsidP="00197061">
            <w:pPr>
              <w:spacing w:after="0"/>
              <w:jc w:val="center"/>
              <w:rPr>
                <w:rFonts w:cs="Arial"/>
                <w:sz w:val="16"/>
                <w:szCs w:val="16"/>
              </w:rPr>
            </w:pPr>
          </w:p>
        </w:tc>
        <w:tc>
          <w:tcPr>
            <w:tcW w:w="776" w:type="dxa"/>
            <w:tcMar>
              <w:top w:w="38" w:type="dxa"/>
              <w:left w:w="55" w:type="dxa"/>
              <w:bottom w:w="38" w:type="dxa"/>
              <w:right w:w="55" w:type="dxa"/>
            </w:tcMar>
            <w:vAlign w:val="center"/>
          </w:tcPr>
          <w:p w14:paraId="3FB1CC46" w14:textId="77777777" w:rsidR="00E57F20" w:rsidRPr="00197061" w:rsidRDefault="00E57F20" w:rsidP="00197061">
            <w:pPr>
              <w:spacing w:after="0"/>
              <w:jc w:val="center"/>
              <w:rPr>
                <w:rFonts w:cs="Arial"/>
                <w:sz w:val="16"/>
                <w:szCs w:val="16"/>
              </w:rPr>
            </w:pPr>
          </w:p>
        </w:tc>
        <w:tc>
          <w:tcPr>
            <w:tcW w:w="792" w:type="dxa"/>
          </w:tcPr>
          <w:p w14:paraId="7FED1DAD" w14:textId="77777777" w:rsidR="00E57F20" w:rsidRPr="00197061" w:rsidRDefault="00E57F20" w:rsidP="00197061">
            <w:pPr>
              <w:spacing w:after="0"/>
              <w:jc w:val="center"/>
              <w:rPr>
                <w:rFonts w:cs="Arial"/>
                <w:sz w:val="16"/>
                <w:szCs w:val="16"/>
              </w:rPr>
            </w:pPr>
          </w:p>
        </w:tc>
      </w:tr>
      <w:tr w:rsidR="00E57F20" w:rsidRPr="00B31279" w14:paraId="05B97197" w14:textId="469882B6" w:rsidTr="00E57F20">
        <w:trPr>
          <w:trHeight w:val="300"/>
          <w:jc w:val="center"/>
        </w:trPr>
        <w:tc>
          <w:tcPr>
            <w:tcW w:w="983" w:type="dxa"/>
            <w:tcMar>
              <w:top w:w="38" w:type="dxa"/>
              <w:left w:w="55" w:type="dxa"/>
              <w:bottom w:w="38" w:type="dxa"/>
              <w:right w:w="55" w:type="dxa"/>
            </w:tcMar>
            <w:vAlign w:val="center"/>
          </w:tcPr>
          <w:p w14:paraId="6596B9E1" w14:textId="77777777" w:rsidR="00E57F20" w:rsidRPr="00197061" w:rsidRDefault="00E57F20" w:rsidP="00197061">
            <w:pPr>
              <w:spacing w:after="0"/>
              <w:jc w:val="center"/>
              <w:rPr>
                <w:rFonts w:cs="Arial"/>
                <w:sz w:val="16"/>
                <w:szCs w:val="16"/>
              </w:rPr>
            </w:pPr>
          </w:p>
        </w:tc>
        <w:tc>
          <w:tcPr>
            <w:tcW w:w="3352" w:type="dxa"/>
            <w:tcMar>
              <w:top w:w="38" w:type="dxa"/>
              <w:left w:w="55" w:type="dxa"/>
              <w:bottom w:w="38" w:type="dxa"/>
              <w:right w:w="55" w:type="dxa"/>
            </w:tcMar>
            <w:vAlign w:val="center"/>
          </w:tcPr>
          <w:p w14:paraId="6265E692" w14:textId="77777777" w:rsidR="00E57F20" w:rsidRPr="00197061" w:rsidRDefault="00E57F20" w:rsidP="00197061">
            <w:pPr>
              <w:spacing w:after="0"/>
              <w:rPr>
                <w:rFonts w:cs="Arial"/>
                <w:sz w:val="16"/>
                <w:szCs w:val="16"/>
              </w:rPr>
            </w:pPr>
          </w:p>
        </w:tc>
        <w:tc>
          <w:tcPr>
            <w:tcW w:w="826" w:type="dxa"/>
            <w:tcMar>
              <w:top w:w="38" w:type="dxa"/>
              <w:left w:w="55" w:type="dxa"/>
              <w:bottom w:w="38" w:type="dxa"/>
              <w:right w:w="55" w:type="dxa"/>
            </w:tcMar>
            <w:vAlign w:val="center"/>
          </w:tcPr>
          <w:p w14:paraId="37375A64" w14:textId="77777777" w:rsidR="00E57F20" w:rsidRPr="00197061" w:rsidRDefault="00E57F20" w:rsidP="00197061">
            <w:pPr>
              <w:spacing w:after="0"/>
              <w:jc w:val="center"/>
              <w:rPr>
                <w:rFonts w:cs="Arial"/>
                <w:sz w:val="16"/>
                <w:szCs w:val="16"/>
              </w:rPr>
            </w:pPr>
          </w:p>
        </w:tc>
        <w:tc>
          <w:tcPr>
            <w:tcW w:w="1071" w:type="dxa"/>
          </w:tcPr>
          <w:p w14:paraId="26D321FC" w14:textId="77777777" w:rsidR="00E57F20" w:rsidRPr="00197061" w:rsidRDefault="00E57F20" w:rsidP="00197061">
            <w:pPr>
              <w:spacing w:after="0"/>
              <w:jc w:val="center"/>
              <w:rPr>
                <w:rFonts w:cs="Arial"/>
                <w:sz w:val="16"/>
                <w:szCs w:val="16"/>
              </w:rPr>
            </w:pPr>
          </w:p>
        </w:tc>
        <w:tc>
          <w:tcPr>
            <w:tcW w:w="988" w:type="dxa"/>
            <w:tcMar>
              <w:top w:w="38" w:type="dxa"/>
              <w:left w:w="55" w:type="dxa"/>
              <w:bottom w:w="38" w:type="dxa"/>
              <w:right w:w="55" w:type="dxa"/>
            </w:tcMar>
            <w:vAlign w:val="center"/>
          </w:tcPr>
          <w:p w14:paraId="61938312" w14:textId="3CB92BD3" w:rsidR="00E57F20" w:rsidRPr="00197061" w:rsidRDefault="00E57F20" w:rsidP="00197061">
            <w:pPr>
              <w:spacing w:after="0"/>
              <w:jc w:val="center"/>
              <w:rPr>
                <w:rFonts w:cs="Arial"/>
                <w:sz w:val="16"/>
                <w:szCs w:val="16"/>
              </w:rPr>
            </w:pPr>
          </w:p>
        </w:tc>
        <w:tc>
          <w:tcPr>
            <w:tcW w:w="3897" w:type="dxa"/>
            <w:tcMar>
              <w:top w:w="38" w:type="dxa"/>
              <w:left w:w="55" w:type="dxa"/>
              <w:bottom w:w="38" w:type="dxa"/>
              <w:right w:w="55" w:type="dxa"/>
            </w:tcMar>
            <w:vAlign w:val="center"/>
          </w:tcPr>
          <w:p w14:paraId="73183416" w14:textId="77777777" w:rsidR="00E57F20" w:rsidRPr="00197061" w:rsidRDefault="00E57F20" w:rsidP="00197061">
            <w:pPr>
              <w:spacing w:after="0"/>
              <w:rPr>
                <w:rFonts w:cs="Arial"/>
                <w:sz w:val="16"/>
                <w:szCs w:val="16"/>
              </w:rPr>
            </w:pPr>
          </w:p>
        </w:tc>
        <w:tc>
          <w:tcPr>
            <w:tcW w:w="867" w:type="dxa"/>
            <w:tcMar>
              <w:top w:w="38" w:type="dxa"/>
              <w:left w:w="55" w:type="dxa"/>
              <w:bottom w:w="38" w:type="dxa"/>
              <w:right w:w="55" w:type="dxa"/>
            </w:tcMar>
            <w:vAlign w:val="center"/>
          </w:tcPr>
          <w:p w14:paraId="02931513" w14:textId="77777777" w:rsidR="00E57F20" w:rsidRPr="00197061" w:rsidRDefault="00E57F20" w:rsidP="00197061">
            <w:pPr>
              <w:spacing w:after="0"/>
              <w:jc w:val="center"/>
              <w:rPr>
                <w:rFonts w:cs="Arial"/>
                <w:sz w:val="16"/>
                <w:szCs w:val="16"/>
              </w:rPr>
            </w:pPr>
          </w:p>
        </w:tc>
        <w:tc>
          <w:tcPr>
            <w:tcW w:w="776" w:type="dxa"/>
            <w:tcMar>
              <w:top w:w="38" w:type="dxa"/>
              <w:left w:w="55" w:type="dxa"/>
              <w:bottom w:w="38" w:type="dxa"/>
              <w:right w:w="55" w:type="dxa"/>
            </w:tcMar>
            <w:vAlign w:val="center"/>
          </w:tcPr>
          <w:p w14:paraId="5F9C2EBA" w14:textId="77777777" w:rsidR="00E57F20" w:rsidRPr="00197061" w:rsidRDefault="00E57F20" w:rsidP="00197061">
            <w:pPr>
              <w:spacing w:after="0"/>
              <w:jc w:val="center"/>
              <w:rPr>
                <w:rFonts w:cs="Arial"/>
                <w:sz w:val="16"/>
                <w:szCs w:val="16"/>
              </w:rPr>
            </w:pPr>
          </w:p>
        </w:tc>
        <w:tc>
          <w:tcPr>
            <w:tcW w:w="792" w:type="dxa"/>
          </w:tcPr>
          <w:p w14:paraId="63DB6C89" w14:textId="77777777" w:rsidR="00E57F20" w:rsidRPr="00197061" w:rsidRDefault="00E57F20" w:rsidP="00197061">
            <w:pPr>
              <w:spacing w:after="0"/>
              <w:jc w:val="center"/>
              <w:rPr>
                <w:rFonts w:cs="Arial"/>
                <w:sz w:val="16"/>
                <w:szCs w:val="16"/>
              </w:rPr>
            </w:pPr>
          </w:p>
        </w:tc>
      </w:tr>
      <w:tr w:rsidR="00E57F20" w:rsidRPr="00B31279" w14:paraId="1460D0AB" w14:textId="73DFBD9A" w:rsidTr="00E57F20">
        <w:trPr>
          <w:trHeight w:val="300"/>
          <w:jc w:val="center"/>
        </w:trPr>
        <w:tc>
          <w:tcPr>
            <w:tcW w:w="983" w:type="dxa"/>
            <w:tcMar>
              <w:top w:w="38" w:type="dxa"/>
              <w:left w:w="55" w:type="dxa"/>
              <w:bottom w:w="38" w:type="dxa"/>
              <w:right w:w="55" w:type="dxa"/>
            </w:tcMar>
            <w:vAlign w:val="center"/>
          </w:tcPr>
          <w:p w14:paraId="36475412" w14:textId="77777777" w:rsidR="00E57F20" w:rsidRPr="00197061" w:rsidRDefault="00E57F20" w:rsidP="00197061">
            <w:pPr>
              <w:spacing w:after="0"/>
              <w:jc w:val="center"/>
              <w:rPr>
                <w:rFonts w:cs="Arial"/>
                <w:sz w:val="16"/>
                <w:szCs w:val="16"/>
              </w:rPr>
            </w:pPr>
          </w:p>
        </w:tc>
        <w:tc>
          <w:tcPr>
            <w:tcW w:w="3352" w:type="dxa"/>
            <w:tcMar>
              <w:top w:w="38" w:type="dxa"/>
              <w:left w:w="55" w:type="dxa"/>
              <w:bottom w:w="38" w:type="dxa"/>
              <w:right w:w="55" w:type="dxa"/>
            </w:tcMar>
            <w:vAlign w:val="center"/>
          </w:tcPr>
          <w:p w14:paraId="69710270" w14:textId="77777777" w:rsidR="00E57F20" w:rsidRPr="00197061" w:rsidRDefault="00E57F20" w:rsidP="00197061">
            <w:pPr>
              <w:spacing w:after="0"/>
              <w:rPr>
                <w:rFonts w:cs="Arial"/>
                <w:sz w:val="16"/>
                <w:szCs w:val="16"/>
              </w:rPr>
            </w:pPr>
          </w:p>
        </w:tc>
        <w:tc>
          <w:tcPr>
            <w:tcW w:w="826" w:type="dxa"/>
            <w:tcMar>
              <w:top w:w="38" w:type="dxa"/>
              <w:left w:w="55" w:type="dxa"/>
              <w:bottom w:w="38" w:type="dxa"/>
              <w:right w:w="55" w:type="dxa"/>
            </w:tcMar>
            <w:vAlign w:val="center"/>
          </w:tcPr>
          <w:p w14:paraId="16E81660" w14:textId="77777777" w:rsidR="00E57F20" w:rsidRPr="00197061" w:rsidRDefault="00E57F20" w:rsidP="00197061">
            <w:pPr>
              <w:spacing w:after="0"/>
              <w:jc w:val="center"/>
              <w:rPr>
                <w:rFonts w:cs="Arial"/>
                <w:sz w:val="16"/>
                <w:szCs w:val="16"/>
              </w:rPr>
            </w:pPr>
          </w:p>
        </w:tc>
        <w:tc>
          <w:tcPr>
            <w:tcW w:w="1071" w:type="dxa"/>
          </w:tcPr>
          <w:p w14:paraId="756DED7E" w14:textId="77777777" w:rsidR="00E57F20" w:rsidRPr="00197061" w:rsidRDefault="00E57F20" w:rsidP="00197061">
            <w:pPr>
              <w:spacing w:after="0"/>
              <w:jc w:val="center"/>
              <w:rPr>
                <w:rFonts w:cs="Arial"/>
                <w:sz w:val="16"/>
                <w:szCs w:val="16"/>
              </w:rPr>
            </w:pPr>
          </w:p>
        </w:tc>
        <w:tc>
          <w:tcPr>
            <w:tcW w:w="988" w:type="dxa"/>
            <w:tcMar>
              <w:top w:w="38" w:type="dxa"/>
              <w:left w:w="55" w:type="dxa"/>
              <w:bottom w:w="38" w:type="dxa"/>
              <w:right w:w="55" w:type="dxa"/>
            </w:tcMar>
            <w:vAlign w:val="center"/>
          </w:tcPr>
          <w:p w14:paraId="60AF0FC7" w14:textId="0CCB7C58" w:rsidR="00E57F20" w:rsidRPr="00197061" w:rsidRDefault="00E57F20" w:rsidP="00197061">
            <w:pPr>
              <w:spacing w:after="0"/>
              <w:jc w:val="center"/>
              <w:rPr>
                <w:rFonts w:cs="Arial"/>
                <w:sz w:val="16"/>
                <w:szCs w:val="16"/>
              </w:rPr>
            </w:pPr>
          </w:p>
        </w:tc>
        <w:tc>
          <w:tcPr>
            <w:tcW w:w="3897" w:type="dxa"/>
            <w:tcMar>
              <w:top w:w="38" w:type="dxa"/>
              <w:left w:w="55" w:type="dxa"/>
              <w:bottom w:w="38" w:type="dxa"/>
              <w:right w:w="55" w:type="dxa"/>
            </w:tcMar>
            <w:vAlign w:val="center"/>
          </w:tcPr>
          <w:p w14:paraId="36FD3A42" w14:textId="77777777" w:rsidR="00E57F20" w:rsidRPr="00197061" w:rsidRDefault="00E57F20" w:rsidP="00197061">
            <w:pPr>
              <w:spacing w:after="0"/>
              <w:rPr>
                <w:rFonts w:cs="Arial"/>
                <w:sz w:val="16"/>
                <w:szCs w:val="16"/>
              </w:rPr>
            </w:pPr>
          </w:p>
        </w:tc>
        <w:tc>
          <w:tcPr>
            <w:tcW w:w="867" w:type="dxa"/>
            <w:tcMar>
              <w:top w:w="38" w:type="dxa"/>
              <w:left w:w="55" w:type="dxa"/>
              <w:bottom w:w="38" w:type="dxa"/>
              <w:right w:w="55" w:type="dxa"/>
            </w:tcMar>
            <w:vAlign w:val="center"/>
          </w:tcPr>
          <w:p w14:paraId="2BB0BE36" w14:textId="77777777" w:rsidR="00E57F20" w:rsidRPr="00197061" w:rsidRDefault="00E57F20" w:rsidP="00197061">
            <w:pPr>
              <w:spacing w:after="0"/>
              <w:jc w:val="center"/>
              <w:rPr>
                <w:rFonts w:cs="Arial"/>
                <w:sz w:val="16"/>
                <w:szCs w:val="16"/>
              </w:rPr>
            </w:pPr>
          </w:p>
        </w:tc>
        <w:tc>
          <w:tcPr>
            <w:tcW w:w="776" w:type="dxa"/>
            <w:tcMar>
              <w:top w:w="38" w:type="dxa"/>
              <w:left w:w="55" w:type="dxa"/>
              <w:bottom w:w="38" w:type="dxa"/>
              <w:right w:w="55" w:type="dxa"/>
            </w:tcMar>
            <w:vAlign w:val="center"/>
          </w:tcPr>
          <w:p w14:paraId="367DD4FD" w14:textId="77777777" w:rsidR="00E57F20" w:rsidRPr="00197061" w:rsidRDefault="00E57F20" w:rsidP="00197061">
            <w:pPr>
              <w:spacing w:after="0"/>
              <w:jc w:val="center"/>
              <w:rPr>
                <w:rFonts w:cs="Arial"/>
                <w:sz w:val="16"/>
                <w:szCs w:val="16"/>
              </w:rPr>
            </w:pPr>
          </w:p>
        </w:tc>
        <w:tc>
          <w:tcPr>
            <w:tcW w:w="792" w:type="dxa"/>
          </w:tcPr>
          <w:p w14:paraId="6979A41F" w14:textId="77777777" w:rsidR="00E57F20" w:rsidRPr="00197061" w:rsidRDefault="00E57F20" w:rsidP="00197061">
            <w:pPr>
              <w:spacing w:after="0"/>
              <w:jc w:val="center"/>
              <w:rPr>
                <w:rFonts w:cs="Arial"/>
                <w:sz w:val="16"/>
                <w:szCs w:val="16"/>
              </w:rPr>
            </w:pPr>
          </w:p>
        </w:tc>
      </w:tr>
      <w:tr w:rsidR="00E57F20" w:rsidRPr="00B31279" w14:paraId="2A7A31BC" w14:textId="7A9A17BE" w:rsidTr="00E57F20">
        <w:trPr>
          <w:trHeight w:val="300"/>
          <w:jc w:val="center"/>
        </w:trPr>
        <w:tc>
          <w:tcPr>
            <w:tcW w:w="983" w:type="dxa"/>
            <w:tcMar>
              <w:top w:w="38" w:type="dxa"/>
              <w:left w:w="55" w:type="dxa"/>
              <w:bottom w:w="38" w:type="dxa"/>
              <w:right w:w="55" w:type="dxa"/>
            </w:tcMar>
            <w:vAlign w:val="center"/>
          </w:tcPr>
          <w:p w14:paraId="01072F56" w14:textId="77777777" w:rsidR="00E57F20" w:rsidRPr="00197061" w:rsidRDefault="00E57F20" w:rsidP="00197061">
            <w:pPr>
              <w:spacing w:after="0"/>
              <w:jc w:val="center"/>
              <w:rPr>
                <w:rFonts w:cs="Arial"/>
                <w:sz w:val="16"/>
                <w:szCs w:val="16"/>
              </w:rPr>
            </w:pPr>
          </w:p>
        </w:tc>
        <w:tc>
          <w:tcPr>
            <w:tcW w:w="3352" w:type="dxa"/>
            <w:tcMar>
              <w:top w:w="38" w:type="dxa"/>
              <w:left w:w="55" w:type="dxa"/>
              <w:bottom w:w="38" w:type="dxa"/>
              <w:right w:w="55" w:type="dxa"/>
            </w:tcMar>
            <w:vAlign w:val="center"/>
          </w:tcPr>
          <w:p w14:paraId="0BAFAF31" w14:textId="77777777" w:rsidR="00E57F20" w:rsidRPr="00197061" w:rsidRDefault="00E57F20" w:rsidP="00197061">
            <w:pPr>
              <w:spacing w:after="0"/>
              <w:rPr>
                <w:rFonts w:cs="Arial"/>
                <w:sz w:val="16"/>
                <w:szCs w:val="16"/>
              </w:rPr>
            </w:pPr>
          </w:p>
        </w:tc>
        <w:tc>
          <w:tcPr>
            <w:tcW w:w="826" w:type="dxa"/>
            <w:tcMar>
              <w:top w:w="38" w:type="dxa"/>
              <w:left w:w="55" w:type="dxa"/>
              <w:bottom w:w="38" w:type="dxa"/>
              <w:right w:w="55" w:type="dxa"/>
            </w:tcMar>
            <w:vAlign w:val="center"/>
          </w:tcPr>
          <w:p w14:paraId="6DE0A013" w14:textId="77777777" w:rsidR="00E57F20" w:rsidRPr="00197061" w:rsidRDefault="00E57F20" w:rsidP="00197061">
            <w:pPr>
              <w:spacing w:after="0"/>
              <w:jc w:val="center"/>
              <w:rPr>
                <w:rFonts w:cs="Arial"/>
                <w:sz w:val="16"/>
                <w:szCs w:val="16"/>
              </w:rPr>
            </w:pPr>
          </w:p>
        </w:tc>
        <w:tc>
          <w:tcPr>
            <w:tcW w:w="1071" w:type="dxa"/>
          </w:tcPr>
          <w:p w14:paraId="5FD3F639" w14:textId="77777777" w:rsidR="00E57F20" w:rsidRPr="00197061" w:rsidRDefault="00E57F20" w:rsidP="00197061">
            <w:pPr>
              <w:spacing w:after="0"/>
              <w:jc w:val="center"/>
              <w:rPr>
                <w:rFonts w:cs="Arial"/>
                <w:sz w:val="16"/>
                <w:szCs w:val="16"/>
              </w:rPr>
            </w:pPr>
          </w:p>
        </w:tc>
        <w:tc>
          <w:tcPr>
            <w:tcW w:w="988" w:type="dxa"/>
            <w:tcMar>
              <w:top w:w="38" w:type="dxa"/>
              <w:left w:w="55" w:type="dxa"/>
              <w:bottom w:w="38" w:type="dxa"/>
              <w:right w:w="55" w:type="dxa"/>
            </w:tcMar>
            <w:vAlign w:val="center"/>
          </w:tcPr>
          <w:p w14:paraId="5D69E3DC" w14:textId="153CFD74" w:rsidR="00E57F20" w:rsidRPr="00197061" w:rsidRDefault="00E57F20" w:rsidP="00197061">
            <w:pPr>
              <w:spacing w:after="0"/>
              <w:jc w:val="center"/>
              <w:rPr>
                <w:rFonts w:cs="Arial"/>
                <w:sz w:val="16"/>
                <w:szCs w:val="16"/>
              </w:rPr>
            </w:pPr>
          </w:p>
        </w:tc>
        <w:tc>
          <w:tcPr>
            <w:tcW w:w="3897" w:type="dxa"/>
            <w:tcMar>
              <w:top w:w="38" w:type="dxa"/>
              <w:left w:w="55" w:type="dxa"/>
              <w:bottom w:w="38" w:type="dxa"/>
              <w:right w:w="55" w:type="dxa"/>
            </w:tcMar>
            <w:vAlign w:val="center"/>
          </w:tcPr>
          <w:p w14:paraId="4257672F" w14:textId="77777777" w:rsidR="00E57F20" w:rsidRPr="00197061" w:rsidRDefault="00E57F20" w:rsidP="00197061">
            <w:pPr>
              <w:spacing w:after="0"/>
              <w:rPr>
                <w:rFonts w:cs="Arial"/>
                <w:sz w:val="16"/>
                <w:szCs w:val="16"/>
              </w:rPr>
            </w:pPr>
          </w:p>
        </w:tc>
        <w:tc>
          <w:tcPr>
            <w:tcW w:w="867" w:type="dxa"/>
            <w:tcMar>
              <w:top w:w="38" w:type="dxa"/>
              <w:left w:w="55" w:type="dxa"/>
              <w:bottom w:w="38" w:type="dxa"/>
              <w:right w:w="55" w:type="dxa"/>
            </w:tcMar>
            <w:vAlign w:val="center"/>
          </w:tcPr>
          <w:p w14:paraId="2E1E3E02" w14:textId="77777777" w:rsidR="00E57F20" w:rsidRPr="00197061" w:rsidRDefault="00E57F20" w:rsidP="00197061">
            <w:pPr>
              <w:spacing w:after="0"/>
              <w:jc w:val="center"/>
              <w:rPr>
                <w:rFonts w:cs="Arial"/>
                <w:sz w:val="16"/>
                <w:szCs w:val="16"/>
              </w:rPr>
            </w:pPr>
          </w:p>
        </w:tc>
        <w:tc>
          <w:tcPr>
            <w:tcW w:w="776" w:type="dxa"/>
            <w:tcMar>
              <w:top w:w="38" w:type="dxa"/>
              <w:left w:w="55" w:type="dxa"/>
              <w:bottom w:w="38" w:type="dxa"/>
              <w:right w:w="55" w:type="dxa"/>
            </w:tcMar>
            <w:vAlign w:val="center"/>
          </w:tcPr>
          <w:p w14:paraId="593D9496" w14:textId="77777777" w:rsidR="00E57F20" w:rsidRPr="00197061" w:rsidRDefault="00E57F20" w:rsidP="00197061">
            <w:pPr>
              <w:spacing w:after="0"/>
              <w:jc w:val="center"/>
              <w:rPr>
                <w:rFonts w:cs="Arial"/>
                <w:sz w:val="16"/>
                <w:szCs w:val="16"/>
              </w:rPr>
            </w:pPr>
          </w:p>
        </w:tc>
        <w:tc>
          <w:tcPr>
            <w:tcW w:w="792" w:type="dxa"/>
          </w:tcPr>
          <w:p w14:paraId="048DD61A" w14:textId="77777777" w:rsidR="00E57F20" w:rsidRPr="00197061" w:rsidRDefault="00E57F20" w:rsidP="00197061">
            <w:pPr>
              <w:spacing w:after="0"/>
              <w:jc w:val="center"/>
              <w:rPr>
                <w:rFonts w:cs="Arial"/>
                <w:sz w:val="16"/>
                <w:szCs w:val="16"/>
              </w:rPr>
            </w:pPr>
          </w:p>
        </w:tc>
      </w:tr>
      <w:tr w:rsidR="00E57F20" w:rsidRPr="00B31279" w14:paraId="738D606F" w14:textId="505B6382" w:rsidTr="00E57F20">
        <w:trPr>
          <w:trHeight w:val="300"/>
          <w:jc w:val="center"/>
        </w:trPr>
        <w:tc>
          <w:tcPr>
            <w:tcW w:w="983" w:type="dxa"/>
            <w:tcMar>
              <w:top w:w="38" w:type="dxa"/>
              <w:left w:w="55" w:type="dxa"/>
              <w:bottom w:w="38" w:type="dxa"/>
              <w:right w:w="55" w:type="dxa"/>
            </w:tcMar>
            <w:vAlign w:val="center"/>
          </w:tcPr>
          <w:p w14:paraId="3385B7C0" w14:textId="77777777" w:rsidR="00E57F20" w:rsidRPr="00197061" w:rsidRDefault="00E57F20" w:rsidP="00197061">
            <w:pPr>
              <w:spacing w:after="0"/>
              <w:jc w:val="center"/>
              <w:rPr>
                <w:rFonts w:cs="Arial"/>
                <w:sz w:val="16"/>
                <w:szCs w:val="16"/>
              </w:rPr>
            </w:pPr>
          </w:p>
        </w:tc>
        <w:tc>
          <w:tcPr>
            <w:tcW w:w="3352" w:type="dxa"/>
            <w:tcMar>
              <w:top w:w="38" w:type="dxa"/>
              <w:left w:w="55" w:type="dxa"/>
              <w:bottom w:w="38" w:type="dxa"/>
              <w:right w:w="55" w:type="dxa"/>
            </w:tcMar>
            <w:vAlign w:val="center"/>
          </w:tcPr>
          <w:p w14:paraId="2BE72215" w14:textId="77777777" w:rsidR="00E57F20" w:rsidRPr="00197061" w:rsidRDefault="00E57F20" w:rsidP="00197061">
            <w:pPr>
              <w:spacing w:after="0"/>
              <w:rPr>
                <w:rFonts w:cs="Arial"/>
                <w:sz w:val="16"/>
                <w:szCs w:val="16"/>
              </w:rPr>
            </w:pPr>
          </w:p>
        </w:tc>
        <w:tc>
          <w:tcPr>
            <w:tcW w:w="826" w:type="dxa"/>
            <w:tcMar>
              <w:top w:w="38" w:type="dxa"/>
              <w:left w:w="55" w:type="dxa"/>
              <w:bottom w:w="38" w:type="dxa"/>
              <w:right w:w="55" w:type="dxa"/>
            </w:tcMar>
            <w:vAlign w:val="center"/>
          </w:tcPr>
          <w:p w14:paraId="5D135798" w14:textId="77777777" w:rsidR="00E57F20" w:rsidRPr="00197061" w:rsidRDefault="00E57F20" w:rsidP="00197061">
            <w:pPr>
              <w:spacing w:after="0"/>
              <w:jc w:val="center"/>
              <w:rPr>
                <w:rFonts w:cs="Arial"/>
                <w:sz w:val="16"/>
                <w:szCs w:val="16"/>
              </w:rPr>
            </w:pPr>
          </w:p>
        </w:tc>
        <w:tc>
          <w:tcPr>
            <w:tcW w:w="1071" w:type="dxa"/>
          </w:tcPr>
          <w:p w14:paraId="6555C92C" w14:textId="77777777" w:rsidR="00E57F20" w:rsidRPr="00197061" w:rsidRDefault="00E57F20" w:rsidP="00197061">
            <w:pPr>
              <w:spacing w:after="0"/>
              <w:jc w:val="center"/>
              <w:rPr>
                <w:rFonts w:cs="Arial"/>
                <w:sz w:val="16"/>
                <w:szCs w:val="16"/>
              </w:rPr>
            </w:pPr>
          </w:p>
        </w:tc>
        <w:tc>
          <w:tcPr>
            <w:tcW w:w="988" w:type="dxa"/>
            <w:tcMar>
              <w:top w:w="38" w:type="dxa"/>
              <w:left w:w="55" w:type="dxa"/>
              <w:bottom w:w="38" w:type="dxa"/>
              <w:right w:w="55" w:type="dxa"/>
            </w:tcMar>
            <w:vAlign w:val="center"/>
          </w:tcPr>
          <w:p w14:paraId="4A144580" w14:textId="6199D38E" w:rsidR="00E57F20" w:rsidRPr="00197061" w:rsidRDefault="00E57F20" w:rsidP="00197061">
            <w:pPr>
              <w:spacing w:after="0"/>
              <w:jc w:val="center"/>
              <w:rPr>
                <w:rFonts w:cs="Arial"/>
                <w:sz w:val="16"/>
                <w:szCs w:val="16"/>
              </w:rPr>
            </w:pPr>
          </w:p>
        </w:tc>
        <w:tc>
          <w:tcPr>
            <w:tcW w:w="3897" w:type="dxa"/>
            <w:tcMar>
              <w:top w:w="38" w:type="dxa"/>
              <w:left w:w="55" w:type="dxa"/>
              <w:bottom w:w="38" w:type="dxa"/>
              <w:right w:w="55" w:type="dxa"/>
            </w:tcMar>
            <w:vAlign w:val="center"/>
          </w:tcPr>
          <w:p w14:paraId="06BB0CD4" w14:textId="77777777" w:rsidR="00E57F20" w:rsidRPr="00197061" w:rsidRDefault="00E57F20" w:rsidP="00197061">
            <w:pPr>
              <w:spacing w:after="0"/>
              <w:rPr>
                <w:rFonts w:cs="Arial"/>
                <w:sz w:val="16"/>
                <w:szCs w:val="16"/>
              </w:rPr>
            </w:pPr>
          </w:p>
        </w:tc>
        <w:tc>
          <w:tcPr>
            <w:tcW w:w="867" w:type="dxa"/>
            <w:tcMar>
              <w:top w:w="38" w:type="dxa"/>
              <w:left w:w="55" w:type="dxa"/>
              <w:bottom w:w="38" w:type="dxa"/>
              <w:right w:w="55" w:type="dxa"/>
            </w:tcMar>
            <w:vAlign w:val="center"/>
          </w:tcPr>
          <w:p w14:paraId="50E7E5E0" w14:textId="77777777" w:rsidR="00E57F20" w:rsidRPr="00197061" w:rsidRDefault="00E57F20" w:rsidP="00197061">
            <w:pPr>
              <w:spacing w:after="0"/>
              <w:jc w:val="center"/>
              <w:rPr>
                <w:rFonts w:cs="Arial"/>
                <w:sz w:val="16"/>
                <w:szCs w:val="16"/>
              </w:rPr>
            </w:pPr>
          </w:p>
        </w:tc>
        <w:tc>
          <w:tcPr>
            <w:tcW w:w="776" w:type="dxa"/>
            <w:tcMar>
              <w:top w:w="38" w:type="dxa"/>
              <w:left w:w="55" w:type="dxa"/>
              <w:bottom w:w="38" w:type="dxa"/>
              <w:right w:w="55" w:type="dxa"/>
            </w:tcMar>
            <w:vAlign w:val="center"/>
          </w:tcPr>
          <w:p w14:paraId="6B6A9970" w14:textId="77777777" w:rsidR="00E57F20" w:rsidRPr="00197061" w:rsidRDefault="00E57F20" w:rsidP="00197061">
            <w:pPr>
              <w:spacing w:after="0"/>
              <w:jc w:val="center"/>
              <w:rPr>
                <w:rFonts w:cs="Arial"/>
                <w:sz w:val="16"/>
                <w:szCs w:val="16"/>
              </w:rPr>
            </w:pPr>
          </w:p>
        </w:tc>
        <w:tc>
          <w:tcPr>
            <w:tcW w:w="792" w:type="dxa"/>
          </w:tcPr>
          <w:p w14:paraId="5D0557AE" w14:textId="77777777" w:rsidR="00E57F20" w:rsidRPr="00197061" w:rsidRDefault="00E57F20" w:rsidP="00197061">
            <w:pPr>
              <w:spacing w:after="0"/>
              <w:jc w:val="center"/>
              <w:rPr>
                <w:rFonts w:cs="Arial"/>
                <w:sz w:val="16"/>
                <w:szCs w:val="16"/>
              </w:rPr>
            </w:pPr>
          </w:p>
        </w:tc>
      </w:tr>
      <w:tr w:rsidR="00E57F20" w:rsidRPr="00B31279" w14:paraId="6865E9FF" w14:textId="310185CE" w:rsidTr="00E57F20">
        <w:trPr>
          <w:trHeight w:val="300"/>
          <w:jc w:val="center"/>
        </w:trPr>
        <w:tc>
          <w:tcPr>
            <w:tcW w:w="983" w:type="dxa"/>
            <w:tcMar>
              <w:top w:w="38" w:type="dxa"/>
              <w:left w:w="55" w:type="dxa"/>
              <w:bottom w:w="38" w:type="dxa"/>
              <w:right w:w="55" w:type="dxa"/>
            </w:tcMar>
            <w:vAlign w:val="center"/>
          </w:tcPr>
          <w:p w14:paraId="6131F308" w14:textId="77777777" w:rsidR="00E57F20" w:rsidRPr="00197061" w:rsidRDefault="00E57F20" w:rsidP="00197061">
            <w:pPr>
              <w:spacing w:after="0"/>
              <w:jc w:val="center"/>
              <w:rPr>
                <w:rFonts w:cs="Arial"/>
                <w:sz w:val="16"/>
                <w:szCs w:val="16"/>
              </w:rPr>
            </w:pPr>
          </w:p>
        </w:tc>
        <w:tc>
          <w:tcPr>
            <w:tcW w:w="3352" w:type="dxa"/>
            <w:tcMar>
              <w:top w:w="38" w:type="dxa"/>
              <w:left w:w="55" w:type="dxa"/>
              <w:bottom w:w="38" w:type="dxa"/>
              <w:right w:w="55" w:type="dxa"/>
            </w:tcMar>
            <w:vAlign w:val="center"/>
          </w:tcPr>
          <w:p w14:paraId="54455B9D" w14:textId="77777777" w:rsidR="00E57F20" w:rsidRPr="00197061" w:rsidRDefault="00E57F20" w:rsidP="00197061">
            <w:pPr>
              <w:spacing w:after="0"/>
              <w:rPr>
                <w:rFonts w:cs="Arial"/>
                <w:sz w:val="16"/>
                <w:szCs w:val="16"/>
              </w:rPr>
            </w:pPr>
          </w:p>
        </w:tc>
        <w:tc>
          <w:tcPr>
            <w:tcW w:w="826" w:type="dxa"/>
            <w:tcMar>
              <w:top w:w="38" w:type="dxa"/>
              <w:left w:w="55" w:type="dxa"/>
              <w:bottom w:w="38" w:type="dxa"/>
              <w:right w:w="55" w:type="dxa"/>
            </w:tcMar>
            <w:vAlign w:val="center"/>
          </w:tcPr>
          <w:p w14:paraId="2079BF5C" w14:textId="77777777" w:rsidR="00E57F20" w:rsidRPr="00197061" w:rsidRDefault="00E57F20" w:rsidP="00197061">
            <w:pPr>
              <w:spacing w:after="0"/>
              <w:jc w:val="center"/>
              <w:rPr>
                <w:rFonts w:cs="Arial"/>
                <w:sz w:val="16"/>
                <w:szCs w:val="16"/>
              </w:rPr>
            </w:pPr>
          </w:p>
        </w:tc>
        <w:tc>
          <w:tcPr>
            <w:tcW w:w="1071" w:type="dxa"/>
          </w:tcPr>
          <w:p w14:paraId="343A865D" w14:textId="77777777" w:rsidR="00E57F20" w:rsidRPr="00197061" w:rsidRDefault="00E57F20" w:rsidP="00197061">
            <w:pPr>
              <w:spacing w:after="0"/>
              <w:jc w:val="center"/>
              <w:rPr>
                <w:rFonts w:cs="Arial"/>
                <w:sz w:val="16"/>
                <w:szCs w:val="16"/>
              </w:rPr>
            </w:pPr>
          </w:p>
        </w:tc>
        <w:tc>
          <w:tcPr>
            <w:tcW w:w="988" w:type="dxa"/>
            <w:tcMar>
              <w:top w:w="38" w:type="dxa"/>
              <w:left w:w="55" w:type="dxa"/>
              <w:bottom w:w="38" w:type="dxa"/>
              <w:right w:w="55" w:type="dxa"/>
            </w:tcMar>
            <w:vAlign w:val="center"/>
          </w:tcPr>
          <w:p w14:paraId="79AEFB9E" w14:textId="27138DFA" w:rsidR="00E57F20" w:rsidRPr="00197061" w:rsidRDefault="00E57F20" w:rsidP="00197061">
            <w:pPr>
              <w:spacing w:after="0"/>
              <w:jc w:val="center"/>
              <w:rPr>
                <w:rFonts w:cs="Arial"/>
                <w:sz w:val="16"/>
                <w:szCs w:val="16"/>
              </w:rPr>
            </w:pPr>
          </w:p>
        </w:tc>
        <w:tc>
          <w:tcPr>
            <w:tcW w:w="3897" w:type="dxa"/>
            <w:tcMar>
              <w:top w:w="38" w:type="dxa"/>
              <w:left w:w="55" w:type="dxa"/>
              <w:bottom w:w="38" w:type="dxa"/>
              <w:right w:w="55" w:type="dxa"/>
            </w:tcMar>
            <w:vAlign w:val="center"/>
          </w:tcPr>
          <w:p w14:paraId="48F7DC60" w14:textId="77777777" w:rsidR="00E57F20" w:rsidRPr="00197061" w:rsidRDefault="00E57F20" w:rsidP="00197061">
            <w:pPr>
              <w:spacing w:after="0"/>
              <w:rPr>
                <w:rFonts w:cs="Arial"/>
                <w:sz w:val="16"/>
                <w:szCs w:val="16"/>
              </w:rPr>
            </w:pPr>
          </w:p>
        </w:tc>
        <w:tc>
          <w:tcPr>
            <w:tcW w:w="867" w:type="dxa"/>
            <w:tcMar>
              <w:top w:w="38" w:type="dxa"/>
              <w:left w:w="55" w:type="dxa"/>
              <w:bottom w:w="38" w:type="dxa"/>
              <w:right w:w="55" w:type="dxa"/>
            </w:tcMar>
            <w:vAlign w:val="center"/>
          </w:tcPr>
          <w:p w14:paraId="67CE3201" w14:textId="77777777" w:rsidR="00E57F20" w:rsidRPr="00197061" w:rsidRDefault="00E57F20" w:rsidP="00197061">
            <w:pPr>
              <w:spacing w:after="0"/>
              <w:jc w:val="center"/>
              <w:rPr>
                <w:rFonts w:cs="Arial"/>
                <w:sz w:val="16"/>
                <w:szCs w:val="16"/>
              </w:rPr>
            </w:pPr>
          </w:p>
        </w:tc>
        <w:tc>
          <w:tcPr>
            <w:tcW w:w="776" w:type="dxa"/>
            <w:tcMar>
              <w:top w:w="38" w:type="dxa"/>
              <w:left w:w="55" w:type="dxa"/>
              <w:bottom w:w="38" w:type="dxa"/>
              <w:right w:w="55" w:type="dxa"/>
            </w:tcMar>
            <w:vAlign w:val="center"/>
          </w:tcPr>
          <w:p w14:paraId="6C61361D" w14:textId="77777777" w:rsidR="00E57F20" w:rsidRPr="00197061" w:rsidRDefault="00E57F20" w:rsidP="00197061">
            <w:pPr>
              <w:spacing w:after="0"/>
              <w:jc w:val="center"/>
              <w:rPr>
                <w:rFonts w:cs="Arial"/>
                <w:sz w:val="16"/>
                <w:szCs w:val="16"/>
              </w:rPr>
            </w:pPr>
          </w:p>
        </w:tc>
        <w:tc>
          <w:tcPr>
            <w:tcW w:w="792" w:type="dxa"/>
          </w:tcPr>
          <w:p w14:paraId="2276F047" w14:textId="77777777" w:rsidR="00E57F20" w:rsidRPr="00197061" w:rsidRDefault="00E57F20" w:rsidP="00197061">
            <w:pPr>
              <w:spacing w:after="0"/>
              <w:jc w:val="center"/>
              <w:rPr>
                <w:rFonts w:cs="Arial"/>
                <w:sz w:val="16"/>
                <w:szCs w:val="16"/>
              </w:rPr>
            </w:pPr>
          </w:p>
        </w:tc>
      </w:tr>
      <w:tr w:rsidR="00E57F20" w:rsidRPr="00B31279" w14:paraId="09229742" w14:textId="47EC8F5C" w:rsidTr="00E57F20">
        <w:trPr>
          <w:jc w:val="center"/>
        </w:trPr>
        <w:tc>
          <w:tcPr>
            <w:tcW w:w="4335" w:type="dxa"/>
            <w:gridSpan w:val="2"/>
            <w:shd w:val="clear" w:color="auto" w:fill="EEF4FA"/>
            <w:tcMar>
              <w:top w:w="38" w:type="dxa"/>
              <w:left w:w="55" w:type="dxa"/>
              <w:bottom w:w="38" w:type="dxa"/>
              <w:right w:w="55" w:type="dxa"/>
            </w:tcMar>
            <w:vAlign w:val="center"/>
          </w:tcPr>
          <w:p w14:paraId="28CED865" w14:textId="01C85AF9" w:rsidR="00E57F20" w:rsidRPr="00197061" w:rsidRDefault="00E57F20" w:rsidP="00197061">
            <w:pPr>
              <w:spacing w:after="0"/>
              <w:jc w:val="right"/>
              <w:rPr>
                <w:rFonts w:cs="Arial"/>
                <w:sz w:val="16"/>
                <w:szCs w:val="16"/>
              </w:rPr>
            </w:pPr>
            <w:r w:rsidRPr="00197061">
              <w:rPr>
                <w:rFonts w:cs="Arial"/>
                <w:b/>
                <w:sz w:val="16"/>
                <w:szCs w:val="16"/>
              </w:rPr>
              <w:t>TOPLAM AKTS</w:t>
            </w:r>
          </w:p>
        </w:tc>
        <w:tc>
          <w:tcPr>
            <w:tcW w:w="826" w:type="dxa"/>
            <w:tcMar>
              <w:top w:w="38" w:type="dxa"/>
              <w:left w:w="55" w:type="dxa"/>
              <w:bottom w:w="38" w:type="dxa"/>
              <w:right w:w="55" w:type="dxa"/>
            </w:tcMar>
            <w:vAlign w:val="center"/>
          </w:tcPr>
          <w:p w14:paraId="22505EBA" w14:textId="77777777" w:rsidR="00E57F20" w:rsidRPr="00197061" w:rsidRDefault="00E57F20" w:rsidP="00197061">
            <w:pPr>
              <w:spacing w:after="0"/>
              <w:rPr>
                <w:rFonts w:cs="Arial"/>
                <w:sz w:val="16"/>
                <w:szCs w:val="16"/>
              </w:rPr>
            </w:pPr>
          </w:p>
        </w:tc>
        <w:tc>
          <w:tcPr>
            <w:tcW w:w="1071" w:type="dxa"/>
            <w:shd w:val="clear" w:color="auto" w:fill="EEF4FA"/>
          </w:tcPr>
          <w:p w14:paraId="1D693461" w14:textId="77777777" w:rsidR="00E57F20" w:rsidRPr="00197061" w:rsidRDefault="00E57F20" w:rsidP="00E57F20">
            <w:pPr>
              <w:spacing w:after="0"/>
              <w:jc w:val="center"/>
              <w:rPr>
                <w:rFonts w:cs="Arial"/>
                <w:b/>
                <w:sz w:val="16"/>
                <w:szCs w:val="16"/>
              </w:rPr>
            </w:pPr>
          </w:p>
        </w:tc>
        <w:tc>
          <w:tcPr>
            <w:tcW w:w="5752" w:type="dxa"/>
            <w:gridSpan w:val="3"/>
            <w:shd w:val="clear" w:color="auto" w:fill="EEF4FA"/>
            <w:tcMar>
              <w:top w:w="38" w:type="dxa"/>
              <w:left w:w="55" w:type="dxa"/>
              <w:bottom w:w="38" w:type="dxa"/>
              <w:right w:w="55" w:type="dxa"/>
            </w:tcMar>
            <w:vAlign w:val="center"/>
          </w:tcPr>
          <w:p w14:paraId="004EDCB7" w14:textId="44416FC2" w:rsidR="00E57F20" w:rsidRPr="00197061" w:rsidRDefault="00E57F20" w:rsidP="00197061">
            <w:pPr>
              <w:spacing w:after="0"/>
              <w:jc w:val="right"/>
              <w:rPr>
                <w:rFonts w:cs="Arial"/>
                <w:sz w:val="16"/>
                <w:szCs w:val="16"/>
              </w:rPr>
            </w:pPr>
            <w:r w:rsidRPr="00197061">
              <w:rPr>
                <w:rFonts w:cs="Arial"/>
                <w:b/>
                <w:sz w:val="16"/>
                <w:szCs w:val="16"/>
              </w:rPr>
              <w:t>TOPLAM AKTS</w:t>
            </w:r>
          </w:p>
        </w:tc>
        <w:tc>
          <w:tcPr>
            <w:tcW w:w="776" w:type="dxa"/>
            <w:tcMar>
              <w:top w:w="38" w:type="dxa"/>
              <w:left w:w="55" w:type="dxa"/>
              <w:bottom w:w="38" w:type="dxa"/>
              <w:right w:w="55" w:type="dxa"/>
            </w:tcMar>
            <w:vAlign w:val="center"/>
          </w:tcPr>
          <w:p w14:paraId="6C761578" w14:textId="77777777" w:rsidR="00E57F20" w:rsidRPr="00197061" w:rsidRDefault="00E57F20" w:rsidP="00197061">
            <w:pPr>
              <w:spacing w:after="0"/>
              <w:rPr>
                <w:rFonts w:cs="Arial"/>
                <w:sz w:val="16"/>
                <w:szCs w:val="16"/>
              </w:rPr>
            </w:pPr>
          </w:p>
        </w:tc>
        <w:tc>
          <w:tcPr>
            <w:tcW w:w="792" w:type="dxa"/>
            <w:shd w:val="clear" w:color="auto" w:fill="EEF4FA"/>
          </w:tcPr>
          <w:p w14:paraId="5944A5C5" w14:textId="77777777" w:rsidR="00E57F20" w:rsidRPr="00E57F20" w:rsidRDefault="00E57F20" w:rsidP="00E57F20">
            <w:pPr>
              <w:spacing w:after="0"/>
              <w:jc w:val="center"/>
              <w:rPr>
                <w:rFonts w:cs="Arial"/>
                <w:b/>
                <w:sz w:val="16"/>
                <w:szCs w:val="16"/>
              </w:rPr>
            </w:pPr>
          </w:p>
        </w:tc>
      </w:tr>
    </w:tbl>
    <w:p w14:paraId="0F1167D1" w14:textId="1BBA72B3" w:rsidR="00BB5325" w:rsidRDefault="00BB5325" w:rsidP="00BB5325">
      <w:pPr>
        <w:spacing w:after="20"/>
        <w:ind w:firstLine="720"/>
      </w:pPr>
    </w:p>
    <w:p w14:paraId="5ACEF885" w14:textId="77777777" w:rsidR="00BB5325" w:rsidRDefault="00BB5325">
      <w:r>
        <w:br w:type="page"/>
      </w:r>
    </w:p>
    <w:p w14:paraId="07F6A23B" w14:textId="77777777" w:rsidR="005D6705" w:rsidRDefault="005D6705" w:rsidP="00BB5325">
      <w:pPr>
        <w:spacing w:after="20"/>
        <w:ind w:firstLine="720"/>
      </w:pPr>
    </w:p>
    <w:p w14:paraId="21ACCDFD" w14:textId="77777777" w:rsidR="00BB5325" w:rsidRDefault="00BB5325" w:rsidP="00BB5325">
      <w:pPr>
        <w:spacing w:after="20"/>
        <w:ind w:firstLine="720"/>
      </w:pPr>
    </w:p>
    <w:tbl>
      <w:tblPr>
        <w:tblW w:w="4547" w:type="pct"/>
        <w:jc w:val="center"/>
        <w:tblBorders>
          <w:top w:val="single" w:sz="8" w:space="0" w:color="7A8CA5"/>
          <w:left w:val="single" w:sz="8" w:space="0" w:color="7A8CA5"/>
          <w:bottom w:val="single" w:sz="8" w:space="0" w:color="7A8CA5"/>
          <w:right w:val="single" w:sz="8" w:space="0" w:color="7A8CA5"/>
          <w:insideH w:val="single" w:sz="6" w:space="0" w:color="9FB1C8"/>
          <w:insideV w:val="single" w:sz="6" w:space="0" w:color="9FB1C8"/>
        </w:tblBorders>
        <w:tblLayout w:type="fixed"/>
        <w:tblLook w:val="04A0" w:firstRow="1" w:lastRow="0" w:firstColumn="1" w:lastColumn="0" w:noHBand="0" w:noVBand="1"/>
      </w:tblPr>
      <w:tblGrid>
        <w:gridCol w:w="1975"/>
        <w:gridCol w:w="709"/>
        <w:gridCol w:w="1588"/>
        <w:gridCol w:w="1259"/>
        <w:gridCol w:w="1330"/>
        <w:gridCol w:w="693"/>
        <w:gridCol w:w="1364"/>
        <w:gridCol w:w="1728"/>
        <w:gridCol w:w="2588"/>
      </w:tblGrid>
      <w:tr w:rsidR="007B22B7" w:rsidRPr="00B31279" w14:paraId="54534457" w14:textId="77777777" w:rsidTr="000F67E5">
        <w:trPr>
          <w:jc w:val="center"/>
        </w:trPr>
        <w:tc>
          <w:tcPr>
            <w:tcW w:w="6861" w:type="dxa"/>
            <w:gridSpan w:val="5"/>
            <w:shd w:val="clear" w:color="auto" w:fill="1F4E78"/>
            <w:vAlign w:val="center"/>
          </w:tcPr>
          <w:p w14:paraId="01C594EE" w14:textId="38EFD3A6" w:rsidR="007B22B7" w:rsidRPr="007B22B7" w:rsidRDefault="007B22B7" w:rsidP="00BB5325">
            <w:pPr>
              <w:spacing w:after="0"/>
              <w:rPr>
                <w:rFonts w:cs="Arial"/>
                <w:b/>
                <w:color w:val="FFFFFF" w:themeColor="background1"/>
                <w:sz w:val="20"/>
                <w:szCs w:val="20"/>
              </w:rPr>
            </w:pPr>
            <w:r w:rsidRPr="007B22B7">
              <w:rPr>
                <w:rFonts w:cs="Arial"/>
                <w:b/>
                <w:color w:val="FFFFFF" w:themeColor="background1"/>
                <w:sz w:val="20"/>
                <w:szCs w:val="20"/>
              </w:rPr>
              <w:t>HAKKARİ ÜNİVERSİTESİ NOT SİSTEMİ</w:t>
            </w:r>
          </w:p>
        </w:tc>
        <w:tc>
          <w:tcPr>
            <w:tcW w:w="693" w:type="dxa"/>
            <w:vMerge w:val="restart"/>
            <w:shd w:val="clear" w:color="auto" w:fill="FFFFFF" w:themeFill="background1"/>
          </w:tcPr>
          <w:p w14:paraId="1B093BC9" w14:textId="77777777" w:rsidR="007B22B7" w:rsidRPr="007B22B7" w:rsidRDefault="007B22B7" w:rsidP="00BB5325">
            <w:pPr>
              <w:spacing w:after="0"/>
              <w:rPr>
                <w:rFonts w:cs="Arial"/>
                <w:b/>
                <w:color w:val="FFFFFF" w:themeColor="background1"/>
                <w:sz w:val="20"/>
                <w:szCs w:val="20"/>
              </w:rPr>
            </w:pPr>
          </w:p>
        </w:tc>
        <w:tc>
          <w:tcPr>
            <w:tcW w:w="5680" w:type="dxa"/>
            <w:gridSpan w:val="3"/>
            <w:shd w:val="clear" w:color="auto" w:fill="1F4E78"/>
            <w:tcMar>
              <w:top w:w="38" w:type="dxa"/>
              <w:left w:w="55" w:type="dxa"/>
              <w:bottom w:w="38" w:type="dxa"/>
              <w:right w:w="55" w:type="dxa"/>
            </w:tcMar>
            <w:vAlign w:val="center"/>
          </w:tcPr>
          <w:p w14:paraId="1610A456" w14:textId="0DAC035A" w:rsidR="007B22B7" w:rsidRPr="007B22B7" w:rsidRDefault="007B22B7" w:rsidP="00BB5325">
            <w:pPr>
              <w:spacing w:after="0"/>
              <w:rPr>
                <w:rFonts w:cs="Arial"/>
                <w:b/>
                <w:color w:val="FFFFFF"/>
                <w:sz w:val="20"/>
                <w:szCs w:val="20"/>
              </w:rPr>
            </w:pPr>
            <w:r w:rsidRPr="007B22B7">
              <w:rPr>
                <w:rFonts w:cs="Arial"/>
                <w:b/>
                <w:color w:val="FFFFFF" w:themeColor="background1"/>
                <w:sz w:val="20"/>
                <w:szCs w:val="20"/>
              </w:rPr>
              <w:t>KABUL EDEN ÜNİVERSİTE NOT SİSTEMİ</w:t>
            </w:r>
          </w:p>
        </w:tc>
      </w:tr>
      <w:tr w:rsidR="007B22B7" w:rsidRPr="00B31279" w14:paraId="6FB884BC" w14:textId="77777777" w:rsidTr="000F67E5">
        <w:trPr>
          <w:jc w:val="center"/>
        </w:trPr>
        <w:tc>
          <w:tcPr>
            <w:tcW w:w="1975" w:type="dxa"/>
            <w:shd w:val="clear" w:color="auto" w:fill="DCE8F4"/>
            <w:vAlign w:val="center"/>
          </w:tcPr>
          <w:p w14:paraId="578CCBD0" w14:textId="5042A6D4" w:rsidR="007B22B7" w:rsidRDefault="007B22B7" w:rsidP="00D814E2">
            <w:pPr>
              <w:spacing w:after="0"/>
              <w:rPr>
                <w:rFonts w:cs="Arial"/>
                <w:b/>
                <w:sz w:val="16"/>
                <w:szCs w:val="16"/>
              </w:rPr>
            </w:pPr>
            <w:r>
              <w:rPr>
                <w:rFonts w:cs="Arial"/>
                <w:b/>
                <w:sz w:val="16"/>
                <w:szCs w:val="16"/>
              </w:rPr>
              <w:t>ANLAMI</w:t>
            </w:r>
          </w:p>
        </w:tc>
        <w:tc>
          <w:tcPr>
            <w:tcW w:w="709" w:type="dxa"/>
            <w:shd w:val="clear" w:color="auto" w:fill="DCE8F4"/>
            <w:tcMar>
              <w:top w:w="38" w:type="dxa"/>
              <w:left w:w="55" w:type="dxa"/>
              <w:bottom w:w="38" w:type="dxa"/>
              <w:right w:w="55" w:type="dxa"/>
            </w:tcMar>
            <w:vAlign w:val="center"/>
          </w:tcPr>
          <w:p w14:paraId="1971B006" w14:textId="43881B51" w:rsidR="007B22B7" w:rsidRPr="00197061" w:rsidRDefault="007B22B7" w:rsidP="00D814E2">
            <w:pPr>
              <w:spacing w:after="0"/>
              <w:rPr>
                <w:rFonts w:cs="Arial"/>
                <w:sz w:val="16"/>
                <w:szCs w:val="16"/>
              </w:rPr>
            </w:pPr>
            <w:r>
              <w:rPr>
                <w:rFonts w:cs="Arial"/>
                <w:b/>
                <w:sz w:val="16"/>
                <w:szCs w:val="16"/>
              </w:rPr>
              <w:t>HARF NOTU</w:t>
            </w:r>
          </w:p>
        </w:tc>
        <w:tc>
          <w:tcPr>
            <w:tcW w:w="1588" w:type="dxa"/>
            <w:shd w:val="clear" w:color="auto" w:fill="DCE8F4"/>
            <w:tcMar>
              <w:top w:w="38" w:type="dxa"/>
              <w:left w:w="55" w:type="dxa"/>
              <w:bottom w:w="38" w:type="dxa"/>
              <w:right w:w="55" w:type="dxa"/>
            </w:tcMar>
            <w:vAlign w:val="center"/>
          </w:tcPr>
          <w:p w14:paraId="397A97AB" w14:textId="31BDB7EC" w:rsidR="007B22B7" w:rsidRPr="00197061" w:rsidRDefault="007B22B7" w:rsidP="00D814E2">
            <w:pPr>
              <w:spacing w:after="0"/>
              <w:rPr>
                <w:rFonts w:cs="Arial"/>
                <w:sz w:val="16"/>
                <w:szCs w:val="16"/>
              </w:rPr>
            </w:pPr>
            <w:r>
              <w:rPr>
                <w:rFonts w:cs="Arial"/>
                <w:b/>
                <w:sz w:val="16"/>
                <w:szCs w:val="16"/>
              </w:rPr>
              <w:t>4’LÜK SİSTEM KARŞILIKLARI</w:t>
            </w:r>
          </w:p>
        </w:tc>
        <w:tc>
          <w:tcPr>
            <w:tcW w:w="1259" w:type="dxa"/>
            <w:shd w:val="clear" w:color="auto" w:fill="DCE8F4"/>
            <w:tcMar>
              <w:top w:w="38" w:type="dxa"/>
              <w:left w:w="55" w:type="dxa"/>
              <w:bottom w:w="38" w:type="dxa"/>
              <w:right w:w="55" w:type="dxa"/>
            </w:tcMar>
            <w:vAlign w:val="center"/>
          </w:tcPr>
          <w:p w14:paraId="2F194B85" w14:textId="5CB087A8" w:rsidR="007B22B7" w:rsidRPr="00197061" w:rsidRDefault="007B22B7" w:rsidP="00D814E2">
            <w:pPr>
              <w:spacing w:after="0"/>
              <w:rPr>
                <w:rFonts w:cs="Arial"/>
                <w:sz w:val="16"/>
                <w:szCs w:val="16"/>
              </w:rPr>
            </w:pPr>
            <w:r>
              <w:rPr>
                <w:rFonts w:cs="Arial"/>
                <w:b/>
                <w:sz w:val="16"/>
                <w:szCs w:val="16"/>
              </w:rPr>
              <w:t>RAKAM KARŞILIĞI</w:t>
            </w:r>
          </w:p>
        </w:tc>
        <w:tc>
          <w:tcPr>
            <w:tcW w:w="1330" w:type="dxa"/>
            <w:shd w:val="clear" w:color="auto" w:fill="DCE8F4"/>
            <w:vAlign w:val="center"/>
          </w:tcPr>
          <w:p w14:paraId="55CAFED2" w14:textId="3F1D8DD0" w:rsidR="007B22B7" w:rsidRDefault="007B22B7" w:rsidP="00D814E2">
            <w:pPr>
              <w:spacing w:after="0"/>
              <w:rPr>
                <w:rFonts w:cs="Arial"/>
                <w:b/>
                <w:sz w:val="16"/>
                <w:szCs w:val="16"/>
              </w:rPr>
            </w:pPr>
            <w:r>
              <w:rPr>
                <w:rFonts w:cs="Arial"/>
                <w:b/>
                <w:sz w:val="16"/>
                <w:szCs w:val="16"/>
              </w:rPr>
              <w:t>AKTS HARF NOTU</w:t>
            </w:r>
          </w:p>
        </w:tc>
        <w:tc>
          <w:tcPr>
            <w:tcW w:w="693" w:type="dxa"/>
            <w:vMerge/>
            <w:shd w:val="clear" w:color="auto" w:fill="FFFFFF" w:themeFill="background1"/>
          </w:tcPr>
          <w:p w14:paraId="65AE0B0A" w14:textId="77777777" w:rsidR="007B22B7" w:rsidRDefault="007B22B7" w:rsidP="00D814E2">
            <w:pPr>
              <w:spacing w:after="0"/>
              <w:rPr>
                <w:rFonts w:cs="Arial"/>
                <w:b/>
                <w:sz w:val="16"/>
                <w:szCs w:val="16"/>
              </w:rPr>
            </w:pPr>
          </w:p>
        </w:tc>
        <w:tc>
          <w:tcPr>
            <w:tcW w:w="1364" w:type="dxa"/>
            <w:shd w:val="clear" w:color="auto" w:fill="DCE8F4"/>
            <w:tcMar>
              <w:top w:w="38" w:type="dxa"/>
              <w:left w:w="55" w:type="dxa"/>
              <w:bottom w:w="38" w:type="dxa"/>
              <w:right w:w="55" w:type="dxa"/>
            </w:tcMar>
            <w:vAlign w:val="center"/>
          </w:tcPr>
          <w:p w14:paraId="6F53C1CC" w14:textId="4C474850" w:rsidR="007B22B7" w:rsidRPr="00197061" w:rsidRDefault="007B22B7" w:rsidP="00D814E2">
            <w:pPr>
              <w:spacing w:after="0"/>
              <w:rPr>
                <w:rFonts w:cs="Arial"/>
                <w:sz w:val="16"/>
                <w:szCs w:val="16"/>
              </w:rPr>
            </w:pPr>
            <w:r>
              <w:rPr>
                <w:rFonts w:cs="Arial"/>
                <w:b/>
                <w:sz w:val="16"/>
                <w:szCs w:val="16"/>
              </w:rPr>
              <w:t>HARF NOTU</w:t>
            </w:r>
          </w:p>
        </w:tc>
        <w:tc>
          <w:tcPr>
            <w:tcW w:w="1728" w:type="dxa"/>
            <w:shd w:val="clear" w:color="auto" w:fill="DCE8F4"/>
            <w:tcMar>
              <w:top w:w="38" w:type="dxa"/>
              <w:left w:w="55" w:type="dxa"/>
              <w:bottom w:w="38" w:type="dxa"/>
              <w:right w:w="55" w:type="dxa"/>
            </w:tcMar>
            <w:vAlign w:val="center"/>
          </w:tcPr>
          <w:p w14:paraId="7B3E9AEE" w14:textId="120B7F97" w:rsidR="007B22B7" w:rsidRPr="00197061" w:rsidRDefault="007B22B7" w:rsidP="00D814E2">
            <w:pPr>
              <w:spacing w:after="0"/>
              <w:rPr>
                <w:rFonts w:cs="Arial"/>
                <w:sz w:val="16"/>
                <w:szCs w:val="16"/>
              </w:rPr>
            </w:pPr>
            <w:r>
              <w:rPr>
                <w:rFonts w:cs="Arial"/>
                <w:b/>
                <w:sz w:val="16"/>
                <w:szCs w:val="16"/>
              </w:rPr>
              <w:t>4’LÜK SİSTEM KARŞILIKLARI</w:t>
            </w:r>
          </w:p>
        </w:tc>
        <w:tc>
          <w:tcPr>
            <w:tcW w:w="2588" w:type="dxa"/>
            <w:shd w:val="clear" w:color="auto" w:fill="DCE8F4"/>
            <w:tcMar>
              <w:top w:w="38" w:type="dxa"/>
              <w:left w:w="55" w:type="dxa"/>
              <w:bottom w:w="38" w:type="dxa"/>
              <w:right w:w="55" w:type="dxa"/>
            </w:tcMar>
            <w:vAlign w:val="center"/>
          </w:tcPr>
          <w:p w14:paraId="2BCA84FD" w14:textId="2D939CE5" w:rsidR="007B22B7" w:rsidRPr="00197061" w:rsidRDefault="007B22B7" w:rsidP="00D814E2">
            <w:pPr>
              <w:spacing w:after="0"/>
              <w:rPr>
                <w:rFonts w:cs="Arial"/>
                <w:sz w:val="16"/>
                <w:szCs w:val="16"/>
              </w:rPr>
            </w:pPr>
            <w:r>
              <w:rPr>
                <w:rFonts w:cs="Arial"/>
                <w:b/>
                <w:sz w:val="16"/>
                <w:szCs w:val="16"/>
              </w:rPr>
              <w:t>HAKKARİ ÜNİVERSİTESİ NOT KARŞILIĞI (HARF NOTU)</w:t>
            </w:r>
          </w:p>
        </w:tc>
      </w:tr>
      <w:tr w:rsidR="007B22B7" w:rsidRPr="00B31279" w14:paraId="378D36C3" w14:textId="77777777" w:rsidTr="000F67E5">
        <w:trPr>
          <w:trHeight w:val="300"/>
          <w:jc w:val="center"/>
        </w:trPr>
        <w:tc>
          <w:tcPr>
            <w:tcW w:w="1975" w:type="dxa"/>
            <w:vAlign w:val="center"/>
          </w:tcPr>
          <w:p w14:paraId="2B44A6EC" w14:textId="60C46B18" w:rsidR="007B22B7" w:rsidRPr="00BB5325" w:rsidRDefault="007B22B7" w:rsidP="00D814E2">
            <w:pPr>
              <w:spacing w:after="0"/>
              <w:rPr>
                <w:sz w:val="18"/>
                <w:szCs w:val="18"/>
              </w:rPr>
            </w:pPr>
            <w:r>
              <w:rPr>
                <w:sz w:val="18"/>
                <w:szCs w:val="18"/>
              </w:rPr>
              <w:t>Mükemmel</w:t>
            </w:r>
          </w:p>
        </w:tc>
        <w:tc>
          <w:tcPr>
            <w:tcW w:w="709" w:type="dxa"/>
            <w:tcMar>
              <w:top w:w="38" w:type="dxa"/>
              <w:left w:w="55" w:type="dxa"/>
              <w:bottom w:w="38" w:type="dxa"/>
              <w:right w:w="55" w:type="dxa"/>
            </w:tcMar>
            <w:vAlign w:val="center"/>
          </w:tcPr>
          <w:p w14:paraId="14C91317" w14:textId="4F73DF26" w:rsidR="007B22B7" w:rsidRPr="00197061" w:rsidRDefault="007B22B7" w:rsidP="00D814E2">
            <w:pPr>
              <w:spacing w:after="0"/>
              <w:rPr>
                <w:rFonts w:cs="Arial"/>
                <w:sz w:val="16"/>
                <w:szCs w:val="16"/>
              </w:rPr>
            </w:pPr>
            <w:r w:rsidRPr="00BB5325">
              <w:rPr>
                <w:sz w:val="18"/>
                <w:szCs w:val="18"/>
              </w:rPr>
              <w:t>AA</w:t>
            </w:r>
          </w:p>
        </w:tc>
        <w:tc>
          <w:tcPr>
            <w:tcW w:w="1588" w:type="dxa"/>
            <w:tcMar>
              <w:top w:w="38" w:type="dxa"/>
              <w:left w:w="55" w:type="dxa"/>
              <w:bottom w:w="38" w:type="dxa"/>
              <w:right w:w="55" w:type="dxa"/>
            </w:tcMar>
            <w:vAlign w:val="center"/>
          </w:tcPr>
          <w:p w14:paraId="00EE1753" w14:textId="1BAFBC97" w:rsidR="007B22B7" w:rsidRPr="00197061" w:rsidRDefault="007B22B7" w:rsidP="00D814E2">
            <w:pPr>
              <w:spacing w:after="0"/>
              <w:rPr>
                <w:rFonts w:cs="Arial"/>
                <w:sz w:val="16"/>
                <w:szCs w:val="16"/>
              </w:rPr>
            </w:pPr>
            <w:r w:rsidRPr="00BB5325">
              <w:rPr>
                <w:sz w:val="18"/>
                <w:szCs w:val="18"/>
              </w:rPr>
              <w:t>4</w:t>
            </w:r>
            <w:r>
              <w:rPr>
                <w:sz w:val="18"/>
                <w:szCs w:val="18"/>
              </w:rPr>
              <w:t>,</w:t>
            </w:r>
            <w:r w:rsidRPr="00BB5325">
              <w:rPr>
                <w:sz w:val="18"/>
                <w:szCs w:val="18"/>
              </w:rPr>
              <w:t>00</w:t>
            </w:r>
          </w:p>
        </w:tc>
        <w:tc>
          <w:tcPr>
            <w:tcW w:w="1259" w:type="dxa"/>
            <w:tcMar>
              <w:top w:w="38" w:type="dxa"/>
              <w:left w:w="55" w:type="dxa"/>
              <w:bottom w:w="38" w:type="dxa"/>
              <w:right w:w="55" w:type="dxa"/>
            </w:tcMar>
            <w:vAlign w:val="center"/>
          </w:tcPr>
          <w:p w14:paraId="490186F2" w14:textId="122D4099" w:rsidR="007B22B7" w:rsidRPr="00197061" w:rsidRDefault="007B22B7" w:rsidP="00D814E2">
            <w:pPr>
              <w:spacing w:after="0"/>
              <w:rPr>
                <w:rFonts w:cs="Arial"/>
                <w:sz w:val="16"/>
                <w:szCs w:val="16"/>
              </w:rPr>
            </w:pPr>
            <w:r w:rsidRPr="00BB5325">
              <w:rPr>
                <w:sz w:val="18"/>
                <w:szCs w:val="18"/>
              </w:rPr>
              <w:t>100 - 88</w:t>
            </w:r>
          </w:p>
        </w:tc>
        <w:tc>
          <w:tcPr>
            <w:tcW w:w="1330" w:type="dxa"/>
            <w:vAlign w:val="center"/>
          </w:tcPr>
          <w:p w14:paraId="4C166673" w14:textId="6BD6467E" w:rsidR="007B22B7" w:rsidRPr="00197061" w:rsidRDefault="007B22B7" w:rsidP="00D814E2">
            <w:pPr>
              <w:spacing w:after="0"/>
              <w:rPr>
                <w:rFonts w:cs="Arial"/>
                <w:sz w:val="16"/>
                <w:szCs w:val="16"/>
              </w:rPr>
            </w:pPr>
            <w:r>
              <w:rPr>
                <w:rFonts w:cs="Arial"/>
                <w:sz w:val="16"/>
                <w:szCs w:val="16"/>
              </w:rPr>
              <w:t>A</w:t>
            </w:r>
          </w:p>
        </w:tc>
        <w:tc>
          <w:tcPr>
            <w:tcW w:w="693" w:type="dxa"/>
            <w:vMerge/>
            <w:shd w:val="clear" w:color="auto" w:fill="FFFFFF" w:themeFill="background1"/>
          </w:tcPr>
          <w:p w14:paraId="1A8A3D89" w14:textId="77777777" w:rsidR="007B22B7" w:rsidRPr="00197061" w:rsidRDefault="007B22B7" w:rsidP="00D814E2">
            <w:pPr>
              <w:spacing w:after="0"/>
              <w:rPr>
                <w:rFonts w:cs="Arial"/>
                <w:sz w:val="16"/>
                <w:szCs w:val="16"/>
              </w:rPr>
            </w:pPr>
          </w:p>
        </w:tc>
        <w:tc>
          <w:tcPr>
            <w:tcW w:w="1364" w:type="dxa"/>
            <w:tcMar>
              <w:top w:w="38" w:type="dxa"/>
              <w:left w:w="55" w:type="dxa"/>
              <w:bottom w:w="38" w:type="dxa"/>
              <w:right w:w="55" w:type="dxa"/>
            </w:tcMar>
            <w:vAlign w:val="center"/>
          </w:tcPr>
          <w:p w14:paraId="3224CB9D" w14:textId="60EA60A3" w:rsidR="007B22B7" w:rsidRPr="00197061" w:rsidRDefault="007B22B7" w:rsidP="00D814E2">
            <w:pPr>
              <w:spacing w:after="0"/>
              <w:rPr>
                <w:rFonts w:cs="Arial"/>
                <w:sz w:val="16"/>
                <w:szCs w:val="16"/>
              </w:rPr>
            </w:pPr>
          </w:p>
        </w:tc>
        <w:tc>
          <w:tcPr>
            <w:tcW w:w="1728" w:type="dxa"/>
            <w:tcMar>
              <w:top w:w="38" w:type="dxa"/>
              <w:left w:w="55" w:type="dxa"/>
              <w:bottom w:w="38" w:type="dxa"/>
              <w:right w:w="55" w:type="dxa"/>
            </w:tcMar>
            <w:vAlign w:val="center"/>
          </w:tcPr>
          <w:p w14:paraId="48A40F77" w14:textId="77777777" w:rsidR="007B22B7" w:rsidRPr="00197061" w:rsidRDefault="007B22B7" w:rsidP="00D814E2">
            <w:pPr>
              <w:spacing w:after="0"/>
              <w:rPr>
                <w:rFonts w:cs="Arial"/>
                <w:sz w:val="16"/>
                <w:szCs w:val="16"/>
              </w:rPr>
            </w:pPr>
          </w:p>
        </w:tc>
        <w:tc>
          <w:tcPr>
            <w:tcW w:w="2588" w:type="dxa"/>
            <w:tcMar>
              <w:top w:w="38" w:type="dxa"/>
              <w:left w:w="55" w:type="dxa"/>
              <w:bottom w:w="38" w:type="dxa"/>
              <w:right w:w="55" w:type="dxa"/>
            </w:tcMar>
            <w:vAlign w:val="center"/>
          </w:tcPr>
          <w:p w14:paraId="58F2225E" w14:textId="77777777" w:rsidR="007B22B7" w:rsidRPr="00197061" w:rsidRDefault="007B22B7" w:rsidP="00D814E2">
            <w:pPr>
              <w:spacing w:after="0"/>
              <w:rPr>
                <w:rFonts w:cs="Arial"/>
                <w:sz w:val="16"/>
                <w:szCs w:val="16"/>
              </w:rPr>
            </w:pPr>
          </w:p>
        </w:tc>
      </w:tr>
      <w:tr w:rsidR="007B22B7" w:rsidRPr="00B31279" w14:paraId="4DDA3598" w14:textId="77777777" w:rsidTr="000F67E5">
        <w:trPr>
          <w:trHeight w:val="300"/>
          <w:jc w:val="center"/>
        </w:trPr>
        <w:tc>
          <w:tcPr>
            <w:tcW w:w="1975" w:type="dxa"/>
            <w:vAlign w:val="center"/>
          </w:tcPr>
          <w:p w14:paraId="23316200" w14:textId="14517F5E" w:rsidR="007B22B7" w:rsidRPr="00BB5325" w:rsidRDefault="007B22B7" w:rsidP="00D814E2">
            <w:pPr>
              <w:spacing w:after="0"/>
              <w:rPr>
                <w:sz w:val="18"/>
                <w:szCs w:val="18"/>
              </w:rPr>
            </w:pPr>
            <w:r>
              <w:rPr>
                <w:sz w:val="18"/>
                <w:szCs w:val="18"/>
              </w:rPr>
              <w:t>Çok İyi</w:t>
            </w:r>
          </w:p>
        </w:tc>
        <w:tc>
          <w:tcPr>
            <w:tcW w:w="709" w:type="dxa"/>
            <w:tcMar>
              <w:top w:w="38" w:type="dxa"/>
              <w:left w:w="55" w:type="dxa"/>
              <w:bottom w:w="38" w:type="dxa"/>
              <w:right w:w="55" w:type="dxa"/>
            </w:tcMar>
            <w:vAlign w:val="center"/>
          </w:tcPr>
          <w:p w14:paraId="3F7ABADF" w14:textId="03C477B7" w:rsidR="007B22B7" w:rsidRPr="00197061" w:rsidRDefault="007B22B7" w:rsidP="00D814E2">
            <w:pPr>
              <w:spacing w:after="0"/>
              <w:rPr>
                <w:rFonts w:cs="Arial"/>
                <w:sz w:val="16"/>
                <w:szCs w:val="16"/>
              </w:rPr>
            </w:pPr>
            <w:r w:rsidRPr="00BB5325">
              <w:rPr>
                <w:sz w:val="18"/>
                <w:szCs w:val="18"/>
              </w:rPr>
              <w:t>BA</w:t>
            </w:r>
          </w:p>
        </w:tc>
        <w:tc>
          <w:tcPr>
            <w:tcW w:w="1588" w:type="dxa"/>
            <w:tcMar>
              <w:top w:w="38" w:type="dxa"/>
              <w:left w:w="55" w:type="dxa"/>
              <w:bottom w:w="38" w:type="dxa"/>
              <w:right w:w="55" w:type="dxa"/>
            </w:tcMar>
            <w:vAlign w:val="center"/>
          </w:tcPr>
          <w:p w14:paraId="625FC34B" w14:textId="749529E4" w:rsidR="007B22B7" w:rsidRPr="00197061" w:rsidRDefault="007B22B7" w:rsidP="00D814E2">
            <w:pPr>
              <w:spacing w:after="0"/>
              <w:rPr>
                <w:rFonts w:cs="Arial"/>
                <w:sz w:val="16"/>
                <w:szCs w:val="16"/>
              </w:rPr>
            </w:pPr>
            <w:r w:rsidRPr="00BB5325">
              <w:rPr>
                <w:sz w:val="18"/>
                <w:szCs w:val="18"/>
              </w:rPr>
              <w:t>3</w:t>
            </w:r>
            <w:r>
              <w:rPr>
                <w:sz w:val="18"/>
                <w:szCs w:val="18"/>
              </w:rPr>
              <w:t>,</w:t>
            </w:r>
            <w:r w:rsidRPr="00BB5325">
              <w:rPr>
                <w:sz w:val="18"/>
                <w:szCs w:val="18"/>
              </w:rPr>
              <w:t>50</w:t>
            </w:r>
          </w:p>
        </w:tc>
        <w:tc>
          <w:tcPr>
            <w:tcW w:w="1259" w:type="dxa"/>
            <w:tcMar>
              <w:top w:w="38" w:type="dxa"/>
              <w:left w:w="55" w:type="dxa"/>
              <w:bottom w:w="38" w:type="dxa"/>
              <w:right w:w="55" w:type="dxa"/>
            </w:tcMar>
            <w:vAlign w:val="center"/>
          </w:tcPr>
          <w:p w14:paraId="0ED3FCA0" w14:textId="5846BD46" w:rsidR="007B22B7" w:rsidRPr="00197061" w:rsidRDefault="007B22B7" w:rsidP="00D814E2">
            <w:pPr>
              <w:spacing w:after="0"/>
              <w:rPr>
                <w:rFonts w:cs="Arial"/>
                <w:sz w:val="16"/>
                <w:szCs w:val="16"/>
              </w:rPr>
            </w:pPr>
            <w:r w:rsidRPr="00BB5325">
              <w:rPr>
                <w:sz w:val="18"/>
                <w:szCs w:val="18"/>
              </w:rPr>
              <w:t>81 - 87</w:t>
            </w:r>
          </w:p>
        </w:tc>
        <w:tc>
          <w:tcPr>
            <w:tcW w:w="1330" w:type="dxa"/>
            <w:vAlign w:val="center"/>
          </w:tcPr>
          <w:p w14:paraId="4F365D7F" w14:textId="165B3920" w:rsidR="007B22B7" w:rsidRPr="00197061" w:rsidRDefault="007B22B7" w:rsidP="00D814E2">
            <w:pPr>
              <w:spacing w:after="0"/>
              <w:rPr>
                <w:rFonts w:cs="Arial"/>
                <w:sz w:val="16"/>
                <w:szCs w:val="16"/>
              </w:rPr>
            </w:pPr>
            <w:r>
              <w:rPr>
                <w:rFonts w:cs="Arial"/>
                <w:sz w:val="16"/>
                <w:szCs w:val="16"/>
              </w:rPr>
              <w:t>B</w:t>
            </w:r>
          </w:p>
        </w:tc>
        <w:tc>
          <w:tcPr>
            <w:tcW w:w="693" w:type="dxa"/>
            <w:vMerge/>
            <w:shd w:val="clear" w:color="auto" w:fill="FFFFFF" w:themeFill="background1"/>
          </w:tcPr>
          <w:p w14:paraId="4F18A410" w14:textId="77777777" w:rsidR="007B22B7" w:rsidRPr="00197061" w:rsidRDefault="007B22B7" w:rsidP="00D814E2">
            <w:pPr>
              <w:spacing w:after="0"/>
              <w:rPr>
                <w:rFonts w:cs="Arial"/>
                <w:sz w:val="16"/>
                <w:szCs w:val="16"/>
              </w:rPr>
            </w:pPr>
          </w:p>
        </w:tc>
        <w:tc>
          <w:tcPr>
            <w:tcW w:w="1364" w:type="dxa"/>
            <w:tcMar>
              <w:top w:w="38" w:type="dxa"/>
              <w:left w:w="55" w:type="dxa"/>
              <w:bottom w:w="38" w:type="dxa"/>
              <w:right w:w="55" w:type="dxa"/>
            </w:tcMar>
            <w:vAlign w:val="center"/>
          </w:tcPr>
          <w:p w14:paraId="12C6F8F0" w14:textId="44676EF6" w:rsidR="007B22B7" w:rsidRPr="00197061" w:rsidRDefault="007B22B7" w:rsidP="00D814E2">
            <w:pPr>
              <w:spacing w:after="0"/>
              <w:rPr>
                <w:rFonts w:cs="Arial"/>
                <w:sz w:val="16"/>
                <w:szCs w:val="16"/>
              </w:rPr>
            </w:pPr>
          </w:p>
        </w:tc>
        <w:tc>
          <w:tcPr>
            <w:tcW w:w="1728" w:type="dxa"/>
            <w:tcMar>
              <w:top w:w="38" w:type="dxa"/>
              <w:left w:w="55" w:type="dxa"/>
              <w:bottom w:w="38" w:type="dxa"/>
              <w:right w:w="55" w:type="dxa"/>
            </w:tcMar>
            <w:vAlign w:val="center"/>
          </w:tcPr>
          <w:p w14:paraId="7648D970" w14:textId="77777777" w:rsidR="007B22B7" w:rsidRPr="00197061" w:rsidRDefault="007B22B7" w:rsidP="00D814E2">
            <w:pPr>
              <w:spacing w:after="0"/>
              <w:rPr>
                <w:rFonts w:cs="Arial"/>
                <w:sz w:val="16"/>
                <w:szCs w:val="16"/>
              </w:rPr>
            </w:pPr>
          </w:p>
        </w:tc>
        <w:tc>
          <w:tcPr>
            <w:tcW w:w="2588" w:type="dxa"/>
            <w:tcMar>
              <w:top w:w="38" w:type="dxa"/>
              <w:left w:w="55" w:type="dxa"/>
              <w:bottom w:w="38" w:type="dxa"/>
              <w:right w:w="55" w:type="dxa"/>
            </w:tcMar>
            <w:vAlign w:val="center"/>
          </w:tcPr>
          <w:p w14:paraId="63CA9E1D" w14:textId="77777777" w:rsidR="007B22B7" w:rsidRPr="00197061" w:rsidRDefault="007B22B7" w:rsidP="00D814E2">
            <w:pPr>
              <w:spacing w:after="0"/>
              <w:rPr>
                <w:rFonts w:cs="Arial"/>
                <w:sz w:val="16"/>
                <w:szCs w:val="16"/>
              </w:rPr>
            </w:pPr>
          </w:p>
        </w:tc>
      </w:tr>
      <w:tr w:rsidR="007B22B7" w:rsidRPr="00B31279" w14:paraId="16E91183" w14:textId="77777777" w:rsidTr="000F67E5">
        <w:trPr>
          <w:trHeight w:val="300"/>
          <w:jc w:val="center"/>
        </w:trPr>
        <w:tc>
          <w:tcPr>
            <w:tcW w:w="1975" w:type="dxa"/>
            <w:vAlign w:val="center"/>
          </w:tcPr>
          <w:p w14:paraId="0B61B9F7" w14:textId="19793433" w:rsidR="007B22B7" w:rsidRPr="00BB5325" w:rsidRDefault="007B22B7" w:rsidP="00D814E2">
            <w:pPr>
              <w:spacing w:after="0"/>
              <w:rPr>
                <w:sz w:val="18"/>
                <w:szCs w:val="18"/>
              </w:rPr>
            </w:pPr>
            <w:r>
              <w:rPr>
                <w:sz w:val="18"/>
                <w:szCs w:val="18"/>
              </w:rPr>
              <w:t>İyi</w:t>
            </w:r>
          </w:p>
        </w:tc>
        <w:tc>
          <w:tcPr>
            <w:tcW w:w="709" w:type="dxa"/>
            <w:tcMar>
              <w:top w:w="38" w:type="dxa"/>
              <w:left w:w="55" w:type="dxa"/>
              <w:bottom w:w="38" w:type="dxa"/>
              <w:right w:w="55" w:type="dxa"/>
            </w:tcMar>
            <w:vAlign w:val="center"/>
          </w:tcPr>
          <w:p w14:paraId="4746D818" w14:textId="38896E85" w:rsidR="007B22B7" w:rsidRPr="00197061" w:rsidRDefault="007B22B7" w:rsidP="00D814E2">
            <w:pPr>
              <w:spacing w:after="0"/>
              <w:rPr>
                <w:rFonts w:cs="Arial"/>
                <w:sz w:val="16"/>
                <w:szCs w:val="16"/>
              </w:rPr>
            </w:pPr>
            <w:r w:rsidRPr="00BB5325">
              <w:rPr>
                <w:sz w:val="18"/>
                <w:szCs w:val="18"/>
              </w:rPr>
              <w:t>BB</w:t>
            </w:r>
          </w:p>
        </w:tc>
        <w:tc>
          <w:tcPr>
            <w:tcW w:w="1588" w:type="dxa"/>
            <w:tcMar>
              <w:top w:w="38" w:type="dxa"/>
              <w:left w:w="55" w:type="dxa"/>
              <w:bottom w:w="38" w:type="dxa"/>
              <w:right w:w="55" w:type="dxa"/>
            </w:tcMar>
            <w:vAlign w:val="center"/>
          </w:tcPr>
          <w:p w14:paraId="03DCDC53" w14:textId="3BA70CA3" w:rsidR="007B22B7" w:rsidRPr="00197061" w:rsidRDefault="007B22B7" w:rsidP="00D814E2">
            <w:pPr>
              <w:spacing w:after="0"/>
              <w:rPr>
                <w:rFonts w:cs="Arial"/>
                <w:sz w:val="16"/>
                <w:szCs w:val="16"/>
              </w:rPr>
            </w:pPr>
            <w:r w:rsidRPr="00BB5325">
              <w:rPr>
                <w:sz w:val="18"/>
                <w:szCs w:val="18"/>
              </w:rPr>
              <w:t>3</w:t>
            </w:r>
            <w:r>
              <w:rPr>
                <w:sz w:val="18"/>
                <w:szCs w:val="18"/>
              </w:rPr>
              <w:t>,</w:t>
            </w:r>
            <w:r w:rsidRPr="00BB5325">
              <w:rPr>
                <w:sz w:val="18"/>
                <w:szCs w:val="18"/>
              </w:rPr>
              <w:t>00</w:t>
            </w:r>
          </w:p>
        </w:tc>
        <w:tc>
          <w:tcPr>
            <w:tcW w:w="1259" w:type="dxa"/>
            <w:tcMar>
              <w:top w:w="38" w:type="dxa"/>
              <w:left w:w="55" w:type="dxa"/>
              <w:bottom w:w="38" w:type="dxa"/>
              <w:right w:w="55" w:type="dxa"/>
            </w:tcMar>
            <w:vAlign w:val="center"/>
          </w:tcPr>
          <w:p w14:paraId="4AFD1A31" w14:textId="399FE3C8" w:rsidR="007B22B7" w:rsidRPr="00197061" w:rsidRDefault="007B22B7" w:rsidP="00D814E2">
            <w:pPr>
              <w:spacing w:after="0"/>
              <w:rPr>
                <w:rFonts w:cs="Arial"/>
                <w:sz w:val="16"/>
                <w:szCs w:val="16"/>
              </w:rPr>
            </w:pPr>
            <w:r w:rsidRPr="00BB5325">
              <w:rPr>
                <w:sz w:val="18"/>
                <w:szCs w:val="18"/>
              </w:rPr>
              <w:t>80 - 74</w:t>
            </w:r>
          </w:p>
        </w:tc>
        <w:tc>
          <w:tcPr>
            <w:tcW w:w="1330" w:type="dxa"/>
            <w:vAlign w:val="center"/>
          </w:tcPr>
          <w:p w14:paraId="6BD7E436" w14:textId="44AB4316" w:rsidR="007B22B7" w:rsidRPr="00197061" w:rsidRDefault="007B22B7" w:rsidP="00D814E2">
            <w:pPr>
              <w:spacing w:after="0"/>
              <w:rPr>
                <w:rFonts w:cs="Arial"/>
                <w:sz w:val="16"/>
                <w:szCs w:val="16"/>
              </w:rPr>
            </w:pPr>
            <w:r>
              <w:rPr>
                <w:rFonts w:cs="Arial"/>
                <w:sz w:val="16"/>
                <w:szCs w:val="16"/>
              </w:rPr>
              <w:t>C</w:t>
            </w:r>
          </w:p>
        </w:tc>
        <w:tc>
          <w:tcPr>
            <w:tcW w:w="693" w:type="dxa"/>
            <w:vMerge/>
            <w:shd w:val="clear" w:color="auto" w:fill="FFFFFF" w:themeFill="background1"/>
          </w:tcPr>
          <w:p w14:paraId="5E1135D3" w14:textId="77777777" w:rsidR="007B22B7" w:rsidRPr="00197061" w:rsidRDefault="007B22B7" w:rsidP="00D814E2">
            <w:pPr>
              <w:spacing w:after="0"/>
              <w:rPr>
                <w:rFonts w:cs="Arial"/>
                <w:sz w:val="16"/>
                <w:szCs w:val="16"/>
              </w:rPr>
            </w:pPr>
          </w:p>
        </w:tc>
        <w:tc>
          <w:tcPr>
            <w:tcW w:w="1364" w:type="dxa"/>
            <w:tcMar>
              <w:top w:w="38" w:type="dxa"/>
              <w:left w:w="55" w:type="dxa"/>
              <w:bottom w:w="38" w:type="dxa"/>
              <w:right w:w="55" w:type="dxa"/>
            </w:tcMar>
            <w:vAlign w:val="center"/>
          </w:tcPr>
          <w:p w14:paraId="15F701DF" w14:textId="7F5AEBB3" w:rsidR="007B22B7" w:rsidRPr="00197061" w:rsidRDefault="007B22B7" w:rsidP="00D814E2">
            <w:pPr>
              <w:spacing w:after="0"/>
              <w:rPr>
                <w:rFonts w:cs="Arial"/>
                <w:sz w:val="16"/>
                <w:szCs w:val="16"/>
              </w:rPr>
            </w:pPr>
          </w:p>
        </w:tc>
        <w:tc>
          <w:tcPr>
            <w:tcW w:w="1728" w:type="dxa"/>
            <w:tcMar>
              <w:top w:w="38" w:type="dxa"/>
              <w:left w:w="55" w:type="dxa"/>
              <w:bottom w:w="38" w:type="dxa"/>
              <w:right w:w="55" w:type="dxa"/>
            </w:tcMar>
            <w:vAlign w:val="center"/>
          </w:tcPr>
          <w:p w14:paraId="400F7E7C" w14:textId="77777777" w:rsidR="007B22B7" w:rsidRPr="00197061" w:rsidRDefault="007B22B7" w:rsidP="00D814E2">
            <w:pPr>
              <w:spacing w:after="0"/>
              <w:rPr>
                <w:rFonts w:cs="Arial"/>
                <w:sz w:val="16"/>
                <w:szCs w:val="16"/>
              </w:rPr>
            </w:pPr>
          </w:p>
        </w:tc>
        <w:tc>
          <w:tcPr>
            <w:tcW w:w="2588" w:type="dxa"/>
            <w:tcMar>
              <w:top w:w="38" w:type="dxa"/>
              <w:left w:w="55" w:type="dxa"/>
              <w:bottom w:w="38" w:type="dxa"/>
              <w:right w:w="55" w:type="dxa"/>
            </w:tcMar>
            <w:vAlign w:val="center"/>
          </w:tcPr>
          <w:p w14:paraId="2D7436E9" w14:textId="77777777" w:rsidR="007B22B7" w:rsidRPr="00197061" w:rsidRDefault="007B22B7" w:rsidP="00D814E2">
            <w:pPr>
              <w:spacing w:after="0"/>
              <w:rPr>
                <w:rFonts w:cs="Arial"/>
                <w:sz w:val="16"/>
                <w:szCs w:val="16"/>
              </w:rPr>
            </w:pPr>
          </w:p>
        </w:tc>
      </w:tr>
      <w:tr w:rsidR="007B22B7" w:rsidRPr="00B31279" w14:paraId="2A0301A8" w14:textId="77777777" w:rsidTr="000F67E5">
        <w:trPr>
          <w:trHeight w:val="300"/>
          <w:jc w:val="center"/>
        </w:trPr>
        <w:tc>
          <w:tcPr>
            <w:tcW w:w="1975" w:type="dxa"/>
            <w:vAlign w:val="center"/>
          </w:tcPr>
          <w:p w14:paraId="77673866" w14:textId="3496D358" w:rsidR="007B22B7" w:rsidRPr="00BB5325" w:rsidRDefault="007B22B7" w:rsidP="00D814E2">
            <w:pPr>
              <w:spacing w:after="0"/>
              <w:rPr>
                <w:sz w:val="18"/>
                <w:szCs w:val="18"/>
              </w:rPr>
            </w:pPr>
            <w:r>
              <w:rPr>
                <w:sz w:val="18"/>
                <w:szCs w:val="18"/>
              </w:rPr>
              <w:t>Orta</w:t>
            </w:r>
          </w:p>
        </w:tc>
        <w:tc>
          <w:tcPr>
            <w:tcW w:w="709" w:type="dxa"/>
            <w:tcMar>
              <w:top w:w="38" w:type="dxa"/>
              <w:left w:w="55" w:type="dxa"/>
              <w:bottom w:w="38" w:type="dxa"/>
              <w:right w:w="55" w:type="dxa"/>
            </w:tcMar>
            <w:vAlign w:val="center"/>
          </w:tcPr>
          <w:p w14:paraId="065187FD" w14:textId="3F27DD72" w:rsidR="007B22B7" w:rsidRPr="00197061" w:rsidRDefault="007B22B7" w:rsidP="00D814E2">
            <w:pPr>
              <w:spacing w:after="0"/>
              <w:rPr>
                <w:rFonts w:cs="Arial"/>
                <w:sz w:val="16"/>
                <w:szCs w:val="16"/>
              </w:rPr>
            </w:pPr>
            <w:r w:rsidRPr="00BB5325">
              <w:rPr>
                <w:sz w:val="18"/>
                <w:szCs w:val="18"/>
              </w:rPr>
              <w:t>CB</w:t>
            </w:r>
          </w:p>
        </w:tc>
        <w:tc>
          <w:tcPr>
            <w:tcW w:w="1588" w:type="dxa"/>
            <w:tcMar>
              <w:top w:w="38" w:type="dxa"/>
              <w:left w:w="55" w:type="dxa"/>
              <w:bottom w:w="38" w:type="dxa"/>
              <w:right w:w="55" w:type="dxa"/>
            </w:tcMar>
            <w:vAlign w:val="center"/>
          </w:tcPr>
          <w:p w14:paraId="00DAADA3" w14:textId="1B56A239" w:rsidR="007B22B7" w:rsidRPr="00197061" w:rsidRDefault="007B22B7" w:rsidP="00D814E2">
            <w:pPr>
              <w:spacing w:after="0"/>
              <w:rPr>
                <w:rFonts w:cs="Arial"/>
                <w:sz w:val="16"/>
                <w:szCs w:val="16"/>
              </w:rPr>
            </w:pPr>
            <w:r w:rsidRPr="00BB5325">
              <w:rPr>
                <w:sz w:val="18"/>
                <w:szCs w:val="18"/>
              </w:rPr>
              <w:t>2</w:t>
            </w:r>
            <w:r>
              <w:rPr>
                <w:sz w:val="18"/>
                <w:szCs w:val="18"/>
              </w:rPr>
              <w:t>,</w:t>
            </w:r>
            <w:r w:rsidRPr="00BB5325">
              <w:rPr>
                <w:sz w:val="18"/>
                <w:szCs w:val="18"/>
              </w:rPr>
              <w:t>50</w:t>
            </w:r>
          </w:p>
        </w:tc>
        <w:tc>
          <w:tcPr>
            <w:tcW w:w="1259" w:type="dxa"/>
            <w:tcMar>
              <w:top w:w="38" w:type="dxa"/>
              <w:left w:w="55" w:type="dxa"/>
              <w:bottom w:w="38" w:type="dxa"/>
              <w:right w:w="55" w:type="dxa"/>
            </w:tcMar>
            <w:vAlign w:val="center"/>
          </w:tcPr>
          <w:p w14:paraId="6043E695" w14:textId="09DF9E37" w:rsidR="007B22B7" w:rsidRPr="00197061" w:rsidRDefault="007B22B7" w:rsidP="00D814E2">
            <w:pPr>
              <w:spacing w:after="0"/>
              <w:rPr>
                <w:rFonts w:cs="Arial"/>
                <w:sz w:val="16"/>
                <w:szCs w:val="16"/>
              </w:rPr>
            </w:pPr>
            <w:r w:rsidRPr="00BB5325">
              <w:rPr>
                <w:sz w:val="18"/>
                <w:szCs w:val="18"/>
              </w:rPr>
              <w:t>73 - 67</w:t>
            </w:r>
          </w:p>
        </w:tc>
        <w:tc>
          <w:tcPr>
            <w:tcW w:w="1330" w:type="dxa"/>
            <w:vAlign w:val="center"/>
          </w:tcPr>
          <w:p w14:paraId="3A755E52" w14:textId="79398140" w:rsidR="007B22B7" w:rsidRPr="00197061" w:rsidRDefault="007B22B7" w:rsidP="00D814E2">
            <w:pPr>
              <w:spacing w:after="0"/>
              <w:rPr>
                <w:rFonts w:cs="Arial"/>
                <w:sz w:val="16"/>
                <w:szCs w:val="16"/>
              </w:rPr>
            </w:pPr>
            <w:r>
              <w:rPr>
                <w:rFonts w:cs="Arial"/>
                <w:sz w:val="16"/>
                <w:szCs w:val="16"/>
              </w:rPr>
              <w:t>D</w:t>
            </w:r>
          </w:p>
        </w:tc>
        <w:tc>
          <w:tcPr>
            <w:tcW w:w="693" w:type="dxa"/>
            <w:vMerge/>
            <w:shd w:val="clear" w:color="auto" w:fill="FFFFFF" w:themeFill="background1"/>
          </w:tcPr>
          <w:p w14:paraId="31A646D2" w14:textId="77777777" w:rsidR="007B22B7" w:rsidRPr="00197061" w:rsidRDefault="007B22B7" w:rsidP="00D814E2">
            <w:pPr>
              <w:spacing w:after="0"/>
              <w:rPr>
                <w:rFonts w:cs="Arial"/>
                <w:sz w:val="16"/>
                <w:szCs w:val="16"/>
              </w:rPr>
            </w:pPr>
          </w:p>
        </w:tc>
        <w:tc>
          <w:tcPr>
            <w:tcW w:w="1364" w:type="dxa"/>
            <w:tcMar>
              <w:top w:w="38" w:type="dxa"/>
              <w:left w:w="55" w:type="dxa"/>
              <w:bottom w:w="38" w:type="dxa"/>
              <w:right w:w="55" w:type="dxa"/>
            </w:tcMar>
            <w:vAlign w:val="center"/>
          </w:tcPr>
          <w:p w14:paraId="0276D732" w14:textId="554ACCF9" w:rsidR="007B22B7" w:rsidRPr="00197061" w:rsidRDefault="007B22B7" w:rsidP="00D814E2">
            <w:pPr>
              <w:spacing w:after="0"/>
              <w:rPr>
                <w:rFonts w:cs="Arial"/>
                <w:sz w:val="16"/>
                <w:szCs w:val="16"/>
              </w:rPr>
            </w:pPr>
          </w:p>
        </w:tc>
        <w:tc>
          <w:tcPr>
            <w:tcW w:w="1728" w:type="dxa"/>
            <w:tcMar>
              <w:top w:w="38" w:type="dxa"/>
              <w:left w:w="55" w:type="dxa"/>
              <w:bottom w:w="38" w:type="dxa"/>
              <w:right w:w="55" w:type="dxa"/>
            </w:tcMar>
            <w:vAlign w:val="center"/>
          </w:tcPr>
          <w:p w14:paraId="242A4C91" w14:textId="77777777" w:rsidR="007B22B7" w:rsidRPr="00197061" w:rsidRDefault="007B22B7" w:rsidP="00D814E2">
            <w:pPr>
              <w:spacing w:after="0"/>
              <w:rPr>
                <w:rFonts w:cs="Arial"/>
                <w:sz w:val="16"/>
                <w:szCs w:val="16"/>
              </w:rPr>
            </w:pPr>
          </w:p>
        </w:tc>
        <w:tc>
          <w:tcPr>
            <w:tcW w:w="2588" w:type="dxa"/>
            <w:tcMar>
              <w:top w:w="38" w:type="dxa"/>
              <w:left w:w="55" w:type="dxa"/>
              <w:bottom w:w="38" w:type="dxa"/>
              <w:right w:w="55" w:type="dxa"/>
            </w:tcMar>
            <w:vAlign w:val="center"/>
          </w:tcPr>
          <w:p w14:paraId="05C82163" w14:textId="77777777" w:rsidR="007B22B7" w:rsidRPr="00197061" w:rsidRDefault="007B22B7" w:rsidP="00D814E2">
            <w:pPr>
              <w:spacing w:after="0"/>
              <w:rPr>
                <w:rFonts w:cs="Arial"/>
                <w:sz w:val="16"/>
                <w:szCs w:val="16"/>
              </w:rPr>
            </w:pPr>
          </w:p>
        </w:tc>
      </w:tr>
      <w:tr w:rsidR="007B22B7" w:rsidRPr="00B31279" w14:paraId="08485408" w14:textId="77777777" w:rsidTr="000F67E5">
        <w:trPr>
          <w:trHeight w:val="300"/>
          <w:jc w:val="center"/>
        </w:trPr>
        <w:tc>
          <w:tcPr>
            <w:tcW w:w="1975" w:type="dxa"/>
            <w:vAlign w:val="center"/>
          </w:tcPr>
          <w:p w14:paraId="647388B0" w14:textId="2FC2BC2E" w:rsidR="007B22B7" w:rsidRPr="00BB5325" w:rsidRDefault="007B22B7" w:rsidP="00D814E2">
            <w:pPr>
              <w:spacing w:after="0"/>
              <w:rPr>
                <w:sz w:val="18"/>
                <w:szCs w:val="18"/>
              </w:rPr>
            </w:pPr>
            <w:r>
              <w:rPr>
                <w:sz w:val="18"/>
                <w:szCs w:val="18"/>
              </w:rPr>
              <w:t>Yeterli</w:t>
            </w:r>
          </w:p>
        </w:tc>
        <w:tc>
          <w:tcPr>
            <w:tcW w:w="709" w:type="dxa"/>
            <w:tcMar>
              <w:top w:w="38" w:type="dxa"/>
              <w:left w:w="55" w:type="dxa"/>
              <w:bottom w:w="38" w:type="dxa"/>
              <w:right w:w="55" w:type="dxa"/>
            </w:tcMar>
            <w:vAlign w:val="center"/>
          </w:tcPr>
          <w:p w14:paraId="778AEDA9" w14:textId="4DEBA707" w:rsidR="007B22B7" w:rsidRPr="00197061" w:rsidRDefault="007B22B7" w:rsidP="00D814E2">
            <w:pPr>
              <w:spacing w:after="0"/>
              <w:rPr>
                <w:rFonts w:cs="Arial"/>
                <w:sz w:val="16"/>
                <w:szCs w:val="16"/>
              </w:rPr>
            </w:pPr>
            <w:r w:rsidRPr="00BB5325">
              <w:rPr>
                <w:sz w:val="18"/>
                <w:szCs w:val="18"/>
              </w:rPr>
              <w:t>CC</w:t>
            </w:r>
          </w:p>
        </w:tc>
        <w:tc>
          <w:tcPr>
            <w:tcW w:w="1588" w:type="dxa"/>
            <w:tcMar>
              <w:top w:w="38" w:type="dxa"/>
              <w:left w:w="55" w:type="dxa"/>
              <w:bottom w:w="38" w:type="dxa"/>
              <w:right w:w="55" w:type="dxa"/>
            </w:tcMar>
            <w:vAlign w:val="center"/>
          </w:tcPr>
          <w:p w14:paraId="27CC5CDD" w14:textId="6356B7FA" w:rsidR="007B22B7" w:rsidRPr="00197061" w:rsidRDefault="007B22B7" w:rsidP="00D814E2">
            <w:pPr>
              <w:spacing w:after="0"/>
              <w:rPr>
                <w:rFonts w:cs="Arial"/>
                <w:sz w:val="16"/>
                <w:szCs w:val="16"/>
              </w:rPr>
            </w:pPr>
            <w:r w:rsidRPr="00BB5325">
              <w:rPr>
                <w:sz w:val="18"/>
                <w:szCs w:val="18"/>
              </w:rPr>
              <w:t>2</w:t>
            </w:r>
            <w:r>
              <w:rPr>
                <w:sz w:val="18"/>
                <w:szCs w:val="18"/>
              </w:rPr>
              <w:t>,</w:t>
            </w:r>
            <w:r w:rsidRPr="00BB5325">
              <w:rPr>
                <w:sz w:val="18"/>
                <w:szCs w:val="18"/>
              </w:rPr>
              <w:t>00</w:t>
            </w:r>
          </w:p>
        </w:tc>
        <w:tc>
          <w:tcPr>
            <w:tcW w:w="1259" w:type="dxa"/>
            <w:tcMar>
              <w:top w:w="38" w:type="dxa"/>
              <w:left w:w="55" w:type="dxa"/>
              <w:bottom w:w="38" w:type="dxa"/>
              <w:right w:w="55" w:type="dxa"/>
            </w:tcMar>
            <w:vAlign w:val="center"/>
          </w:tcPr>
          <w:p w14:paraId="6613567C" w14:textId="4B14ADB4" w:rsidR="007B22B7" w:rsidRPr="00197061" w:rsidRDefault="007B22B7" w:rsidP="00D814E2">
            <w:pPr>
              <w:spacing w:after="0"/>
              <w:rPr>
                <w:rFonts w:cs="Arial"/>
                <w:sz w:val="16"/>
                <w:szCs w:val="16"/>
              </w:rPr>
            </w:pPr>
            <w:r w:rsidRPr="00BB5325">
              <w:rPr>
                <w:sz w:val="18"/>
                <w:szCs w:val="18"/>
              </w:rPr>
              <w:t>66 - 60</w:t>
            </w:r>
          </w:p>
        </w:tc>
        <w:tc>
          <w:tcPr>
            <w:tcW w:w="1330" w:type="dxa"/>
            <w:vAlign w:val="center"/>
          </w:tcPr>
          <w:p w14:paraId="59BB3D0D" w14:textId="2E20616C" w:rsidR="007B22B7" w:rsidRPr="00197061" w:rsidRDefault="007B22B7" w:rsidP="00D814E2">
            <w:pPr>
              <w:spacing w:after="0"/>
              <w:rPr>
                <w:rFonts w:cs="Arial"/>
                <w:sz w:val="16"/>
                <w:szCs w:val="16"/>
              </w:rPr>
            </w:pPr>
            <w:r>
              <w:rPr>
                <w:rFonts w:cs="Arial"/>
                <w:sz w:val="16"/>
                <w:szCs w:val="16"/>
              </w:rPr>
              <w:t>D</w:t>
            </w:r>
          </w:p>
        </w:tc>
        <w:tc>
          <w:tcPr>
            <w:tcW w:w="693" w:type="dxa"/>
            <w:vMerge/>
            <w:shd w:val="clear" w:color="auto" w:fill="FFFFFF" w:themeFill="background1"/>
          </w:tcPr>
          <w:p w14:paraId="05E8BFC9" w14:textId="77777777" w:rsidR="007B22B7" w:rsidRPr="00197061" w:rsidRDefault="007B22B7" w:rsidP="00D814E2">
            <w:pPr>
              <w:spacing w:after="0"/>
              <w:rPr>
                <w:rFonts w:cs="Arial"/>
                <w:sz w:val="16"/>
                <w:szCs w:val="16"/>
              </w:rPr>
            </w:pPr>
          </w:p>
        </w:tc>
        <w:tc>
          <w:tcPr>
            <w:tcW w:w="1364" w:type="dxa"/>
            <w:tcMar>
              <w:top w:w="38" w:type="dxa"/>
              <w:left w:w="55" w:type="dxa"/>
              <w:bottom w:w="38" w:type="dxa"/>
              <w:right w:w="55" w:type="dxa"/>
            </w:tcMar>
            <w:vAlign w:val="center"/>
          </w:tcPr>
          <w:p w14:paraId="39CA81E6" w14:textId="52F7C260" w:rsidR="007B22B7" w:rsidRPr="00197061" w:rsidRDefault="007B22B7" w:rsidP="00D814E2">
            <w:pPr>
              <w:spacing w:after="0"/>
              <w:rPr>
                <w:rFonts w:cs="Arial"/>
                <w:sz w:val="16"/>
                <w:szCs w:val="16"/>
              </w:rPr>
            </w:pPr>
          </w:p>
        </w:tc>
        <w:tc>
          <w:tcPr>
            <w:tcW w:w="1728" w:type="dxa"/>
            <w:tcMar>
              <w:top w:w="38" w:type="dxa"/>
              <w:left w:w="55" w:type="dxa"/>
              <w:bottom w:w="38" w:type="dxa"/>
              <w:right w:w="55" w:type="dxa"/>
            </w:tcMar>
            <w:vAlign w:val="center"/>
          </w:tcPr>
          <w:p w14:paraId="28E62B53" w14:textId="77777777" w:rsidR="007B22B7" w:rsidRPr="00197061" w:rsidRDefault="007B22B7" w:rsidP="00D814E2">
            <w:pPr>
              <w:spacing w:after="0"/>
              <w:rPr>
                <w:rFonts w:cs="Arial"/>
                <w:sz w:val="16"/>
                <w:szCs w:val="16"/>
              </w:rPr>
            </w:pPr>
          </w:p>
        </w:tc>
        <w:tc>
          <w:tcPr>
            <w:tcW w:w="2588" w:type="dxa"/>
            <w:tcMar>
              <w:top w:w="38" w:type="dxa"/>
              <w:left w:w="55" w:type="dxa"/>
              <w:bottom w:w="38" w:type="dxa"/>
              <w:right w:w="55" w:type="dxa"/>
            </w:tcMar>
            <w:vAlign w:val="center"/>
          </w:tcPr>
          <w:p w14:paraId="2118CFAB" w14:textId="77777777" w:rsidR="007B22B7" w:rsidRPr="00197061" w:rsidRDefault="007B22B7" w:rsidP="00D814E2">
            <w:pPr>
              <w:spacing w:after="0"/>
              <w:rPr>
                <w:rFonts w:cs="Arial"/>
                <w:sz w:val="16"/>
                <w:szCs w:val="16"/>
              </w:rPr>
            </w:pPr>
          </w:p>
        </w:tc>
      </w:tr>
      <w:tr w:rsidR="007B22B7" w:rsidRPr="00B31279" w14:paraId="6C8D2711" w14:textId="77777777" w:rsidTr="000F67E5">
        <w:trPr>
          <w:trHeight w:val="300"/>
          <w:jc w:val="center"/>
        </w:trPr>
        <w:tc>
          <w:tcPr>
            <w:tcW w:w="1975" w:type="dxa"/>
            <w:vAlign w:val="center"/>
          </w:tcPr>
          <w:p w14:paraId="711D1180" w14:textId="58EE0B14" w:rsidR="007B22B7" w:rsidRPr="00BB5325" w:rsidRDefault="007B22B7" w:rsidP="00D814E2">
            <w:pPr>
              <w:spacing w:after="0"/>
              <w:rPr>
                <w:sz w:val="18"/>
                <w:szCs w:val="18"/>
              </w:rPr>
            </w:pPr>
            <w:r w:rsidRPr="00D814E2">
              <w:rPr>
                <w:sz w:val="18"/>
                <w:szCs w:val="18"/>
              </w:rPr>
              <w:t>Koşullu Başarılı</w:t>
            </w:r>
          </w:p>
        </w:tc>
        <w:tc>
          <w:tcPr>
            <w:tcW w:w="709" w:type="dxa"/>
            <w:tcMar>
              <w:top w:w="38" w:type="dxa"/>
              <w:left w:w="55" w:type="dxa"/>
              <w:bottom w:w="38" w:type="dxa"/>
              <w:right w:w="55" w:type="dxa"/>
            </w:tcMar>
            <w:vAlign w:val="center"/>
          </w:tcPr>
          <w:p w14:paraId="34697BCF" w14:textId="3F4FBD47" w:rsidR="007B22B7" w:rsidRPr="00197061" w:rsidRDefault="007B22B7" w:rsidP="00D814E2">
            <w:pPr>
              <w:spacing w:after="0"/>
              <w:rPr>
                <w:rFonts w:cs="Arial"/>
                <w:sz w:val="16"/>
                <w:szCs w:val="16"/>
              </w:rPr>
            </w:pPr>
            <w:r w:rsidRPr="00BB5325">
              <w:rPr>
                <w:sz w:val="18"/>
                <w:szCs w:val="18"/>
              </w:rPr>
              <w:t>DC</w:t>
            </w:r>
          </w:p>
        </w:tc>
        <w:tc>
          <w:tcPr>
            <w:tcW w:w="1588" w:type="dxa"/>
            <w:tcMar>
              <w:top w:w="38" w:type="dxa"/>
              <w:left w:w="55" w:type="dxa"/>
              <w:bottom w:w="38" w:type="dxa"/>
              <w:right w:w="55" w:type="dxa"/>
            </w:tcMar>
            <w:vAlign w:val="center"/>
          </w:tcPr>
          <w:p w14:paraId="4DBF73F6" w14:textId="055D9774" w:rsidR="007B22B7" w:rsidRPr="00197061" w:rsidRDefault="007B22B7" w:rsidP="00D814E2">
            <w:pPr>
              <w:spacing w:after="0"/>
              <w:rPr>
                <w:rFonts w:cs="Arial"/>
                <w:sz w:val="16"/>
                <w:szCs w:val="16"/>
              </w:rPr>
            </w:pPr>
            <w:r w:rsidRPr="00BB5325">
              <w:rPr>
                <w:sz w:val="18"/>
                <w:szCs w:val="18"/>
              </w:rPr>
              <w:t>1</w:t>
            </w:r>
            <w:r>
              <w:rPr>
                <w:sz w:val="18"/>
                <w:szCs w:val="18"/>
              </w:rPr>
              <w:t>,</w:t>
            </w:r>
            <w:r w:rsidRPr="00BB5325">
              <w:rPr>
                <w:sz w:val="18"/>
                <w:szCs w:val="18"/>
              </w:rPr>
              <w:t>50</w:t>
            </w:r>
          </w:p>
        </w:tc>
        <w:tc>
          <w:tcPr>
            <w:tcW w:w="1259" w:type="dxa"/>
            <w:tcMar>
              <w:top w:w="38" w:type="dxa"/>
              <w:left w:w="55" w:type="dxa"/>
              <w:bottom w:w="38" w:type="dxa"/>
              <w:right w:w="55" w:type="dxa"/>
            </w:tcMar>
            <w:vAlign w:val="center"/>
          </w:tcPr>
          <w:p w14:paraId="44D0944F" w14:textId="300C6A12" w:rsidR="007B22B7" w:rsidRPr="00197061" w:rsidRDefault="007B22B7" w:rsidP="00D814E2">
            <w:pPr>
              <w:spacing w:after="0"/>
              <w:rPr>
                <w:rFonts w:cs="Arial"/>
                <w:sz w:val="16"/>
                <w:szCs w:val="16"/>
              </w:rPr>
            </w:pPr>
            <w:r w:rsidRPr="00BB5325">
              <w:rPr>
                <w:sz w:val="18"/>
                <w:szCs w:val="18"/>
              </w:rPr>
              <w:t>59 - 51</w:t>
            </w:r>
          </w:p>
        </w:tc>
        <w:tc>
          <w:tcPr>
            <w:tcW w:w="1330" w:type="dxa"/>
            <w:vAlign w:val="center"/>
          </w:tcPr>
          <w:p w14:paraId="577FA855" w14:textId="2BF4F841" w:rsidR="007B22B7" w:rsidRPr="00197061" w:rsidRDefault="007B22B7" w:rsidP="00D814E2">
            <w:pPr>
              <w:spacing w:after="0"/>
              <w:rPr>
                <w:rFonts w:cs="Arial"/>
                <w:sz w:val="16"/>
                <w:szCs w:val="16"/>
              </w:rPr>
            </w:pPr>
            <w:r>
              <w:rPr>
                <w:rFonts w:cs="Arial"/>
                <w:sz w:val="16"/>
                <w:szCs w:val="16"/>
              </w:rPr>
              <w:t>E</w:t>
            </w:r>
          </w:p>
        </w:tc>
        <w:tc>
          <w:tcPr>
            <w:tcW w:w="693" w:type="dxa"/>
            <w:vMerge/>
            <w:shd w:val="clear" w:color="auto" w:fill="FFFFFF" w:themeFill="background1"/>
          </w:tcPr>
          <w:p w14:paraId="4D422A54" w14:textId="77777777" w:rsidR="007B22B7" w:rsidRPr="00197061" w:rsidRDefault="007B22B7" w:rsidP="00D814E2">
            <w:pPr>
              <w:spacing w:after="0"/>
              <w:rPr>
                <w:rFonts w:cs="Arial"/>
                <w:sz w:val="16"/>
                <w:szCs w:val="16"/>
              </w:rPr>
            </w:pPr>
          </w:p>
        </w:tc>
        <w:tc>
          <w:tcPr>
            <w:tcW w:w="1364" w:type="dxa"/>
            <w:tcMar>
              <w:top w:w="38" w:type="dxa"/>
              <w:left w:w="55" w:type="dxa"/>
              <w:bottom w:w="38" w:type="dxa"/>
              <w:right w:w="55" w:type="dxa"/>
            </w:tcMar>
            <w:vAlign w:val="center"/>
          </w:tcPr>
          <w:p w14:paraId="1063CB3C" w14:textId="4D122C81" w:rsidR="007B22B7" w:rsidRPr="00197061" w:rsidRDefault="007B22B7" w:rsidP="00D814E2">
            <w:pPr>
              <w:spacing w:after="0"/>
              <w:rPr>
                <w:rFonts w:cs="Arial"/>
                <w:sz w:val="16"/>
                <w:szCs w:val="16"/>
              </w:rPr>
            </w:pPr>
          </w:p>
        </w:tc>
        <w:tc>
          <w:tcPr>
            <w:tcW w:w="1728" w:type="dxa"/>
            <w:tcMar>
              <w:top w:w="38" w:type="dxa"/>
              <w:left w:w="55" w:type="dxa"/>
              <w:bottom w:w="38" w:type="dxa"/>
              <w:right w:w="55" w:type="dxa"/>
            </w:tcMar>
            <w:vAlign w:val="center"/>
          </w:tcPr>
          <w:p w14:paraId="5F788673" w14:textId="77777777" w:rsidR="007B22B7" w:rsidRPr="00197061" w:rsidRDefault="007B22B7" w:rsidP="00D814E2">
            <w:pPr>
              <w:spacing w:after="0"/>
              <w:rPr>
                <w:rFonts w:cs="Arial"/>
                <w:sz w:val="16"/>
                <w:szCs w:val="16"/>
              </w:rPr>
            </w:pPr>
          </w:p>
        </w:tc>
        <w:tc>
          <w:tcPr>
            <w:tcW w:w="2588" w:type="dxa"/>
            <w:tcMar>
              <w:top w:w="38" w:type="dxa"/>
              <w:left w:w="55" w:type="dxa"/>
              <w:bottom w:w="38" w:type="dxa"/>
              <w:right w:w="55" w:type="dxa"/>
            </w:tcMar>
            <w:vAlign w:val="center"/>
          </w:tcPr>
          <w:p w14:paraId="2DCAD8D3" w14:textId="77777777" w:rsidR="007B22B7" w:rsidRPr="00197061" w:rsidRDefault="007B22B7" w:rsidP="00D814E2">
            <w:pPr>
              <w:spacing w:after="0"/>
              <w:rPr>
                <w:rFonts w:cs="Arial"/>
                <w:sz w:val="16"/>
                <w:szCs w:val="16"/>
              </w:rPr>
            </w:pPr>
          </w:p>
        </w:tc>
      </w:tr>
      <w:tr w:rsidR="007B22B7" w:rsidRPr="00B31279" w14:paraId="2D875FA5" w14:textId="77777777" w:rsidTr="000F67E5">
        <w:trPr>
          <w:trHeight w:val="300"/>
          <w:jc w:val="center"/>
        </w:trPr>
        <w:tc>
          <w:tcPr>
            <w:tcW w:w="1975" w:type="dxa"/>
            <w:vAlign w:val="center"/>
          </w:tcPr>
          <w:p w14:paraId="2E8AD6E7" w14:textId="7F9DAC73" w:rsidR="007B22B7" w:rsidRPr="00BB5325" w:rsidRDefault="007B22B7" w:rsidP="00D814E2">
            <w:pPr>
              <w:spacing w:after="0"/>
              <w:rPr>
                <w:sz w:val="18"/>
                <w:szCs w:val="18"/>
              </w:rPr>
            </w:pPr>
            <w:r w:rsidRPr="00D814E2">
              <w:rPr>
                <w:sz w:val="18"/>
                <w:szCs w:val="18"/>
              </w:rPr>
              <w:t>Koşullu Başarılı</w:t>
            </w:r>
          </w:p>
        </w:tc>
        <w:tc>
          <w:tcPr>
            <w:tcW w:w="709" w:type="dxa"/>
            <w:tcMar>
              <w:top w:w="38" w:type="dxa"/>
              <w:left w:w="55" w:type="dxa"/>
              <w:bottom w:w="38" w:type="dxa"/>
              <w:right w:w="55" w:type="dxa"/>
            </w:tcMar>
            <w:vAlign w:val="center"/>
          </w:tcPr>
          <w:p w14:paraId="50634440" w14:textId="03354AFF" w:rsidR="007B22B7" w:rsidRPr="00197061" w:rsidRDefault="007B22B7" w:rsidP="00D814E2">
            <w:pPr>
              <w:spacing w:after="0"/>
              <w:rPr>
                <w:rFonts w:cs="Arial"/>
                <w:sz w:val="16"/>
                <w:szCs w:val="16"/>
              </w:rPr>
            </w:pPr>
            <w:r w:rsidRPr="00BB5325">
              <w:rPr>
                <w:sz w:val="18"/>
                <w:szCs w:val="18"/>
              </w:rPr>
              <w:t>DD</w:t>
            </w:r>
          </w:p>
        </w:tc>
        <w:tc>
          <w:tcPr>
            <w:tcW w:w="1588" w:type="dxa"/>
            <w:tcMar>
              <w:top w:w="38" w:type="dxa"/>
              <w:left w:w="55" w:type="dxa"/>
              <w:bottom w:w="38" w:type="dxa"/>
              <w:right w:w="55" w:type="dxa"/>
            </w:tcMar>
            <w:vAlign w:val="center"/>
          </w:tcPr>
          <w:p w14:paraId="0B3E2A43" w14:textId="63BC53DA" w:rsidR="007B22B7" w:rsidRPr="00197061" w:rsidRDefault="007B22B7" w:rsidP="00D814E2">
            <w:pPr>
              <w:spacing w:after="0"/>
              <w:rPr>
                <w:rFonts w:cs="Arial"/>
                <w:sz w:val="16"/>
                <w:szCs w:val="16"/>
              </w:rPr>
            </w:pPr>
            <w:r w:rsidRPr="00BB5325">
              <w:rPr>
                <w:sz w:val="18"/>
                <w:szCs w:val="18"/>
              </w:rPr>
              <w:t>1</w:t>
            </w:r>
            <w:r>
              <w:rPr>
                <w:sz w:val="18"/>
                <w:szCs w:val="18"/>
              </w:rPr>
              <w:t>,</w:t>
            </w:r>
            <w:r w:rsidRPr="00BB5325">
              <w:rPr>
                <w:sz w:val="18"/>
                <w:szCs w:val="18"/>
              </w:rPr>
              <w:t>00</w:t>
            </w:r>
          </w:p>
        </w:tc>
        <w:tc>
          <w:tcPr>
            <w:tcW w:w="1259" w:type="dxa"/>
            <w:tcMar>
              <w:top w:w="38" w:type="dxa"/>
              <w:left w:w="55" w:type="dxa"/>
              <w:bottom w:w="38" w:type="dxa"/>
              <w:right w:w="55" w:type="dxa"/>
            </w:tcMar>
            <w:vAlign w:val="center"/>
          </w:tcPr>
          <w:p w14:paraId="6AE80C1A" w14:textId="562931C9" w:rsidR="007B22B7" w:rsidRPr="00197061" w:rsidRDefault="007B22B7" w:rsidP="00D814E2">
            <w:pPr>
              <w:spacing w:after="0"/>
              <w:rPr>
                <w:rFonts w:cs="Arial"/>
                <w:sz w:val="16"/>
                <w:szCs w:val="16"/>
              </w:rPr>
            </w:pPr>
            <w:r w:rsidRPr="00BB5325">
              <w:rPr>
                <w:sz w:val="18"/>
                <w:szCs w:val="18"/>
              </w:rPr>
              <w:t>50 - 46</w:t>
            </w:r>
          </w:p>
        </w:tc>
        <w:tc>
          <w:tcPr>
            <w:tcW w:w="1330" w:type="dxa"/>
            <w:vAlign w:val="center"/>
          </w:tcPr>
          <w:p w14:paraId="0D08A758" w14:textId="6FE4ADE0" w:rsidR="007B22B7" w:rsidRPr="00197061" w:rsidRDefault="007B22B7" w:rsidP="00D814E2">
            <w:pPr>
              <w:spacing w:after="0"/>
              <w:rPr>
                <w:rFonts w:cs="Arial"/>
                <w:sz w:val="16"/>
                <w:szCs w:val="16"/>
              </w:rPr>
            </w:pPr>
            <w:r>
              <w:rPr>
                <w:rFonts w:cs="Arial"/>
                <w:sz w:val="16"/>
                <w:szCs w:val="16"/>
              </w:rPr>
              <w:t>E</w:t>
            </w:r>
          </w:p>
        </w:tc>
        <w:tc>
          <w:tcPr>
            <w:tcW w:w="693" w:type="dxa"/>
            <w:vMerge/>
            <w:shd w:val="clear" w:color="auto" w:fill="FFFFFF" w:themeFill="background1"/>
          </w:tcPr>
          <w:p w14:paraId="113AE6C0" w14:textId="77777777" w:rsidR="007B22B7" w:rsidRPr="00197061" w:rsidRDefault="007B22B7" w:rsidP="00D814E2">
            <w:pPr>
              <w:spacing w:after="0"/>
              <w:rPr>
                <w:rFonts w:cs="Arial"/>
                <w:sz w:val="16"/>
                <w:szCs w:val="16"/>
              </w:rPr>
            </w:pPr>
          </w:p>
        </w:tc>
        <w:tc>
          <w:tcPr>
            <w:tcW w:w="1364" w:type="dxa"/>
            <w:tcMar>
              <w:top w:w="38" w:type="dxa"/>
              <w:left w:w="55" w:type="dxa"/>
              <w:bottom w:w="38" w:type="dxa"/>
              <w:right w:w="55" w:type="dxa"/>
            </w:tcMar>
            <w:vAlign w:val="center"/>
          </w:tcPr>
          <w:p w14:paraId="24E48B31" w14:textId="7E5EADB5" w:rsidR="007B22B7" w:rsidRPr="00197061" w:rsidRDefault="007B22B7" w:rsidP="00D814E2">
            <w:pPr>
              <w:spacing w:after="0"/>
              <w:rPr>
                <w:rFonts w:cs="Arial"/>
                <w:sz w:val="16"/>
                <w:szCs w:val="16"/>
              </w:rPr>
            </w:pPr>
          </w:p>
        </w:tc>
        <w:tc>
          <w:tcPr>
            <w:tcW w:w="1728" w:type="dxa"/>
            <w:tcMar>
              <w:top w:w="38" w:type="dxa"/>
              <w:left w:w="55" w:type="dxa"/>
              <w:bottom w:w="38" w:type="dxa"/>
              <w:right w:w="55" w:type="dxa"/>
            </w:tcMar>
            <w:vAlign w:val="center"/>
          </w:tcPr>
          <w:p w14:paraId="6EBCA3AD" w14:textId="77777777" w:rsidR="007B22B7" w:rsidRPr="00197061" w:rsidRDefault="007B22B7" w:rsidP="00D814E2">
            <w:pPr>
              <w:spacing w:after="0"/>
              <w:rPr>
                <w:rFonts w:cs="Arial"/>
                <w:sz w:val="16"/>
                <w:szCs w:val="16"/>
              </w:rPr>
            </w:pPr>
          </w:p>
        </w:tc>
        <w:tc>
          <w:tcPr>
            <w:tcW w:w="2588" w:type="dxa"/>
            <w:tcMar>
              <w:top w:w="38" w:type="dxa"/>
              <w:left w:w="55" w:type="dxa"/>
              <w:bottom w:w="38" w:type="dxa"/>
              <w:right w:w="55" w:type="dxa"/>
            </w:tcMar>
            <w:vAlign w:val="center"/>
          </w:tcPr>
          <w:p w14:paraId="55E00B9F" w14:textId="77777777" w:rsidR="007B22B7" w:rsidRPr="00197061" w:rsidRDefault="007B22B7" w:rsidP="00D814E2">
            <w:pPr>
              <w:spacing w:after="0"/>
              <w:rPr>
                <w:rFonts w:cs="Arial"/>
                <w:sz w:val="16"/>
                <w:szCs w:val="16"/>
              </w:rPr>
            </w:pPr>
          </w:p>
        </w:tc>
      </w:tr>
      <w:tr w:rsidR="007B22B7" w:rsidRPr="00B31279" w14:paraId="40361C39" w14:textId="77777777" w:rsidTr="000F67E5">
        <w:trPr>
          <w:trHeight w:val="300"/>
          <w:jc w:val="center"/>
        </w:trPr>
        <w:tc>
          <w:tcPr>
            <w:tcW w:w="1975" w:type="dxa"/>
            <w:vAlign w:val="center"/>
          </w:tcPr>
          <w:p w14:paraId="3BBEDFE7" w14:textId="797C3F99" w:rsidR="007B22B7" w:rsidRPr="00BB5325" w:rsidRDefault="007B22B7" w:rsidP="00D814E2">
            <w:pPr>
              <w:spacing w:after="0"/>
              <w:rPr>
                <w:sz w:val="18"/>
                <w:szCs w:val="18"/>
              </w:rPr>
            </w:pPr>
            <w:r>
              <w:rPr>
                <w:sz w:val="18"/>
                <w:szCs w:val="18"/>
              </w:rPr>
              <w:t>Başarısız</w:t>
            </w:r>
          </w:p>
        </w:tc>
        <w:tc>
          <w:tcPr>
            <w:tcW w:w="709" w:type="dxa"/>
            <w:tcMar>
              <w:top w:w="38" w:type="dxa"/>
              <w:left w:w="55" w:type="dxa"/>
              <w:bottom w:w="38" w:type="dxa"/>
              <w:right w:w="55" w:type="dxa"/>
            </w:tcMar>
            <w:vAlign w:val="center"/>
          </w:tcPr>
          <w:p w14:paraId="3D6D064C" w14:textId="1F633397" w:rsidR="007B22B7" w:rsidRPr="00197061" w:rsidRDefault="007B22B7" w:rsidP="00D814E2">
            <w:pPr>
              <w:spacing w:after="0"/>
              <w:rPr>
                <w:rFonts w:cs="Arial"/>
                <w:sz w:val="16"/>
                <w:szCs w:val="16"/>
              </w:rPr>
            </w:pPr>
            <w:r w:rsidRPr="00BB5325">
              <w:rPr>
                <w:sz w:val="18"/>
                <w:szCs w:val="18"/>
              </w:rPr>
              <w:t>FD</w:t>
            </w:r>
          </w:p>
        </w:tc>
        <w:tc>
          <w:tcPr>
            <w:tcW w:w="1588" w:type="dxa"/>
            <w:tcMar>
              <w:top w:w="38" w:type="dxa"/>
              <w:left w:w="55" w:type="dxa"/>
              <w:bottom w:w="38" w:type="dxa"/>
              <w:right w:w="55" w:type="dxa"/>
            </w:tcMar>
            <w:vAlign w:val="center"/>
          </w:tcPr>
          <w:p w14:paraId="1A9764C8" w14:textId="0705A70F" w:rsidR="007B22B7" w:rsidRPr="00197061" w:rsidRDefault="007B22B7" w:rsidP="00D814E2">
            <w:pPr>
              <w:spacing w:after="0"/>
              <w:rPr>
                <w:rFonts w:cs="Arial"/>
                <w:sz w:val="16"/>
                <w:szCs w:val="16"/>
              </w:rPr>
            </w:pPr>
            <w:r w:rsidRPr="00BB5325">
              <w:rPr>
                <w:sz w:val="18"/>
                <w:szCs w:val="18"/>
              </w:rPr>
              <w:t>0</w:t>
            </w:r>
            <w:r>
              <w:rPr>
                <w:sz w:val="18"/>
                <w:szCs w:val="18"/>
              </w:rPr>
              <w:t>,</w:t>
            </w:r>
            <w:r w:rsidRPr="00BB5325">
              <w:rPr>
                <w:sz w:val="18"/>
                <w:szCs w:val="18"/>
              </w:rPr>
              <w:t>50</w:t>
            </w:r>
          </w:p>
        </w:tc>
        <w:tc>
          <w:tcPr>
            <w:tcW w:w="1259" w:type="dxa"/>
            <w:tcMar>
              <w:top w:w="38" w:type="dxa"/>
              <w:left w:w="55" w:type="dxa"/>
              <w:bottom w:w="38" w:type="dxa"/>
              <w:right w:w="55" w:type="dxa"/>
            </w:tcMar>
            <w:vAlign w:val="center"/>
          </w:tcPr>
          <w:p w14:paraId="3D0217F6" w14:textId="3F7D0A66" w:rsidR="007B22B7" w:rsidRPr="00197061" w:rsidRDefault="007B22B7" w:rsidP="00D814E2">
            <w:pPr>
              <w:spacing w:after="0"/>
              <w:rPr>
                <w:rFonts w:cs="Arial"/>
                <w:sz w:val="16"/>
                <w:szCs w:val="16"/>
              </w:rPr>
            </w:pPr>
            <w:r w:rsidRPr="00BB5325">
              <w:rPr>
                <w:sz w:val="18"/>
                <w:szCs w:val="18"/>
              </w:rPr>
              <w:t>45 - 39</w:t>
            </w:r>
          </w:p>
        </w:tc>
        <w:tc>
          <w:tcPr>
            <w:tcW w:w="1330" w:type="dxa"/>
            <w:vAlign w:val="center"/>
          </w:tcPr>
          <w:p w14:paraId="01FA4C5A" w14:textId="63975AA0" w:rsidR="007B22B7" w:rsidRPr="00197061" w:rsidRDefault="007B22B7" w:rsidP="00D814E2">
            <w:pPr>
              <w:spacing w:after="0"/>
              <w:rPr>
                <w:rFonts w:cs="Arial"/>
                <w:sz w:val="16"/>
                <w:szCs w:val="16"/>
              </w:rPr>
            </w:pPr>
            <w:r>
              <w:rPr>
                <w:rFonts w:cs="Arial"/>
                <w:sz w:val="16"/>
                <w:szCs w:val="16"/>
              </w:rPr>
              <w:t>FX</w:t>
            </w:r>
          </w:p>
        </w:tc>
        <w:tc>
          <w:tcPr>
            <w:tcW w:w="693" w:type="dxa"/>
            <w:vMerge/>
            <w:shd w:val="clear" w:color="auto" w:fill="FFFFFF" w:themeFill="background1"/>
          </w:tcPr>
          <w:p w14:paraId="41E362CE" w14:textId="77777777" w:rsidR="007B22B7" w:rsidRPr="00197061" w:rsidRDefault="007B22B7" w:rsidP="00D814E2">
            <w:pPr>
              <w:spacing w:after="0"/>
              <w:rPr>
                <w:rFonts w:cs="Arial"/>
                <w:sz w:val="16"/>
                <w:szCs w:val="16"/>
              </w:rPr>
            </w:pPr>
          </w:p>
        </w:tc>
        <w:tc>
          <w:tcPr>
            <w:tcW w:w="1364" w:type="dxa"/>
            <w:tcMar>
              <w:top w:w="38" w:type="dxa"/>
              <w:left w:w="55" w:type="dxa"/>
              <w:bottom w:w="38" w:type="dxa"/>
              <w:right w:w="55" w:type="dxa"/>
            </w:tcMar>
            <w:vAlign w:val="center"/>
          </w:tcPr>
          <w:p w14:paraId="75554ACC" w14:textId="1BB3201B" w:rsidR="007B22B7" w:rsidRPr="00197061" w:rsidRDefault="007B22B7" w:rsidP="00D814E2">
            <w:pPr>
              <w:spacing w:after="0"/>
              <w:rPr>
                <w:rFonts w:cs="Arial"/>
                <w:sz w:val="16"/>
                <w:szCs w:val="16"/>
              </w:rPr>
            </w:pPr>
          </w:p>
        </w:tc>
        <w:tc>
          <w:tcPr>
            <w:tcW w:w="1728" w:type="dxa"/>
            <w:tcMar>
              <w:top w:w="38" w:type="dxa"/>
              <w:left w:w="55" w:type="dxa"/>
              <w:bottom w:w="38" w:type="dxa"/>
              <w:right w:w="55" w:type="dxa"/>
            </w:tcMar>
            <w:vAlign w:val="center"/>
          </w:tcPr>
          <w:p w14:paraId="64236CBE" w14:textId="77777777" w:rsidR="007B22B7" w:rsidRPr="00197061" w:rsidRDefault="007B22B7" w:rsidP="00D814E2">
            <w:pPr>
              <w:spacing w:after="0"/>
              <w:rPr>
                <w:rFonts w:cs="Arial"/>
                <w:sz w:val="16"/>
                <w:szCs w:val="16"/>
              </w:rPr>
            </w:pPr>
          </w:p>
        </w:tc>
        <w:tc>
          <w:tcPr>
            <w:tcW w:w="2588" w:type="dxa"/>
            <w:tcMar>
              <w:top w:w="38" w:type="dxa"/>
              <w:left w:w="55" w:type="dxa"/>
              <w:bottom w:w="38" w:type="dxa"/>
              <w:right w:w="55" w:type="dxa"/>
            </w:tcMar>
            <w:vAlign w:val="center"/>
          </w:tcPr>
          <w:p w14:paraId="3E0F9FF2" w14:textId="77777777" w:rsidR="007B22B7" w:rsidRPr="00197061" w:rsidRDefault="007B22B7" w:rsidP="00D814E2">
            <w:pPr>
              <w:spacing w:after="0"/>
              <w:rPr>
                <w:rFonts w:cs="Arial"/>
                <w:sz w:val="16"/>
                <w:szCs w:val="16"/>
              </w:rPr>
            </w:pPr>
          </w:p>
        </w:tc>
      </w:tr>
      <w:tr w:rsidR="007B22B7" w:rsidRPr="00B31279" w14:paraId="6661BD7B" w14:textId="77777777" w:rsidTr="000F67E5">
        <w:trPr>
          <w:trHeight w:val="300"/>
          <w:jc w:val="center"/>
        </w:trPr>
        <w:tc>
          <w:tcPr>
            <w:tcW w:w="1975" w:type="dxa"/>
            <w:vAlign w:val="center"/>
          </w:tcPr>
          <w:p w14:paraId="3ACEBEF1" w14:textId="0C09FEAB" w:rsidR="007B22B7" w:rsidRPr="00BB5325" w:rsidRDefault="007B22B7" w:rsidP="00D814E2">
            <w:pPr>
              <w:spacing w:after="0"/>
              <w:rPr>
                <w:sz w:val="18"/>
                <w:szCs w:val="18"/>
              </w:rPr>
            </w:pPr>
            <w:r>
              <w:rPr>
                <w:sz w:val="18"/>
                <w:szCs w:val="18"/>
              </w:rPr>
              <w:t>Başarısız</w:t>
            </w:r>
          </w:p>
        </w:tc>
        <w:tc>
          <w:tcPr>
            <w:tcW w:w="709" w:type="dxa"/>
            <w:tcMar>
              <w:top w:w="38" w:type="dxa"/>
              <w:left w:w="55" w:type="dxa"/>
              <w:bottom w:w="38" w:type="dxa"/>
              <w:right w:w="55" w:type="dxa"/>
            </w:tcMar>
            <w:vAlign w:val="center"/>
          </w:tcPr>
          <w:p w14:paraId="76E58C1F" w14:textId="24A075AA" w:rsidR="007B22B7" w:rsidRPr="00197061" w:rsidRDefault="007B22B7" w:rsidP="00D814E2">
            <w:pPr>
              <w:spacing w:after="0"/>
              <w:rPr>
                <w:rFonts w:cs="Arial"/>
                <w:sz w:val="16"/>
                <w:szCs w:val="16"/>
              </w:rPr>
            </w:pPr>
            <w:r w:rsidRPr="00BB5325">
              <w:rPr>
                <w:sz w:val="18"/>
                <w:szCs w:val="18"/>
              </w:rPr>
              <w:t>FF</w:t>
            </w:r>
          </w:p>
        </w:tc>
        <w:tc>
          <w:tcPr>
            <w:tcW w:w="1588" w:type="dxa"/>
            <w:tcMar>
              <w:top w:w="38" w:type="dxa"/>
              <w:left w:w="55" w:type="dxa"/>
              <w:bottom w:w="38" w:type="dxa"/>
              <w:right w:w="55" w:type="dxa"/>
            </w:tcMar>
            <w:vAlign w:val="center"/>
          </w:tcPr>
          <w:p w14:paraId="5F3D8429" w14:textId="6FD263F1" w:rsidR="007B22B7" w:rsidRPr="00197061" w:rsidRDefault="007B22B7" w:rsidP="00D814E2">
            <w:pPr>
              <w:spacing w:after="0"/>
              <w:rPr>
                <w:rFonts w:cs="Arial"/>
                <w:sz w:val="16"/>
                <w:szCs w:val="16"/>
              </w:rPr>
            </w:pPr>
            <w:r w:rsidRPr="00BB5325">
              <w:rPr>
                <w:sz w:val="18"/>
                <w:szCs w:val="18"/>
              </w:rPr>
              <w:t>0</w:t>
            </w:r>
            <w:r>
              <w:rPr>
                <w:sz w:val="18"/>
                <w:szCs w:val="18"/>
              </w:rPr>
              <w:t>,</w:t>
            </w:r>
            <w:r w:rsidRPr="00BB5325">
              <w:rPr>
                <w:sz w:val="18"/>
                <w:szCs w:val="18"/>
              </w:rPr>
              <w:t>00</w:t>
            </w:r>
          </w:p>
        </w:tc>
        <w:tc>
          <w:tcPr>
            <w:tcW w:w="1259" w:type="dxa"/>
            <w:tcMar>
              <w:top w:w="38" w:type="dxa"/>
              <w:left w:w="55" w:type="dxa"/>
              <w:bottom w:w="38" w:type="dxa"/>
              <w:right w:w="55" w:type="dxa"/>
            </w:tcMar>
            <w:vAlign w:val="center"/>
          </w:tcPr>
          <w:p w14:paraId="5603FF52" w14:textId="5099896E" w:rsidR="007B22B7" w:rsidRPr="00197061" w:rsidRDefault="007B22B7" w:rsidP="00D814E2">
            <w:pPr>
              <w:spacing w:after="0"/>
              <w:rPr>
                <w:rFonts w:cs="Arial"/>
                <w:sz w:val="16"/>
                <w:szCs w:val="16"/>
              </w:rPr>
            </w:pPr>
            <w:r w:rsidRPr="00BB5325">
              <w:rPr>
                <w:sz w:val="18"/>
                <w:szCs w:val="18"/>
              </w:rPr>
              <w:t>38 - 00</w:t>
            </w:r>
          </w:p>
        </w:tc>
        <w:tc>
          <w:tcPr>
            <w:tcW w:w="1330" w:type="dxa"/>
            <w:vAlign w:val="center"/>
          </w:tcPr>
          <w:p w14:paraId="606A1BE7" w14:textId="04152771" w:rsidR="007B22B7" w:rsidRPr="00197061" w:rsidRDefault="007B22B7" w:rsidP="00D814E2">
            <w:pPr>
              <w:spacing w:after="0"/>
              <w:rPr>
                <w:rFonts w:cs="Arial"/>
                <w:sz w:val="16"/>
                <w:szCs w:val="16"/>
              </w:rPr>
            </w:pPr>
            <w:r>
              <w:rPr>
                <w:rFonts w:cs="Arial"/>
                <w:sz w:val="16"/>
                <w:szCs w:val="16"/>
              </w:rPr>
              <w:t>F</w:t>
            </w:r>
          </w:p>
        </w:tc>
        <w:tc>
          <w:tcPr>
            <w:tcW w:w="693" w:type="dxa"/>
            <w:vMerge/>
            <w:shd w:val="clear" w:color="auto" w:fill="FFFFFF" w:themeFill="background1"/>
          </w:tcPr>
          <w:p w14:paraId="3217B30D" w14:textId="77777777" w:rsidR="007B22B7" w:rsidRPr="00197061" w:rsidRDefault="007B22B7" w:rsidP="00D814E2">
            <w:pPr>
              <w:spacing w:after="0"/>
              <w:rPr>
                <w:rFonts w:cs="Arial"/>
                <w:sz w:val="16"/>
                <w:szCs w:val="16"/>
              </w:rPr>
            </w:pPr>
          </w:p>
        </w:tc>
        <w:tc>
          <w:tcPr>
            <w:tcW w:w="1364" w:type="dxa"/>
            <w:tcMar>
              <w:top w:w="38" w:type="dxa"/>
              <w:left w:w="55" w:type="dxa"/>
              <w:bottom w:w="38" w:type="dxa"/>
              <w:right w:w="55" w:type="dxa"/>
            </w:tcMar>
            <w:vAlign w:val="center"/>
          </w:tcPr>
          <w:p w14:paraId="6D9C6C1D" w14:textId="4B525F1D" w:rsidR="007B22B7" w:rsidRPr="00197061" w:rsidRDefault="007B22B7" w:rsidP="00D814E2">
            <w:pPr>
              <w:spacing w:after="0"/>
              <w:rPr>
                <w:rFonts w:cs="Arial"/>
                <w:sz w:val="16"/>
                <w:szCs w:val="16"/>
              </w:rPr>
            </w:pPr>
          </w:p>
        </w:tc>
        <w:tc>
          <w:tcPr>
            <w:tcW w:w="1728" w:type="dxa"/>
            <w:tcMar>
              <w:top w:w="38" w:type="dxa"/>
              <w:left w:w="55" w:type="dxa"/>
              <w:bottom w:w="38" w:type="dxa"/>
              <w:right w:w="55" w:type="dxa"/>
            </w:tcMar>
            <w:vAlign w:val="center"/>
          </w:tcPr>
          <w:p w14:paraId="24EC7B6A" w14:textId="77777777" w:rsidR="007B22B7" w:rsidRPr="00197061" w:rsidRDefault="007B22B7" w:rsidP="00D814E2">
            <w:pPr>
              <w:spacing w:after="0"/>
              <w:rPr>
                <w:rFonts w:cs="Arial"/>
                <w:sz w:val="16"/>
                <w:szCs w:val="16"/>
              </w:rPr>
            </w:pPr>
          </w:p>
        </w:tc>
        <w:tc>
          <w:tcPr>
            <w:tcW w:w="2588" w:type="dxa"/>
            <w:tcMar>
              <w:top w:w="38" w:type="dxa"/>
              <w:left w:w="55" w:type="dxa"/>
              <w:bottom w:w="38" w:type="dxa"/>
              <w:right w:w="55" w:type="dxa"/>
            </w:tcMar>
            <w:vAlign w:val="center"/>
          </w:tcPr>
          <w:p w14:paraId="1F47541F" w14:textId="77777777" w:rsidR="007B22B7" w:rsidRPr="00197061" w:rsidRDefault="007B22B7" w:rsidP="00D814E2">
            <w:pPr>
              <w:spacing w:after="0"/>
              <w:rPr>
                <w:rFonts w:cs="Arial"/>
                <w:sz w:val="16"/>
                <w:szCs w:val="16"/>
              </w:rPr>
            </w:pPr>
          </w:p>
        </w:tc>
      </w:tr>
      <w:tr w:rsidR="000F67E5" w:rsidRPr="00B31279" w14:paraId="3CCBF8F0" w14:textId="77777777" w:rsidTr="000F67E5">
        <w:trPr>
          <w:trHeight w:val="300"/>
          <w:jc w:val="center"/>
        </w:trPr>
        <w:tc>
          <w:tcPr>
            <w:tcW w:w="1975" w:type="dxa"/>
            <w:vAlign w:val="center"/>
          </w:tcPr>
          <w:p w14:paraId="3EE09D04" w14:textId="34271DFC" w:rsidR="000F67E5" w:rsidRDefault="000F67E5" w:rsidP="00D814E2">
            <w:pPr>
              <w:spacing w:after="0"/>
              <w:rPr>
                <w:sz w:val="18"/>
                <w:szCs w:val="18"/>
              </w:rPr>
            </w:pPr>
            <w:r>
              <w:rPr>
                <w:sz w:val="18"/>
                <w:szCs w:val="18"/>
              </w:rPr>
              <w:t>Girmedi (Başarısız)</w:t>
            </w:r>
          </w:p>
        </w:tc>
        <w:tc>
          <w:tcPr>
            <w:tcW w:w="709" w:type="dxa"/>
            <w:tcMar>
              <w:top w:w="38" w:type="dxa"/>
              <w:left w:w="55" w:type="dxa"/>
              <w:bottom w:w="38" w:type="dxa"/>
              <w:right w:w="55" w:type="dxa"/>
            </w:tcMar>
            <w:vAlign w:val="center"/>
          </w:tcPr>
          <w:p w14:paraId="49F47759" w14:textId="1FD1954D" w:rsidR="000F67E5" w:rsidRPr="00BB5325" w:rsidRDefault="000F67E5" w:rsidP="00D814E2">
            <w:pPr>
              <w:spacing w:after="0"/>
              <w:rPr>
                <w:sz w:val="18"/>
                <w:szCs w:val="18"/>
              </w:rPr>
            </w:pPr>
            <w:r>
              <w:rPr>
                <w:sz w:val="18"/>
                <w:szCs w:val="18"/>
              </w:rPr>
              <w:t>FG</w:t>
            </w:r>
          </w:p>
        </w:tc>
        <w:tc>
          <w:tcPr>
            <w:tcW w:w="1588" w:type="dxa"/>
            <w:tcMar>
              <w:top w:w="38" w:type="dxa"/>
              <w:left w:w="55" w:type="dxa"/>
              <w:bottom w:w="38" w:type="dxa"/>
              <w:right w:w="55" w:type="dxa"/>
            </w:tcMar>
            <w:vAlign w:val="center"/>
          </w:tcPr>
          <w:p w14:paraId="42936374" w14:textId="37C2AA6E" w:rsidR="000F67E5" w:rsidRPr="00BB5325" w:rsidRDefault="000F67E5" w:rsidP="00D814E2">
            <w:pPr>
              <w:spacing w:after="0"/>
              <w:rPr>
                <w:sz w:val="18"/>
                <w:szCs w:val="18"/>
              </w:rPr>
            </w:pPr>
            <w:r>
              <w:rPr>
                <w:sz w:val="18"/>
                <w:szCs w:val="18"/>
              </w:rPr>
              <w:t>0,00</w:t>
            </w:r>
          </w:p>
        </w:tc>
        <w:tc>
          <w:tcPr>
            <w:tcW w:w="1259" w:type="dxa"/>
            <w:tcMar>
              <w:top w:w="38" w:type="dxa"/>
              <w:left w:w="55" w:type="dxa"/>
              <w:bottom w:w="38" w:type="dxa"/>
              <w:right w:w="55" w:type="dxa"/>
            </w:tcMar>
            <w:vAlign w:val="center"/>
          </w:tcPr>
          <w:p w14:paraId="2B5B35FA" w14:textId="421116D3" w:rsidR="000F67E5" w:rsidRPr="00BB5325" w:rsidRDefault="000F67E5" w:rsidP="00D814E2">
            <w:pPr>
              <w:spacing w:after="0"/>
              <w:rPr>
                <w:sz w:val="18"/>
                <w:szCs w:val="18"/>
              </w:rPr>
            </w:pPr>
            <w:r>
              <w:rPr>
                <w:sz w:val="18"/>
                <w:szCs w:val="18"/>
              </w:rPr>
              <w:t>-</w:t>
            </w:r>
          </w:p>
        </w:tc>
        <w:tc>
          <w:tcPr>
            <w:tcW w:w="1330" w:type="dxa"/>
            <w:vAlign w:val="center"/>
          </w:tcPr>
          <w:p w14:paraId="653293AE" w14:textId="24A586D4" w:rsidR="000F67E5" w:rsidRDefault="000F67E5" w:rsidP="00D814E2">
            <w:pPr>
              <w:spacing w:after="0"/>
              <w:rPr>
                <w:rFonts w:cs="Arial"/>
                <w:sz w:val="16"/>
                <w:szCs w:val="16"/>
              </w:rPr>
            </w:pPr>
            <w:r>
              <w:rPr>
                <w:rFonts w:cs="Arial"/>
                <w:sz w:val="16"/>
                <w:szCs w:val="16"/>
              </w:rPr>
              <w:t>-</w:t>
            </w:r>
          </w:p>
        </w:tc>
        <w:tc>
          <w:tcPr>
            <w:tcW w:w="693" w:type="dxa"/>
            <w:shd w:val="clear" w:color="auto" w:fill="FFFFFF" w:themeFill="background1"/>
          </w:tcPr>
          <w:p w14:paraId="60586E93" w14:textId="77777777" w:rsidR="000F67E5" w:rsidRPr="00197061" w:rsidRDefault="000F67E5" w:rsidP="00D814E2">
            <w:pPr>
              <w:spacing w:after="0"/>
              <w:rPr>
                <w:rFonts w:cs="Arial"/>
                <w:sz w:val="16"/>
                <w:szCs w:val="16"/>
              </w:rPr>
            </w:pPr>
          </w:p>
        </w:tc>
        <w:tc>
          <w:tcPr>
            <w:tcW w:w="1364" w:type="dxa"/>
            <w:tcMar>
              <w:top w:w="38" w:type="dxa"/>
              <w:left w:w="55" w:type="dxa"/>
              <w:bottom w:w="38" w:type="dxa"/>
              <w:right w:w="55" w:type="dxa"/>
            </w:tcMar>
            <w:vAlign w:val="center"/>
          </w:tcPr>
          <w:p w14:paraId="3B96DA9D" w14:textId="77777777" w:rsidR="000F67E5" w:rsidRPr="00197061" w:rsidRDefault="000F67E5" w:rsidP="00D814E2">
            <w:pPr>
              <w:spacing w:after="0"/>
              <w:rPr>
                <w:rFonts w:cs="Arial"/>
                <w:sz w:val="16"/>
                <w:szCs w:val="16"/>
              </w:rPr>
            </w:pPr>
          </w:p>
        </w:tc>
        <w:tc>
          <w:tcPr>
            <w:tcW w:w="1728" w:type="dxa"/>
            <w:tcMar>
              <w:top w:w="38" w:type="dxa"/>
              <w:left w:w="55" w:type="dxa"/>
              <w:bottom w:w="38" w:type="dxa"/>
              <w:right w:w="55" w:type="dxa"/>
            </w:tcMar>
            <w:vAlign w:val="center"/>
          </w:tcPr>
          <w:p w14:paraId="254D9161" w14:textId="77777777" w:rsidR="000F67E5" w:rsidRPr="00197061" w:rsidRDefault="000F67E5" w:rsidP="00D814E2">
            <w:pPr>
              <w:spacing w:after="0"/>
              <w:rPr>
                <w:rFonts w:cs="Arial"/>
                <w:sz w:val="16"/>
                <w:szCs w:val="16"/>
              </w:rPr>
            </w:pPr>
          </w:p>
        </w:tc>
        <w:tc>
          <w:tcPr>
            <w:tcW w:w="2588" w:type="dxa"/>
            <w:tcMar>
              <w:top w:w="38" w:type="dxa"/>
              <w:left w:w="55" w:type="dxa"/>
              <w:bottom w:w="38" w:type="dxa"/>
              <w:right w:w="55" w:type="dxa"/>
            </w:tcMar>
            <w:vAlign w:val="center"/>
          </w:tcPr>
          <w:p w14:paraId="2BCEEFA3" w14:textId="77777777" w:rsidR="000F67E5" w:rsidRPr="00197061" w:rsidRDefault="000F67E5" w:rsidP="00D814E2">
            <w:pPr>
              <w:spacing w:after="0"/>
              <w:rPr>
                <w:rFonts w:cs="Arial"/>
                <w:sz w:val="16"/>
                <w:szCs w:val="16"/>
              </w:rPr>
            </w:pPr>
          </w:p>
        </w:tc>
      </w:tr>
      <w:tr w:rsidR="000F67E5" w:rsidRPr="00B31279" w14:paraId="4361AC9A" w14:textId="77777777" w:rsidTr="000F67E5">
        <w:trPr>
          <w:trHeight w:val="300"/>
          <w:jc w:val="center"/>
        </w:trPr>
        <w:tc>
          <w:tcPr>
            <w:tcW w:w="1975" w:type="dxa"/>
            <w:vAlign w:val="center"/>
          </w:tcPr>
          <w:p w14:paraId="1FCD44CA" w14:textId="24054A92" w:rsidR="000F67E5" w:rsidRDefault="000F67E5" w:rsidP="00D814E2">
            <w:pPr>
              <w:spacing w:after="0"/>
              <w:rPr>
                <w:sz w:val="18"/>
                <w:szCs w:val="18"/>
              </w:rPr>
            </w:pPr>
            <w:r>
              <w:rPr>
                <w:sz w:val="18"/>
                <w:szCs w:val="18"/>
              </w:rPr>
              <w:t>Devamsız (Başarısız)</w:t>
            </w:r>
          </w:p>
        </w:tc>
        <w:tc>
          <w:tcPr>
            <w:tcW w:w="709" w:type="dxa"/>
            <w:tcMar>
              <w:top w:w="38" w:type="dxa"/>
              <w:left w:w="55" w:type="dxa"/>
              <w:bottom w:w="38" w:type="dxa"/>
              <w:right w:w="55" w:type="dxa"/>
            </w:tcMar>
            <w:vAlign w:val="center"/>
          </w:tcPr>
          <w:p w14:paraId="20D4C0F1" w14:textId="0E54A681" w:rsidR="000F67E5" w:rsidRPr="00BB5325" w:rsidRDefault="000F67E5" w:rsidP="00D814E2">
            <w:pPr>
              <w:spacing w:after="0"/>
              <w:rPr>
                <w:sz w:val="18"/>
                <w:szCs w:val="18"/>
              </w:rPr>
            </w:pPr>
            <w:r>
              <w:rPr>
                <w:sz w:val="18"/>
                <w:szCs w:val="18"/>
              </w:rPr>
              <w:t>DZ</w:t>
            </w:r>
          </w:p>
        </w:tc>
        <w:tc>
          <w:tcPr>
            <w:tcW w:w="1588" w:type="dxa"/>
            <w:tcMar>
              <w:top w:w="38" w:type="dxa"/>
              <w:left w:w="55" w:type="dxa"/>
              <w:bottom w:w="38" w:type="dxa"/>
              <w:right w:w="55" w:type="dxa"/>
            </w:tcMar>
            <w:vAlign w:val="center"/>
          </w:tcPr>
          <w:p w14:paraId="1CFAA2F0" w14:textId="04A0BD47" w:rsidR="000F67E5" w:rsidRPr="00BB5325" w:rsidRDefault="000F67E5" w:rsidP="00D814E2">
            <w:pPr>
              <w:spacing w:after="0"/>
              <w:rPr>
                <w:sz w:val="18"/>
                <w:szCs w:val="18"/>
              </w:rPr>
            </w:pPr>
            <w:r>
              <w:rPr>
                <w:sz w:val="18"/>
                <w:szCs w:val="18"/>
              </w:rPr>
              <w:t>0,00</w:t>
            </w:r>
          </w:p>
        </w:tc>
        <w:tc>
          <w:tcPr>
            <w:tcW w:w="1259" w:type="dxa"/>
            <w:tcMar>
              <w:top w:w="38" w:type="dxa"/>
              <w:left w:w="55" w:type="dxa"/>
              <w:bottom w:w="38" w:type="dxa"/>
              <w:right w:w="55" w:type="dxa"/>
            </w:tcMar>
            <w:vAlign w:val="center"/>
          </w:tcPr>
          <w:p w14:paraId="56498C4E" w14:textId="2589F21C" w:rsidR="000F67E5" w:rsidRPr="00BB5325" w:rsidRDefault="000F67E5" w:rsidP="00D814E2">
            <w:pPr>
              <w:spacing w:after="0"/>
              <w:rPr>
                <w:sz w:val="18"/>
                <w:szCs w:val="18"/>
              </w:rPr>
            </w:pPr>
            <w:r>
              <w:rPr>
                <w:sz w:val="18"/>
                <w:szCs w:val="18"/>
              </w:rPr>
              <w:t>-</w:t>
            </w:r>
          </w:p>
        </w:tc>
        <w:tc>
          <w:tcPr>
            <w:tcW w:w="1330" w:type="dxa"/>
            <w:vAlign w:val="center"/>
          </w:tcPr>
          <w:p w14:paraId="5E98723D" w14:textId="3819E12F" w:rsidR="000F67E5" w:rsidRDefault="000F67E5" w:rsidP="00D814E2">
            <w:pPr>
              <w:spacing w:after="0"/>
              <w:rPr>
                <w:rFonts w:cs="Arial"/>
                <w:sz w:val="16"/>
                <w:szCs w:val="16"/>
              </w:rPr>
            </w:pPr>
            <w:r>
              <w:rPr>
                <w:rFonts w:cs="Arial"/>
                <w:sz w:val="16"/>
                <w:szCs w:val="16"/>
              </w:rPr>
              <w:t>-</w:t>
            </w:r>
          </w:p>
        </w:tc>
        <w:tc>
          <w:tcPr>
            <w:tcW w:w="693" w:type="dxa"/>
            <w:shd w:val="clear" w:color="auto" w:fill="FFFFFF" w:themeFill="background1"/>
          </w:tcPr>
          <w:p w14:paraId="19636933" w14:textId="77777777" w:rsidR="000F67E5" w:rsidRPr="00197061" w:rsidRDefault="000F67E5" w:rsidP="00D814E2">
            <w:pPr>
              <w:spacing w:after="0"/>
              <w:rPr>
                <w:rFonts w:cs="Arial"/>
                <w:sz w:val="16"/>
                <w:szCs w:val="16"/>
              </w:rPr>
            </w:pPr>
          </w:p>
        </w:tc>
        <w:tc>
          <w:tcPr>
            <w:tcW w:w="1364" w:type="dxa"/>
            <w:tcMar>
              <w:top w:w="38" w:type="dxa"/>
              <w:left w:w="55" w:type="dxa"/>
              <w:bottom w:w="38" w:type="dxa"/>
              <w:right w:w="55" w:type="dxa"/>
            </w:tcMar>
            <w:vAlign w:val="center"/>
          </w:tcPr>
          <w:p w14:paraId="15C7979B" w14:textId="77777777" w:rsidR="000F67E5" w:rsidRPr="00197061" w:rsidRDefault="000F67E5" w:rsidP="00D814E2">
            <w:pPr>
              <w:spacing w:after="0"/>
              <w:rPr>
                <w:rFonts w:cs="Arial"/>
                <w:sz w:val="16"/>
                <w:szCs w:val="16"/>
              </w:rPr>
            </w:pPr>
          </w:p>
        </w:tc>
        <w:tc>
          <w:tcPr>
            <w:tcW w:w="1728" w:type="dxa"/>
            <w:tcMar>
              <w:top w:w="38" w:type="dxa"/>
              <w:left w:w="55" w:type="dxa"/>
              <w:bottom w:w="38" w:type="dxa"/>
              <w:right w:w="55" w:type="dxa"/>
            </w:tcMar>
            <w:vAlign w:val="center"/>
          </w:tcPr>
          <w:p w14:paraId="250FD320" w14:textId="77777777" w:rsidR="000F67E5" w:rsidRPr="00197061" w:rsidRDefault="000F67E5" w:rsidP="00D814E2">
            <w:pPr>
              <w:spacing w:after="0"/>
              <w:rPr>
                <w:rFonts w:cs="Arial"/>
                <w:sz w:val="16"/>
                <w:szCs w:val="16"/>
              </w:rPr>
            </w:pPr>
          </w:p>
        </w:tc>
        <w:tc>
          <w:tcPr>
            <w:tcW w:w="2588" w:type="dxa"/>
            <w:tcMar>
              <w:top w:w="38" w:type="dxa"/>
              <w:left w:w="55" w:type="dxa"/>
              <w:bottom w:w="38" w:type="dxa"/>
              <w:right w:w="55" w:type="dxa"/>
            </w:tcMar>
            <w:vAlign w:val="center"/>
          </w:tcPr>
          <w:p w14:paraId="6B2346D8" w14:textId="77777777" w:rsidR="000F67E5" w:rsidRPr="00197061" w:rsidRDefault="000F67E5" w:rsidP="00D814E2">
            <w:pPr>
              <w:spacing w:after="0"/>
              <w:rPr>
                <w:rFonts w:cs="Arial"/>
                <w:sz w:val="16"/>
                <w:szCs w:val="16"/>
              </w:rPr>
            </w:pPr>
          </w:p>
        </w:tc>
      </w:tr>
    </w:tbl>
    <w:p w14:paraId="7C16C8FB" w14:textId="77777777" w:rsidR="00BB5325" w:rsidRPr="00B31279" w:rsidRDefault="00BB5325" w:rsidP="00BB5325">
      <w:pPr>
        <w:spacing w:after="20"/>
        <w:ind w:firstLine="720"/>
      </w:pPr>
    </w:p>
    <w:p w14:paraId="5395EEDA" w14:textId="71E16D7C" w:rsidR="00BB5325" w:rsidRDefault="00BB5325">
      <w:pPr>
        <w:rPr>
          <w:b/>
          <w:color w:val="1A365D"/>
          <w:sz w:val="18"/>
        </w:rPr>
      </w:pPr>
    </w:p>
    <w:p w14:paraId="7741DCCB" w14:textId="69A755DD" w:rsidR="00DB6CE0" w:rsidRDefault="00DB6CE0">
      <w:pPr>
        <w:rPr>
          <w:b/>
          <w:color w:val="1A365D"/>
          <w:sz w:val="18"/>
        </w:rPr>
      </w:pPr>
    </w:p>
    <w:p w14:paraId="0324636A" w14:textId="77777777" w:rsidR="00250C7A" w:rsidRDefault="00250C7A" w:rsidP="00B31279">
      <w:pPr>
        <w:rPr>
          <w:b/>
          <w:color w:val="1A365D"/>
          <w:sz w:val="18"/>
        </w:rPr>
      </w:pPr>
    </w:p>
    <w:p w14:paraId="36D5E290" w14:textId="77777777" w:rsidR="00BB5325" w:rsidRDefault="00BB5325" w:rsidP="00B31279">
      <w:pPr>
        <w:rPr>
          <w:b/>
          <w:color w:val="1A365D"/>
          <w:sz w:val="18"/>
        </w:rPr>
      </w:pPr>
    </w:p>
    <w:p w14:paraId="2432EE8D" w14:textId="77777777" w:rsidR="00BB5325" w:rsidRDefault="00BB5325" w:rsidP="00B31279">
      <w:pPr>
        <w:rPr>
          <w:b/>
          <w:color w:val="1A365D"/>
          <w:sz w:val="18"/>
        </w:rPr>
      </w:pPr>
    </w:p>
    <w:p w14:paraId="186ACF5A" w14:textId="77777777" w:rsidR="00BB5325" w:rsidRDefault="00BB5325" w:rsidP="00B31279">
      <w:pPr>
        <w:rPr>
          <w:b/>
          <w:color w:val="1A365D"/>
          <w:sz w:val="18"/>
        </w:rPr>
      </w:pPr>
    </w:p>
    <w:p w14:paraId="29C8702E" w14:textId="7E5C0FF1" w:rsidR="005D6705" w:rsidRPr="00B31279" w:rsidRDefault="00197061" w:rsidP="00B31279">
      <w:pPr>
        <w:rPr>
          <w:b/>
          <w:color w:val="1A365D"/>
          <w:sz w:val="18"/>
        </w:rPr>
      </w:pPr>
      <w:r>
        <w:rPr>
          <w:b/>
          <w:color w:val="1A365D"/>
          <w:sz w:val="18"/>
        </w:rPr>
        <w:t>A</w:t>
      </w:r>
      <w:r w:rsidRPr="00B31279">
        <w:rPr>
          <w:b/>
          <w:color w:val="1A365D"/>
          <w:sz w:val="18"/>
        </w:rPr>
        <w:t>çıklamalar</w:t>
      </w:r>
      <w:r w:rsidR="00BD10CE">
        <w:rPr>
          <w:b/>
          <w:color w:val="1A365D"/>
          <w:sz w:val="1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81"/>
        <w:gridCol w:w="7281"/>
      </w:tblGrid>
      <w:tr w:rsidR="00F31BAB" w:rsidRPr="00DB6CE0" w14:paraId="2DE7F501" w14:textId="77777777" w:rsidTr="00F31BAB">
        <w:trPr>
          <w:jc w:val="center"/>
        </w:trPr>
        <w:tc>
          <w:tcPr>
            <w:tcW w:w="6781" w:type="dxa"/>
            <w:tcMar>
              <w:top w:w="20" w:type="dxa"/>
              <w:left w:w="20" w:type="dxa"/>
              <w:bottom w:w="20" w:type="dxa"/>
              <w:right w:w="20" w:type="dxa"/>
            </w:tcMar>
          </w:tcPr>
          <w:p w14:paraId="0984517B" w14:textId="7A9A994B" w:rsidR="00F31BAB" w:rsidRPr="00F31BAB" w:rsidRDefault="00F31BAB" w:rsidP="00F31BAB">
            <w:pPr>
              <w:spacing w:after="0" w:line="240" w:lineRule="auto"/>
              <w:jc w:val="both"/>
              <w:rPr>
                <w:sz w:val="18"/>
                <w:szCs w:val="28"/>
              </w:rPr>
            </w:pPr>
            <w:r>
              <w:rPr>
                <w:sz w:val="18"/>
                <w:szCs w:val="28"/>
              </w:rPr>
              <w:t xml:space="preserve">1. </w:t>
            </w:r>
            <w:r w:rsidRPr="00F31BAB">
              <w:rPr>
                <w:sz w:val="18"/>
                <w:szCs w:val="28"/>
              </w:rPr>
              <w:t>Yukarıdaki tabloda, Erasmus+ öğrencisinin misafir olduğu yükseköğretim kurumunda almış olduğu ve transkriptinde yer alan dersler ile bu derslerden elde ettiği başarı durumu gösterilmiştir.</w:t>
            </w:r>
          </w:p>
        </w:tc>
        <w:tc>
          <w:tcPr>
            <w:tcW w:w="6781" w:type="dxa"/>
            <w:tcMar>
              <w:top w:w="20" w:type="dxa"/>
              <w:left w:w="20" w:type="dxa"/>
              <w:bottom w:w="20" w:type="dxa"/>
              <w:right w:w="20" w:type="dxa"/>
            </w:tcMar>
          </w:tcPr>
          <w:p w14:paraId="34369B13" w14:textId="2B910ED5" w:rsidR="00F31BAB" w:rsidRPr="00BD10CE" w:rsidRDefault="00F31BAB" w:rsidP="00F31BAB">
            <w:pPr>
              <w:spacing w:after="0" w:line="240" w:lineRule="auto"/>
              <w:ind w:left="85"/>
              <w:jc w:val="both"/>
              <w:rPr>
                <w:sz w:val="18"/>
                <w:szCs w:val="28"/>
              </w:rPr>
            </w:pPr>
            <w:r>
              <w:rPr>
                <w:sz w:val="18"/>
                <w:szCs w:val="28"/>
              </w:rPr>
              <w:t xml:space="preserve">5. </w:t>
            </w:r>
            <w:r w:rsidRPr="00F31BAB">
              <w:rPr>
                <w:sz w:val="18"/>
                <w:szCs w:val="28"/>
              </w:rPr>
              <w:t>Ders İntibak B Tablosu; öğrencinin sunduğu transkript, katılım belgesi, varsa güncellenmiş Learning Agreement (During the Mobility) ve ilgili diğer belgeler dikkate alınarak hazırlanır.</w:t>
            </w:r>
          </w:p>
        </w:tc>
      </w:tr>
      <w:tr w:rsidR="00F31BAB" w:rsidRPr="00DB6CE0" w14:paraId="23FE71D8" w14:textId="77777777" w:rsidTr="00F31BAB">
        <w:trPr>
          <w:jc w:val="center"/>
        </w:trPr>
        <w:tc>
          <w:tcPr>
            <w:tcW w:w="6781" w:type="dxa"/>
            <w:tcMar>
              <w:top w:w="20" w:type="dxa"/>
              <w:left w:w="20" w:type="dxa"/>
              <w:bottom w:w="20" w:type="dxa"/>
              <w:right w:w="20" w:type="dxa"/>
            </w:tcMar>
          </w:tcPr>
          <w:p w14:paraId="36AEFDAE" w14:textId="28C143AA" w:rsidR="00F31BAB" w:rsidRPr="00F31BAB" w:rsidRDefault="00F31BAB" w:rsidP="00F31BAB">
            <w:pPr>
              <w:spacing w:after="0" w:line="240" w:lineRule="auto"/>
              <w:jc w:val="both"/>
              <w:rPr>
                <w:sz w:val="18"/>
                <w:szCs w:val="28"/>
              </w:rPr>
            </w:pPr>
            <w:r>
              <w:rPr>
                <w:sz w:val="18"/>
                <w:szCs w:val="28"/>
              </w:rPr>
              <w:t xml:space="preserve">2. </w:t>
            </w:r>
            <w:r w:rsidRPr="00F31BAB">
              <w:rPr>
                <w:sz w:val="18"/>
                <w:szCs w:val="28"/>
              </w:rPr>
              <w:t>Yukarıdaki tabloda, Erasmus+ öğrencisinin yurt dışındaki öğrenim dönemini başarıyla tamamlamasının ardından, Hakkâri Üniversitesi müfredatına göre yerine saydırılması uygun görülen dersler listelenmiştir. Nihai akademik tanınma, ilgili akademik birimin değerlendirmesi ve yönetim kurulu kararı doğrultusunda kesinleşecektir.</w:t>
            </w:r>
          </w:p>
        </w:tc>
        <w:tc>
          <w:tcPr>
            <w:tcW w:w="6781" w:type="dxa"/>
            <w:tcMar>
              <w:top w:w="20" w:type="dxa"/>
              <w:left w:w="20" w:type="dxa"/>
              <w:bottom w:w="20" w:type="dxa"/>
              <w:right w:w="20" w:type="dxa"/>
            </w:tcMar>
          </w:tcPr>
          <w:p w14:paraId="7246DFA3" w14:textId="76F2C1BD" w:rsidR="00F31BAB" w:rsidRPr="00BD10CE" w:rsidRDefault="00F31BAB" w:rsidP="00F31BAB">
            <w:pPr>
              <w:spacing w:after="0" w:line="240" w:lineRule="auto"/>
              <w:ind w:left="85"/>
              <w:jc w:val="both"/>
              <w:rPr>
                <w:sz w:val="18"/>
                <w:szCs w:val="28"/>
              </w:rPr>
            </w:pPr>
            <w:r>
              <w:rPr>
                <w:sz w:val="18"/>
                <w:szCs w:val="28"/>
              </w:rPr>
              <w:t xml:space="preserve">6. </w:t>
            </w:r>
            <w:r w:rsidRPr="00F31BAB">
              <w:rPr>
                <w:sz w:val="18"/>
                <w:szCs w:val="28"/>
              </w:rPr>
              <w:t>Öğrenci, hareketlilik sonrasında gerekli belgeleri dilekçe ekinde ilgili bölüm başkanlığına sunar. Belgenin imza ve akademik onay süreçleri ilgili bölüm tarafından yürütülür; yönetim kurulu kararı alındıktan sonra süreç Erasmus+ Kurum Koordinatörlüğüne bildirilir.</w:t>
            </w:r>
          </w:p>
        </w:tc>
      </w:tr>
      <w:tr w:rsidR="00F31BAB" w:rsidRPr="00DB6CE0" w14:paraId="1960CD7A" w14:textId="77777777" w:rsidTr="00F31BAB">
        <w:trPr>
          <w:jc w:val="center"/>
        </w:trPr>
        <w:tc>
          <w:tcPr>
            <w:tcW w:w="6781" w:type="dxa"/>
            <w:tcMar>
              <w:top w:w="20" w:type="dxa"/>
              <w:left w:w="20" w:type="dxa"/>
              <w:bottom w:w="20" w:type="dxa"/>
              <w:right w:w="20" w:type="dxa"/>
            </w:tcMar>
          </w:tcPr>
          <w:p w14:paraId="7362283C" w14:textId="0C1D9312" w:rsidR="00F31BAB" w:rsidRPr="00F31BAB" w:rsidRDefault="00F31BAB" w:rsidP="00F31BAB">
            <w:pPr>
              <w:spacing w:after="0" w:line="240" w:lineRule="auto"/>
              <w:jc w:val="both"/>
              <w:rPr>
                <w:sz w:val="18"/>
                <w:szCs w:val="28"/>
              </w:rPr>
            </w:pPr>
            <w:r>
              <w:rPr>
                <w:sz w:val="18"/>
                <w:szCs w:val="28"/>
              </w:rPr>
              <w:t xml:space="preserve">3. </w:t>
            </w:r>
            <w:r w:rsidRPr="00F31BAB">
              <w:rPr>
                <w:sz w:val="18"/>
                <w:szCs w:val="28"/>
              </w:rPr>
              <w:t>Öğrenci, bu tabloda belirtilen dersler, notlar ve eşdeğerliklerin sunduğu transkript ve diğer hareketlilik belgeleriyle uyumlu olduğunu beyan eder ve intibak işlemlerinin bu bilgiler esas alınarak değerlendirilmesini talep eder.</w:t>
            </w:r>
          </w:p>
        </w:tc>
        <w:tc>
          <w:tcPr>
            <w:tcW w:w="6781" w:type="dxa"/>
            <w:vMerge w:val="restart"/>
            <w:tcMar>
              <w:top w:w="20" w:type="dxa"/>
              <w:left w:w="20" w:type="dxa"/>
              <w:bottom w:w="20" w:type="dxa"/>
              <w:right w:w="20" w:type="dxa"/>
            </w:tcMar>
          </w:tcPr>
          <w:p w14:paraId="17AE6B8D" w14:textId="3FE1671B" w:rsidR="00F31BAB" w:rsidRPr="00BD10CE" w:rsidRDefault="00F31BAB" w:rsidP="00F31BAB">
            <w:pPr>
              <w:spacing w:after="0" w:line="240" w:lineRule="auto"/>
              <w:ind w:left="85"/>
              <w:jc w:val="both"/>
              <w:rPr>
                <w:sz w:val="18"/>
                <w:szCs w:val="28"/>
              </w:rPr>
            </w:pPr>
            <w:r w:rsidRPr="00F31BAB">
              <w:rPr>
                <w:sz w:val="18"/>
                <w:szCs w:val="28"/>
              </w:rPr>
              <w:t>7. Yukarıdaki tabloda belirtilen derslerin tanınması ve misafir olunan üniversitede alınan ders isimleri ile başarı durumlarının öğrencinin transkriptine ve diploma ekine işlenmesi, ilgili akademik birim tarafından uygun görülmesi ve yönetim kurulu kararı ile kesinleşir.</w:t>
            </w:r>
          </w:p>
        </w:tc>
      </w:tr>
      <w:tr w:rsidR="00F31BAB" w:rsidRPr="00DB6CE0" w14:paraId="74C418E5" w14:textId="77777777" w:rsidTr="00F31BAB">
        <w:trPr>
          <w:jc w:val="center"/>
        </w:trPr>
        <w:tc>
          <w:tcPr>
            <w:tcW w:w="6781" w:type="dxa"/>
            <w:tcMar>
              <w:top w:w="20" w:type="dxa"/>
              <w:left w:w="20" w:type="dxa"/>
              <w:bottom w:w="20" w:type="dxa"/>
              <w:right w:w="20" w:type="dxa"/>
            </w:tcMar>
          </w:tcPr>
          <w:p w14:paraId="6AEC933B" w14:textId="6D790BE4" w:rsidR="00F31BAB" w:rsidRPr="00F31BAB" w:rsidRDefault="00F31BAB" w:rsidP="00F31BAB">
            <w:pPr>
              <w:spacing w:after="0" w:line="240" w:lineRule="auto"/>
              <w:jc w:val="both"/>
              <w:rPr>
                <w:sz w:val="18"/>
                <w:szCs w:val="28"/>
              </w:rPr>
            </w:pPr>
            <w:r w:rsidRPr="00F31BAB">
              <w:rPr>
                <w:sz w:val="18"/>
                <w:szCs w:val="28"/>
              </w:rPr>
              <w:t>4. Misafir olunan yükseköğretim kurumunda başarı ile tamamlanan dersler, ilgili akademik birim tarafından uygun görülmesi ve gerekli kurul/onay süreçlerinin tamamlanması halinde, Hakkâri Üniversitesi’ndeki derslere yukarıda belirtildiği şekilde eşdeğer sayılacaktır.</w:t>
            </w:r>
          </w:p>
        </w:tc>
        <w:tc>
          <w:tcPr>
            <w:tcW w:w="6781" w:type="dxa"/>
            <w:vMerge/>
            <w:tcMar>
              <w:top w:w="20" w:type="dxa"/>
              <w:left w:w="20" w:type="dxa"/>
              <w:bottom w:w="20" w:type="dxa"/>
              <w:right w:w="20" w:type="dxa"/>
            </w:tcMar>
          </w:tcPr>
          <w:p w14:paraId="10D92098" w14:textId="379E612B" w:rsidR="00F31BAB" w:rsidRPr="00F31BAB" w:rsidRDefault="00F31BAB" w:rsidP="00F31BAB">
            <w:pPr>
              <w:spacing w:after="0" w:line="240" w:lineRule="auto"/>
              <w:ind w:left="85"/>
              <w:jc w:val="both"/>
              <w:rPr>
                <w:sz w:val="18"/>
                <w:szCs w:val="28"/>
              </w:rPr>
            </w:pPr>
          </w:p>
        </w:tc>
      </w:tr>
    </w:tbl>
    <w:p w14:paraId="31B77F36" w14:textId="77777777" w:rsidR="005D6705" w:rsidRPr="00B31279" w:rsidRDefault="005D6705">
      <w:pPr>
        <w:spacing w:after="40"/>
      </w:pPr>
    </w:p>
    <w:tbl>
      <w:tblPr>
        <w:tblW w:w="5000" w:type="pct"/>
        <w:jc w:val="center"/>
        <w:tblBorders>
          <w:top w:val="single" w:sz="6" w:space="0" w:color="9FB1C8"/>
          <w:left w:val="single" w:sz="6" w:space="0" w:color="9FB1C8"/>
          <w:bottom w:val="single" w:sz="6" w:space="0" w:color="9FB1C8"/>
          <w:right w:val="single" w:sz="6" w:space="0" w:color="9FB1C8"/>
          <w:insideH w:val="single" w:sz="6" w:space="0" w:color="D1DAE6"/>
          <w:insideV w:val="single" w:sz="6" w:space="0" w:color="D1DAE6"/>
        </w:tblBorders>
        <w:tblLayout w:type="fixed"/>
        <w:tblLook w:val="04A0" w:firstRow="1" w:lastRow="0" w:firstColumn="1" w:lastColumn="0" w:noHBand="0" w:noVBand="1"/>
      </w:tblPr>
      <w:tblGrid>
        <w:gridCol w:w="4406"/>
        <w:gridCol w:w="3858"/>
        <w:gridCol w:w="6292"/>
      </w:tblGrid>
      <w:tr w:rsidR="007B22B7" w:rsidRPr="00B31279" w14:paraId="1C2739DD" w14:textId="77777777" w:rsidTr="007B22B7">
        <w:trPr>
          <w:jc w:val="center"/>
        </w:trPr>
        <w:tc>
          <w:tcPr>
            <w:tcW w:w="3226" w:type="dxa"/>
            <w:shd w:val="clear" w:color="auto" w:fill="DCE8F4"/>
            <w:tcMar>
              <w:top w:w="45" w:type="dxa"/>
              <w:left w:w="80" w:type="dxa"/>
              <w:bottom w:w="45" w:type="dxa"/>
              <w:right w:w="80" w:type="dxa"/>
            </w:tcMar>
            <w:vAlign w:val="center"/>
          </w:tcPr>
          <w:p w14:paraId="50895BD9" w14:textId="4C65C33D" w:rsidR="007B22B7" w:rsidRPr="007B22B7" w:rsidRDefault="007B22B7" w:rsidP="007B22B7">
            <w:pPr>
              <w:spacing w:after="0"/>
              <w:rPr>
                <w:sz w:val="20"/>
                <w:szCs w:val="28"/>
              </w:rPr>
            </w:pPr>
            <w:r w:rsidRPr="007B22B7">
              <w:rPr>
                <w:b/>
                <w:sz w:val="20"/>
                <w:szCs w:val="28"/>
              </w:rPr>
              <w:t>ERASMUS+ BÖLÜM KOORDİNATÖRÜ</w:t>
            </w:r>
          </w:p>
        </w:tc>
        <w:tc>
          <w:tcPr>
            <w:tcW w:w="2824" w:type="dxa"/>
            <w:shd w:val="clear" w:color="auto" w:fill="DCE8F4"/>
            <w:tcMar>
              <w:top w:w="45" w:type="dxa"/>
              <w:left w:w="80" w:type="dxa"/>
              <w:bottom w:w="45" w:type="dxa"/>
              <w:right w:w="80" w:type="dxa"/>
            </w:tcMar>
            <w:vAlign w:val="center"/>
          </w:tcPr>
          <w:p w14:paraId="40956FC5" w14:textId="77777777" w:rsidR="007B22B7" w:rsidRPr="007B22B7" w:rsidRDefault="007B22B7" w:rsidP="007B22B7">
            <w:pPr>
              <w:spacing w:after="0"/>
              <w:rPr>
                <w:sz w:val="20"/>
                <w:szCs w:val="28"/>
              </w:rPr>
            </w:pPr>
            <w:r w:rsidRPr="007B22B7">
              <w:rPr>
                <w:b/>
                <w:sz w:val="20"/>
                <w:szCs w:val="28"/>
              </w:rPr>
              <w:t>BÖLÜM BAŞKANI</w:t>
            </w:r>
          </w:p>
        </w:tc>
        <w:tc>
          <w:tcPr>
            <w:tcW w:w="4606" w:type="dxa"/>
            <w:shd w:val="clear" w:color="auto" w:fill="DCE8F4"/>
            <w:tcMar>
              <w:top w:w="45" w:type="dxa"/>
              <w:left w:w="80" w:type="dxa"/>
              <w:bottom w:w="45" w:type="dxa"/>
              <w:right w:w="80" w:type="dxa"/>
            </w:tcMar>
            <w:vAlign w:val="center"/>
          </w:tcPr>
          <w:p w14:paraId="3FEDAD89" w14:textId="77777777" w:rsidR="007B22B7" w:rsidRPr="007B22B7" w:rsidRDefault="007B22B7" w:rsidP="007B22B7">
            <w:pPr>
              <w:spacing w:after="0"/>
              <w:rPr>
                <w:sz w:val="20"/>
                <w:szCs w:val="28"/>
              </w:rPr>
            </w:pPr>
            <w:r w:rsidRPr="007B22B7">
              <w:rPr>
                <w:b/>
                <w:sz w:val="20"/>
                <w:szCs w:val="28"/>
              </w:rPr>
              <w:t>BÖLÜM İNTİBAK KOMİSYONU</w:t>
            </w:r>
          </w:p>
        </w:tc>
      </w:tr>
      <w:tr w:rsidR="007B22B7" w:rsidRPr="00B31279" w14:paraId="5AC12A5C" w14:textId="77777777" w:rsidTr="007B22B7">
        <w:trPr>
          <w:trHeight w:val="882"/>
          <w:jc w:val="center"/>
        </w:trPr>
        <w:tc>
          <w:tcPr>
            <w:tcW w:w="3226" w:type="dxa"/>
            <w:tcMar>
              <w:top w:w="45" w:type="dxa"/>
              <w:left w:w="80" w:type="dxa"/>
              <w:bottom w:w="45" w:type="dxa"/>
              <w:right w:w="80" w:type="dxa"/>
            </w:tcMar>
          </w:tcPr>
          <w:p w14:paraId="5E8A9A73" w14:textId="77777777" w:rsidR="007B22B7" w:rsidRPr="00B31279" w:rsidRDefault="007B22B7" w:rsidP="00BD10CE">
            <w:pPr>
              <w:spacing w:after="0"/>
            </w:pPr>
            <w:r w:rsidRPr="00B31279">
              <w:rPr>
                <w:b/>
                <w:sz w:val="16"/>
              </w:rPr>
              <w:t>ADI-SOYADI:</w:t>
            </w:r>
          </w:p>
        </w:tc>
        <w:tc>
          <w:tcPr>
            <w:tcW w:w="2824" w:type="dxa"/>
            <w:tcMar>
              <w:top w:w="45" w:type="dxa"/>
              <w:left w:w="80" w:type="dxa"/>
              <w:bottom w:w="45" w:type="dxa"/>
              <w:right w:w="80" w:type="dxa"/>
            </w:tcMar>
          </w:tcPr>
          <w:p w14:paraId="06541EA0" w14:textId="77777777" w:rsidR="007B22B7" w:rsidRPr="00B31279" w:rsidRDefault="007B22B7" w:rsidP="00BD10CE">
            <w:pPr>
              <w:spacing w:after="0"/>
            </w:pPr>
            <w:r w:rsidRPr="00B31279">
              <w:rPr>
                <w:b/>
                <w:sz w:val="16"/>
              </w:rPr>
              <w:t>ADI-SOYADI:</w:t>
            </w:r>
          </w:p>
        </w:tc>
        <w:tc>
          <w:tcPr>
            <w:tcW w:w="4606" w:type="dxa"/>
            <w:tcMar>
              <w:top w:w="45" w:type="dxa"/>
              <w:left w:w="80" w:type="dxa"/>
              <w:bottom w:w="45" w:type="dxa"/>
              <w:right w:w="80" w:type="dxa"/>
            </w:tcMar>
          </w:tcPr>
          <w:p w14:paraId="03F89936" w14:textId="77777777" w:rsidR="007B22B7" w:rsidRDefault="007B22B7" w:rsidP="00BD10CE">
            <w:pPr>
              <w:spacing w:after="0"/>
              <w:rPr>
                <w:b/>
                <w:sz w:val="16"/>
              </w:rPr>
            </w:pPr>
            <w:r w:rsidRPr="00B31279">
              <w:rPr>
                <w:b/>
                <w:sz w:val="16"/>
              </w:rPr>
              <w:t>ÜYE:</w:t>
            </w:r>
          </w:p>
          <w:p w14:paraId="5B34ED9D" w14:textId="77777777" w:rsidR="007B22B7" w:rsidRDefault="007B22B7" w:rsidP="00BD10CE">
            <w:pPr>
              <w:spacing w:after="0"/>
              <w:rPr>
                <w:b/>
                <w:sz w:val="16"/>
              </w:rPr>
            </w:pPr>
          </w:p>
          <w:p w14:paraId="6427825E" w14:textId="74EB7244" w:rsidR="007B22B7" w:rsidRPr="00B31279" w:rsidRDefault="007B22B7" w:rsidP="00BD10CE">
            <w:pPr>
              <w:spacing w:after="0"/>
            </w:pPr>
            <w:r w:rsidRPr="00B31279">
              <w:rPr>
                <w:b/>
                <w:sz w:val="16"/>
              </w:rPr>
              <w:t>TARİH:</w:t>
            </w:r>
            <w:r w:rsidRPr="00B31279">
              <w:rPr>
                <w:b/>
                <w:sz w:val="16"/>
              </w:rPr>
              <w:br/>
              <w:t>İMZA</w:t>
            </w:r>
            <w:r>
              <w:rPr>
                <w:b/>
                <w:sz w:val="16"/>
              </w:rPr>
              <w:t>:</w:t>
            </w:r>
          </w:p>
        </w:tc>
      </w:tr>
      <w:tr w:rsidR="007B22B7" w:rsidRPr="00B31279" w14:paraId="6DFAEEC2" w14:textId="77777777" w:rsidTr="007B22B7">
        <w:trPr>
          <w:trHeight w:val="882"/>
          <w:jc w:val="center"/>
        </w:trPr>
        <w:tc>
          <w:tcPr>
            <w:tcW w:w="3226" w:type="dxa"/>
            <w:tcMar>
              <w:top w:w="45" w:type="dxa"/>
              <w:left w:w="80" w:type="dxa"/>
              <w:bottom w:w="45" w:type="dxa"/>
              <w:right w:w="80" w:type="dxa"/>
            </w:tcMar>
          </w:tcPr>
          <w:p w14:paraId="1FA15EF9" w14:textId="77777777" w:rsidR="007B22B7" w:rsidRPr="00B31279" w:rsidRDefault="007B22B7" w:rsidP="00BD10CE">
            <w:pPr>
              <w:spacing w:after="0"/>
            </w:pPr>
            <w:r w:rsidRPr="00B31279">
              <w:rPr>
                <w:b/>
                <w:sz w:val="16"/>
              </w:rPr>
              <w:t>TARİH:</w:t>
            </w:r>
          </w:p>
        </w:tc>
        <w:tc>
          <w:tcPr>
            <w:tcW w:w="2824" w:type="dxa"/>
            <w:tcMar>
              <w:top w:w="45" w:type="dxa"/>
              <w:left w:w="80" w:type="dxa"/>
              <w:bottom w:w="45" w:type="dxa"/>
              <w:right w:w="80" w:type="dxa"/>
            </w:tcMar>
          </w:tcPr>
          <w:p w14:paraId="0CC5468F" w14:textId="77777777" w:rsidR="007B22B7" w:rsidRPr="00B31279" w:rsidRDefault="007B22B7" w:rsidP="00BD10CE">
            <w:pPr>
              <w:spacing w:after="0"/>
            </w:pPr>
            <w:r w:rsidRPr="00B31279">
              <w:rPr>
                <w:b/>
                <w:sz w:val="16"/>
              </w:rPr>
              <w:t>TARİH:</w:t>
            </w:r>
          </w:p>
        </w:tc>
        <w:tc>
          <w:tcPr>
            <w:tcW w:w="4606" w:type="dxa"/>
            <w:tcMar>
              <w:top w:w="45" w:type="dxa"/>
              <w:left w:w="80" w:type="dxa"/>
              <w:bottom w:w="45" w:type="dxa"/>
              <w:right w:w="80" w:type="dxa"/>
            </w:tcMar>
          </w:tcPr>
          <w:p w14:paraId="0769EC57" w14:textId="059C7CFB" w:rsidR="007B22B7" w:rsidRDefault="007B22B7" w:rsidP="00BD10CE">
            <w:pPr>
              <w:spacing w:after="0"/>
              <w:rPr>
                <w:b/>
                <w:sz w:val="16"/>
              </w:rPr>
            </w:pPr>
            <w:r w:rsidRPr="00B31279">
              <w:rPr>
                <w:b/>
                <w:sz w:val="16"/>
              </w:rPr>
              <w:t>ÜYE:</w:t>
            </w:r>
          </w:p>
          <w:p w14:paraId="6459A7F0" w14:textId="77777777" w:rsidR="007B22B7" w:rsidRDefault="007B22B7" w:rsidP="00BD10CE">
            <w:pPr>
              <w:spacing w:after="0"/>
              <w:rPr>
                <w:b/>
                <w:sz w:val="16"/>
              </w:rPr>
            </w:pPr>
          </w:p>
          <w:p w14:paraId="07309619" w14:textId="6D850207" w:rsidR="007B22B7" w:rsidRPr="00B31279" w:rsidRDefault="007B22B7" w:rsidP="00BD10CE">
            <w:pPr>
              <w:spacing w:after="0"/>
            </w:pPr>
            <w:r w:rsidRPr="00B31279">
              <w:rPr>
                <w:b/>
                <w:sz w:val="16"/>
              </w:rPr>
              <w:t>TARİH:</w:t>
            </w:r>
            <w:r w:rsidRPr="00B31279">
              <w:rPr>
                <w:b/>
                <w:sz w:val="16"/>
              </w:rPr>
              <w:br/>
              <w:t>İMZA</w:t>
            </w:r>
            <w:r>
              <w:rPr>
                <w:b/>
                <w:sz w:val="16"/>
              </w:rPr>
              <w:t>:</w:t>
            </w:r>
          </w:p>
        </w:tc>
      </w:tr>
      <w:tr w:rsidR="007B22B7" w:rsidRPr="00B31279" w14:paraId="048A080C" w14:textId="77777777" w:rsidTr="007B22B7">
        <w:trPr>
          <w:trHeight w:val="895"/>
          <w:jc w:val="center"/>
        </w:trPr>
        <w:tc>
          <w:tcPr>
            <w:tcW w:w="3226" w:type="dxa"/>
            <w:tcMar>
              <w:top w:w="45" w:type="dxa"/>
              <w:left w:w="80" w:type="dxa"/>
              <w:bottom w:w="45" w:type="dxa"/>
              <w:right w:w="80" w:type="dxa"/>
            </w:tcMar>
          </w:tcPr>
          <w:p w14:paraId="628C12EC" w14:textId="77777777" w:rsidR="007B22B7" w:rsidRPr="00B31279" w:rsidRDefault="007B22B7" w:rsidP="00BD10CE">
            <w:pPr>
              <w:spacing w:after="0"/>
            </w:pPr>
            <w:r w:rsidRPr="00B31279">
              <w:rPr>
                <w:b/>
                <w:sz w:val="16"/>
              </w:rPr>
              <w:t>İMZA:</w:t>
            </w:r>
          </w:p>
        </w:tc>
        <w:tc>
          <w:tcPr>
            <w:tcW w:w="2824" w:type="dxa"/>
            <w:tcMar>
              <w:top w:w="45" w:type="dxa"/>
              <w:left w:w="80" w:type="dxa"/>
              <w:bottom w:w="45" w:type="dxa"/>
              <w:right w:w="80" w:type="dxa"/>
            </w:tcMar>
          </w:tcPr>
          <w:p w14:paraId="32BEE145" w14:textId="77777777" w:rsidR="007B22B7" w:rsidRPr="00B31279" w:rsidRDefault="007B22B7" w:rsidP="00BD10CE">
            <w:pPr>
              <w:spacing w:after="0"/>
            </w:pPr>
            <w:r w:rsidRPr="00B31279">
              <w:rPr>
                <w:b/>
                <w:sz w:val="16"/>
              </w:rPr>
              <w:t>İMZA:</w:t>
            </w:r>
          </w:p>
        </w:tc>
        <w:tc>
          <w:tcPr>
            <w:tcW w:w="4606" w:type="dxa"/>
            <w:tcMar>
              <w:top w:w="45" w:type="dxa"/>
              <w:left w:w="80" w:type="dxa"/>
              <w:bottom w:w="45" w:type="dxa"/>
              <w:right w:w="80" w:type="dxa"/>
            </w:tcMar>
          </w:tcPr>
          <w:p w14:paraId="4A96FAC9" w14:textId="77777777" w:rsidR="007B22B7" w:rsidRDefault="007B22B7" w:rsidP="00BD10CE">
            <w:pPr>
              <w:spacing w:after="0"/>
              <w:rPr>
                <w:b/>
                <w:sz w:val="16"/>
              </w:rPr>
            </w:pPr>
            <w:r w:rsidRPr="00B31279">
              <w:rPr>
                <w:b/>
                <w:sz w:val="16"/>
              </w:rPr>
              <w:t>ÜYE:</w:t>
            </w:r>
          </w:p>
          <w:p w14:paraId="4EA72867" w14:textId="77777777" w:rsidR="007B22B7" w:rsidRDefault="007B22B7" w:rsidP="00BD10CE">
            <w:pPr>
              <w:spacing w:after="0"/>
              <w:rPr>
                <w:b/>
                <w:sz w:val="16"/>
              </w:rPr>
            </w:pPr>
          </w:p>
          <w:p w14:paraId="5FD4DF5E" w14:textId="586D2082" w:rsidR="007B22B7" w:rsidRPr="00B31279" w:rsidRDefault="007B22B7" w:rsidP="00BD10CE">
            <w:pPr>
              <w:spacing w:after="0"/>
            </w:pPr>
            <w:r w:rsidRPr="00B31279">
              <w:rPr>
                <w:b/>
                <w:sz w:val="16"/>
              </w:rPr>
              <w:t>TARİH:</w:t>
            </w:r>
            <w:r w:rsidRPr="00B31279">
              <w:rPr>
                <w:b/>
                <w:sz w:val="16"/>
              </w:rPr>
              <w:br/>
              <w:t>İMZA</w:t>
            </w:r>
            <w:r>
              <w:rPr>
                <w:b/>
                <w:sz w:val="16"/>
              </w:rPr>
              <w:t>:</w:t>
            </w:r>
          </w:p>
        </w:tc>
      </w:tr>
    </w:tbl>
    <w:p w14:paraId="25F13E5B" w14:textId="1411ACEB" w:rsidR="005D6705" w:rsidRPr="00BD10CE" w:rsidRDefault="00000000">
      <w:pPr>
        <w:spacing w:before="40" w:after="0"/>
        <w:rPr>
          <w:sz w:val="20"/>
          <w:szCs w:val="28"/>
        </w:rPr>
      </w:pPr>
      <w:r w:rsidRPr="00BD10CE">
        <w:rPr>
          <w:i/>
          <w:sz w:val="18"/>
          <w:szCs w:val="28"/>
        </w:rPr>
        <w:t>Not: Bu form elektronik ortamda doldurulmak üzere hazırlanmıştır</w:t>
      </w:r>
      <w:r w:rsidR="00E97D80">
        <w:rPr>
          <w:i/>
          <w:sz w:val="18"/>
          <w:szCs w:val="28"/>
        </w:rPr>
        <w:t>,</w:t>
      </w:r>
      <w:r w:rsidRPr="00BD10CE">
        <w:rPr>
          <w:i/>
          <w:sz w:val="18"/>
          <w:szCs w:val="28"/>
        </w:rPr>
        <w:t xml:space="preserve"> Formun çıktısı alınarak ilgili taraflarca imzalanması ve gerekli akademik/idari süreçler tamamlandıktan sonra işleme alınması esastır</w:t>
      </w:r>
      <w:r w:rsidR="00E97D80">
        <w:rPr>
          <w:i/>
          <w:sz w:val="18"/>
          <w:szCs w:val="28"/>
        </w:rPr>
        <w:t>,</w:t>
      </w:r>
    </w:p>
    <w:sectPr w:rsidR="005D6705" w:rsidRPr="00BD10CE" w:rsidSect="00742AAD">
      <w:headerReference w:type="even" r:id="rId8"/>
      <w:headerReference w:type="default" r:id="rId9"/>
      <w:footerReference w:type="even" r:id="rId10"/>
      <w:footerReference w:type="default" r:id="rId11"/>
      <w:headerReference w:type="first" r:id="rId12"/>
      <w:footerReference w:type="first" r:id="rId13"/>
      <w:pgSz w:w="16840" w:h="11907" w:orient="landscape" w:code="9"/>
      <w:pgMar w:top="1134" w:right="1134" w:bottom="1134" w:left="1134" w:header="851"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5F138" w14:textId="77777777" w:rsidR="00210E45" w:rsidRDefault="00210E45" w:rsidP="00DB6CE0">
      <w:pPr>
        <w:spacing w:after="0" w:line="240" w:lineRule="auto"/>
      </w:pPr>
      <w:r>
        <w:separator/>
      </w:r>
    </w:p>
  </w:endnote>
  <w:endnote w:type="continuationSeparator" w:id="0">
    <w:p w14:paraId="1FC39AC5" w14:textId="77777777" w:rsidR="00210E45" w:rsidRDefault="00210E45" w:rsidP="00DB6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31703" w14:textId="77777777" w:rsidR="006D3742" w:rsidRDefault="006D3742">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6066750"/>
      <w:docPartObj>
        <w:docPartGallery w:val="Page Numbers (Bottom of Page)"/>
        <w:docPartUnique/>
      </w:docPartObj>
    </w:sdtPr>
    <w:sdtContent>
      <w:sdt>
        <w:sdtPr>
          <w:id w:val="-1769616900"/>
          <w:docPartObj>
            <w:docPartGallery w:val="Page Numbers (Top of Page)"/>
            <w:docPartUnique/>
          </w:docPartObj>
        </w:sdtPr>
        <w:sdtContent>
          <w:p w14:paraId="5706F932" w14:textId="61F6D09F" w:rsidR="002A018A" w:rsidRPr="00250C7A" w:rsidRDefault="002A018A" w:rsidP="002A018A">
            <w:pPr>
              <w:pStyle w:val="AltBilgi"/>
              <w:jc w:val="right"/>
              <w:rPr>
                <w:color w:val="595959" w:themeColor="text1" w:themeTint="A6"/>
              </w:rPr>
            </w:pPr>
            <w:r w:rsidRPr="00250C7A">
              <w:rPr>
                <w:color w:val="595959" w:themeColor="text1" w:themeTint="A6"/>
              </w:rPr>
              <w:t>Hakkari Üniversitesi </w:t>
            </w:r>
            <w:r w:rsidR="00250C7A">
              <w:rPr>
                <w:color w:val="595959" w:themeColor="text1" w:themeTint="A6"/>
              </w:rPr>
              <w:t>–</w:t>
            </w:r>
            <w:r w:rsidRPr="00250C7A">
              <w:rPr>
                <w:color w:val="595959" w:themeColor="text1" w:themeTint="A6"/>
              </w:rPr>
              <w:t> Erasmus</w:t>
            </w:r>
            <w:r w:rsidR="00250C7A">
              <w:rPr>
                <w:color w:val="595959" w:themeColor="text1" w:themeTint="A6"/>
              </w:rPr>
              <w:t>+</w:t>
            </w:r>
            <w:r w:rsidRPr="00250C7A">
              <w:rPr>
                <w:color w:val="595959" w:themeColor="text1" w:themeTint="A6"/>
              </w:rPr>
              <w:t xml:space="preserve"> </w:t>
            </w:r>
            <w:r w:rsidR="00250C7A">
              <w:rPr>
                <w:color w:val="595959" w:themeColor="text1" w:themeTint="A6"/>
              </w:rPr>
              <w:t xml:space="preserve">Kurum </w:t>
            </w:r>
            <w:r w:rsidRPr="00250C7A">
              <w:rPr>
                <w:color w:val="595959" w:themeColor="text1" w:themeTint="A6"/>
              </w:rPr>
              <w:t>Koordinatörlüğü</w:t>
            </w:r>
          </w:p>
          <w:p w14:paraId="4192E1E9" w14:textId="77777777" w:rsidR="002A018A" w:rsidRPr="00250C7A" w:rsidRDefault="002A018A" w:rsidP="002A018A">
            <w:pPr>
              <w:pStyle w:val="AltBilgi"/>
              <w:jc w:val="right"/>
              <w:rPr>
                <w:color w:val="595959" w:themeColor="text1" w:themeTint="A6"/>
              </w:rPr>
            </w:pPr>
            <w:r w:rsidRPr="00250C7A">
              <w:rPr>
                <w:color w:val="595959" w:themeColor="text1" w:themeTint="A6"/>
              </w:rPr>
              <w:t>Zeynel Bey Yerleşkesi Keklikpınar Mah. Kampüs Caddesi Merkezi Derslikler Binası 30000 Merkez/Hakkari</w:t>
            </w:r>
          </w:p>
          <w:p w14:paraId="3AF16CF4" w14:textId="08E7A4E7" w:rsidR="002A018A" w:rsidRDefault="002A018A" w:rsidP="002A018A">
            <w:pPr>
              <w:pStyle w:val="AltBilgi"/>
              <w:jc w:val="right"/>
              <w:rPr>
                <w:color w:val="595959" w:themeColor="text1" w:themeTint="A6"/>
              </w:rPr>
            </w:pPr>
            <w:r w:rsidRPr="00250C7A">
              <w:rPr>
                <w:color w:val="595959" w:themeColor="text1" w:themeTint="A6"/>
              </w:rPr>
              <w:t>+90 (438) 212 12 12 / 650</w:t>
            </w:r>
            <w:r w:rsidR="006D3742">
              <w:rPr>
                <w:color w:val="595959" w:themeColor="text1" w:themeTint="A6"/>
              </w:rPr>
              <w:t>0</w:t>
            </w:r>
            <w:r w:rsidRPr="00250C7A">
              <w:rPr>
                <w:color w:val="595959" w:themeColor="text1" w:themeTint="A6"/>
              </w:rPr>
              <w:t>, 650</w:t>
            </w:r>
            <w:r w:rsidR="00250C7A">
              <w:rPr>
                <w:color w:val="595959" w:themeColor="text1" w:themeTint="A6"/>
              </w:rPr>
              <w:t>1</w:t>
            </w:r>
          </w:p>
          <w:p w14:paraId="24CD8E36" w14:textId="49ECD37E" w:rsidR="00250C7A" w:rsidRPr="00250C7A" w:rsidRDefault="00250C7A" w:rsidP="002A018A">
            <w:pPr>
              <w:pStyle w:val="AltBilgi"/>
              <w:jc w:val="right"/>
              <w:rPr>
                <w:color w:val="595959" w:themeColor="text1" w:themeTint="A6"/>
              </w:rPr>
            </w:pPr>
            <w:r>
              <w:rPr>
                <w:color w:val="595959" w:themeColor="text1" w:themeTint="A6"/>
              </w:rPr>
              <w:t>erasmus@hakkari.edu.tr</w:t>
            </w:r>
          </w:p>
          <w:p w14:paraId="1C89D46C" w14:textId="5AEDA727" w:rsidR="002A018A" w:rsidRDefault="002A018A" w:rsidP="002A018A">
            <w:pPr>
              <w:pStyle w:val="AltBilgi"/>
              <w:jc w:val="right"/>
            </w:pPr>
            <w:r>
              <w:t xml:space="preserve">Sayfa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2819525A" w14:textId="77777777" w:rsidR="00DB6CE0" w:rsidRDefault="00DB6CE0">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A460D" w14:textId="77777777" w:rsidR="006D3742" w:rsidRDefault="006D374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DC877" w14:textId="77777777" w:rsidR="00210E45" w:rsidRDefault="00210E45" w:rsidP="00DB6CE0">
      <w:pPr>
        <w:spacing w:after="0" w:line="240" w:lineRule="auto"/>
      </w:pPr>
      <w:r>
        <w:separator/>
      </w:r>
    </w:p>
  </w:footnote>
  <w:footnote w:type="continuationSeparator" w:id="0">
    <w:p w14:paraId="78363B16" w14:textId="77777777" w:rsidR="00210E45" w:rsidRDefault="00210E45" w:rsidP="00DB6C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21C1B" w14:textId="77777777" w:rsidR="006D3742" w:rsidRDefault="006D3742">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W w:w="5000" w:type="pct"/>
      <w:jc w:val="center"/>
      <w:shd w:val="clear" w:color="auto" w:fill="DBE5F1" w:themeFill="accent1" w:themeFillTint="33"/>
      <w:tblLook w:val="04A0" w:firstRow="1" w:lastRow="0" w:firstColumn="1" w:lastColumn="0" w:noHBand="0" w:noVBand="1"/>
    </w:tblPr>
    <w:tblGrid>
      <w:gridCol w:w="2059"/>
      <w:gridCol w:w="12503"/>
    </w:tblGrid>
    <w:tr w:rsidR="00D07C05" w14:paraId="6F968B27" w14:textId="77777777" w:rsidTr="00935E7C">
      <w:trPr>
        <w:trHeight w:val="1129"/>
        <w:jc w:val="center"/>
      </w:trPr>
      <w:tc>
        <w:tcPr>
          <w:tcW w:w="707" w:type="pct"/>
          <w:shd w:val="clear" w:color="auto" w:fill="F5F7FA"/>
          <w:vAlign w:val="center"/>
        </w:tcPr>
        <w:p w14:paraId="3D92E92C" w14:textId="77777777" w:rsidR="00D07C05" w:rsidRDefault="00D07C05" w:rsidP="00D07C05">
          <w:pPr>
            <w:pStyle w:val="stBilgi"/>
            <w:jc w:val="center"/>
          </w:pPr>
          <w:r>
            <w:rPr>
              <w:noProof/>
            </w:rPr>
            <w:drawing>
              <wp:inline distT="0" distB="0" distL="0" distR="0" wp14:anchorId="7D6548FB" wp14:editId="31ADC217">
                <wp:extent cx="481360" cy="612000"/>
                <wp:effectExtent l="0" t="0" r="0" b="0"/>
                <wp:docPr id="1627771533"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771533" name="Resim 1627771533"/>
                        <pic:cNvPicPr/>
                      </pic:nvPicPr>
                      <pic:blipFill>
                        <a:blip r:embed="rId1"/>
                        <a:stretch>
                          <a:fillRect/>
                        </a:stretch>
                      </pic:blipFill>
                      <pic:spPr>
                        <a:xfrm>
                          <a:off x="0" y="0"/>
                          <a:ext cx="481360" cy="612000"/>
                        </a:xfrm>
                        <a:prstGeom prst="rect">
                          <a:avLst/>
                        </a:prstGeom>
                      </pic:spPr>
                    </pic:pic>
                  </a:graphicData>
                </a:graphic>
              </wp:inline>
            </w:drawing>
          </w:r>
        </w:p>
      </w:tc>
      <w:tc>
        <w:tcPr>
          <w:tcW w:w="4293" w:type="pct"/>
          <w:shd w:val="clear" w:color="auto" w:fill="F5F7FA"/>
          <w:vAlign w:val="center"/>
        </w:tcPr>
        <w:p w14:paraId="48081DF1" w14:textId="0507C2B0" w:rsidR="00D07C05" w:rsidRPr="00F341D9" w:rsidRDefault="00D07C05" w:rsidP="00D07C05">
          <w:pPr>
            <w:pStyle w:val="stBilgi"/>
            <w:jc w:val="center"/>
            <w:rPr>
              <w:rFonts w:ascii="Times New Roman" w:hAnsi="Times New Roman" w:cs="Times New Roman"/>
              <w:b/>
              <w:sz w:val="24"/>
              <w:szCs w:val="24"/>
            </w:rPr>
          </w:pPr>
          <w:r w:rsidRPr="00F341D9">
            <w:rPr>
              <w:rFonts w:ascii="Times New Roman" w:hAnsi="Times New Roman" w:cs="Times New Roman"/>
              <w:b/>
              <w:sz w:val="24"/>
              <w:szCs w:val="24"/>
            </w:rPr>
            <w:t xml:space="preserve">ERASMUS+ ÖĞRENCİ ÖĞRENİM HAREKETLİLİĞİ DERS İNTİBAK </w:t>
          </w:r>
          <w:r>
            <w:rPr>
              <w:rFonts w:ascii="Times New Roman" w:hAnsi="Times New Roman" w:cs="Times New Roman"/>
              <w:b/>
              <w:sz w:val="24"/>
              <w:szCs w:val="24"/>
            </w:rPr>
            <w:t>B</w:t>
          </w:r>
          <w:r w:rsidRPr="00F341D9">
            <w:rPr>
              <w:rFonts w:ascii="Times New Roman" w:hAnsi="Times New Roman" w:cs="Times New Roman"/>
              <w:b/>
              <w:sz w:val="24"/>
              <w:szCs w:val="24"/>
            </w:rPr>
            <w:t xml:space="preserve"> TABLOSU </w:t>
          </w:r>
        </w:p>
        <w:p w14:paraId="7A718209" w14:textId="110D915E" w:rsidR="00D07C05" w:rsidRPr="00F341D9" w:rsidRDefault="00D07C05" w:rsidP="00D07C05">
          <w:pPr>
            <w:pStyle w:val="stBilgi"/>
            <w:jc w:val="center"/>
            <w:rPr>
              <w:rFonts w:ascii="Times New Roman" w:hAnsi="Times New Roman" w:cs="Times New Roman"/>
              <w:b/>
              <w:sz w:val="24"/>
              <w:szCs w:val="24"/>
            </w:rPr>
          </w:pPr>
          <w:r w:rsidRPr="00F341D9">
            <w:rPr>
              <w:rFonts w:ascii="Times New Roman" w:hAnsi="Times New Roman" w:cs="Times New Roman"/>
              <w:b/>
              <w:sz w:val="24"/>
              <w:szCs w:val="24"/>
            </w:rPr>
            <w:t xml:space="preserve">(HAREKETLİLİK </w:t>
          </w:r>
          <w:r>
            <w:rPr>
              <w:rFonts w:ascii="Times New Roman" w:hAnsi="Times New Roman" w:cs="Times New Roman"/>
              <w:b/>
              <w:sz w:val="24"/>
              <w:szCs w:val="24"/>
            </w:rPr>
            <w:t>SONRASINDA</w:t>
          </w:r>
          <w:r w:rsidRPr="00F341D9">
            <w:rPr>
              <w:rFonts w:ascii="Times New Roman" w:hAnsi="Times New Roman" w:cs="Times New Roman"/>
              <w:b/>
              <w:sz w:val="24"/>
              <w:szCs w:val="24"/>
            </w:rPr>
            <w:t>)</w:t>
          </w:r>
        </w:p>
      </w:tc>
    </w:tr>
  </w:tbl>
  <w:p w14:paraId="4AD4581F" w14:textId="77777777" w:rsidR="00F822B2" w:rsidRDefault="00F822B2" w:rsidP="002A018A">
    <w:pPr>
      <w:pStyle w:val="stBilgi"/>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9F25D" w14:textId="77777777" w:rsidR="006D3742" w:rsidRDefault="006D3742">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abstractNum w:abstractNumId="9" w15:restartNumberingAfterBreak="0">
    <w:nsid w:val="06DA156C"/>
    <w:multiLevelType w:val="hybridMultilevel"/>
    <w:tmpl w:val="C5C6BAFA"/>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0" w15:restartNumberingAfterBreak="0">
    <w:nsid w:val="1ED86D86"/>
    <w:multiLevelType w:val="hybridMultilevel"/>
    <w:tmpl w:val="F356D008"/>
    <w:lvl w:ilvl="0" w:tplc="041F000F">
      <w:start w:val="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29B70E55"/>
    <w:multiLevelType w:val="hybridMultilevel"/>
    <w:tmpl w:val="64CEA20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7BFE0E5C"/>
    <w:multiLevelType w:val="hybridMultilevel"/>
    <w:tmpl w:val="5CA6D6D8"/>
    <w:lvl w:ilvl="0" w:tplc="9BC8E602">
      <w:start w:val="1"/>
      <w:numFmt w:val="decimal"/>
      <w:lvlText w:val="%1."/>
      <w:lvlJc w:val="left"/>
      <w:pPr>
        <w:ind w:left="445" w:hanging="360"/>
      </w:pPr>
      <w:rPr>
        <w:rFonts w:hint="default"/>
      </w:rPr>
    </w:lvl>
    <w:lvl w:ilvl="1" w:tplc="041F0019" w:tentative="1">
      <w:start w:val="1"/>
      <w:numFmt w:val="lowerLetter"/>
      <w:lvlText w:val="%2."/>
      <w:lvlJc w:val="left"/>
      <w:pPr>
        <w:ind w:left="1165" w:hanging="360"/>
      </w:pPr>
    </w:lvl>
    <w:lvl w:ilvl="2" w:tplc="041F001B" w:tentative="1">
      <w:start w:val="1"/>
      <w:numFmt w:val="lowerRoman"/>
      <w:lvlText w:val="%3."/>
      <w:lvlJc w:val="right"/>
      <w:pPr>
        <w:ind w:left="1885" w:hanging="180"/>
      </w:pPr>
    </w:lvl>
    <w:lvl w:ilvl="3" w:tplc="041F000F" w:tentative="1">
      <w:start w:val="1"/>
      <w:numFmt w:val="decimal"/>
      <w:lvlText w:val="%4."/>
      <w:lvlJc w:val="left"/>
      <w:pPr>
        <w:ind w:left="2605" w:hanging="360"/>
      </w:pPr>
    </w:lvl>
    <w:lvl w:ilvl="4" w:tplc="041F0019" w:tentative="1">
      <w:start w:val="1"/>
      <w:numFmt w:val="lowerLetter"/>
      <w:lvlText w:val="%5."/>
      <w:lvlJc w:val="left"/>
      <w:pPr>
        <w:ind w:left="3325" w:hanging="360"/>
      </w:pPr>
    </w:lvl>
    <w:lvl w:ilvl="5" w:tplc="041F001B" w:tentative="1">
      <w:start w:val="1"/>
      <w:numFmt w:val="lowerRoman"/>
      <w:lvlText w:val="%6."/>
      <w:lvlJc w:val="right"/>
      <w:pPr>
        <w:ind w:left="4045" w:hanging="180"/>
      </w:pPr>
    </w:lvl>
    <w:lvl w:ilvl="6" w:tplc="041F000F" w:tentative="1">
      <w:start w:val="1"/>
      <w:numFmt w:val="decimal"/>
      <w:lvlText w:val="%7."/>
      <w:lvlJc w:val="left"/>
      <w:pPr>
        <w:ind w:left="4765" w:hanging="360"/>
      </w:pPr>
    </w:lvl>
    <w:lvl w:ilvl="7" w:tplc="041F0019" w:tentative="1">
      <w:start w:val="1"/>
      <w:numFmt w:val="lowerLetter"/>
      <w:lvlText w:val="%8."/>
      <w:lvlJc w:val="left"/>
      <w:pPr>
        <w:ind w:left="5485" w:hanging="360"/>
      </w:pPr>
    </w:lvl>
    <w:lvl w:ilvl="8" w:tplc="041F001B" w:tentative="1">
      <w:start w:val="1"/>
      <w:numFmt w:val="lowerRoman"/>
      <w:lvlText w:val="%9."/>
      <w:lvlJc w:val="right"/>
      <w:pPr>
        <w:ind w:left="6205" w:hanging="180"/>
      </w:pPr>
    </w:lvl>
  </w:abstractNum>
  <w:num w:numId="1" w16cid:durableId="641077041">
    <w:abstractNumId w:val="8"/>
  </w:num>
  <w:num w:numId="2" w16cid:durableId="745348744">
    <w:abstractNumId w:val="6"/>
  </w:num>
  <w:num w:numId="3" w16cid:durableId="1027675834">
    <w:abstractNumId w:val="5"/>
  </w:num>
  <w:num w:numId="4" w16cid:durableId="2006122953">
    <w:abstractNumId w:val="4"/>
  </w:num>
  <w:num w:numId="5" w16cid:durableId="1505125434">
    <w:abstractNumId w:val="7"/>
  </w:num>
  <w:num w:numId="6" w16cid:durableId="1819569883">
    <w:abstractNumId w:val="3"/>
  </w:num>
  <w:num w:numId="7" w16cid:durableId="2089770483">
    <w:abstractNumId w:val="2"/>
  </w:num>
  <w:num w:numId="8" w16cid:durableId="1258564162">
    <w:abstractNumId w:val="1"/>
  </w:num>
  <w:num w:numId="9" w16cid:durableId="588736060">
    <w:abstractNumId w:val="0"/>
  </w:num>
  <w:num w:numId="10" w16cid:durableId="1463498870">
    <w:abstractNumId w:val="12"/>
  </w:num>
  <w:num w:numId="11" w16cid:durableId="1370455496">
    <w:abstractNumId w:val="11"/>
  </w:num>
  <w:num w:numId="12" w16cid:durableId="2087416995">
    <w:abstractNumId w:val="9"/>
  </w:num>
  <w:num w:numId="13" w16cid:durableId="2898196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33CC"/>
    <w:rsid w:val="00034616"/>
    <w:rsid w:val="00055EFC"/>
    <w:rsid w:val="0006063C"/>
    <w:rsid w:val="000C3319"/>
    <w:rsid w:val="000F67E5"/>
    <w:rsid w:val="0015074B"/>
    <w:rsid w:val="00197061"/>
    <w:rsid w:val="00210E45"/>
    <w:rsid w:val="00250C7A"/>
    <w:rsid w:val="0029639D"/>
    <w:rsid w:val="002A018A"/>
    <w:rsid w:val="0030177D"/>
    <w:rsid w:val="00306179"/>
    <w:rsid w:val="00326F90"/>
    <w:rsid w:val="003B1413"/>
    <w:rsid w:val="003C5705"/>
    <w:rsid w:val="004645DE"/>
    <w:rsid w:val="004C6801"/>
    <w:rsid w:val="005A041C"/>
    <w:rsid w:val="005D6705"/>
    <w:rsid w:val="006A37CB"/>
    <w:rsid w:val="006C5DCB"/>
    <w:rsid w:val="006D3742"/>
    <w:rsid w:val="0070459E"/>
    <w:rsid w:val="00710D11"/>
    <w:rsid w:val="00742AAD"/>
    <w:rsid w:val="007B22B7"/>
    <w:rsid w:val="008C323C"/>
    <w:rsid w:val="00935E7C"/>
    <w:rsid w:val="009410AF"/>
    <w:rsid w:val="00955804"/>
    <w:rsid w:val="00AA1D8D"/>
    <w:rsid w:val="00B31279"/>
    <w:rsid w:val="00B47730"/>
    <w:rsid w:val="00BB0053"/>
    <w:rsid w:val="00BB5325"/>
    <w:rsid w:val="00BD10CE"/>
    <w:rsid w:val="00C3709D"/>
    <w:rsid w:val="00C74B6B"/>
    <w:rsid w:val="00C77C20"/>
    <w:rsid w:val="00C970B3"/>
    <w:rsid w:val="00CB0664"/>
    <w:rsid w:val="00D018CE"/>
    <w:rsid w:val="00D07C05"/>
    <w:rsid w:val="00D1202A"/>
    <w:rsid w:val="00D12FD1"/>
    <w:rsid w:val="00D32492"/>
    <w:rsid w:val="00D34428"/>
    <w:rsid w:val="00D814E2"/>
    <w:rsid w:val="00DB6CE0"/>
    <w:rsid w:val="00DF7DF9"/>
    <w:rsid w:val="00E57F20"/>
    <w:rsid w:val="00E97D80"/>
    <w:rsid w:val="00ED1EC7"/>
    <w:rsid w:val="00F31BAB"/>
    <w:rsid w:val="00F822B2"/>
    <w:rsid w:val="00FC693F"/>
    <w:rsid w:val="00FE0A3D"/>
    <w:rsid w:val="00FE19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72CE55"/>
  <w14:defaultImageDpi w14:val="300"/>
  <w15:docId w15:val="{F8F07B08-2697-4BCE-897A-EDB926048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325"/>
    <w:rPr>
      <w:rFonts w:ascii="Arial" w:eastAsia="Arial" w:hAnsi="Arial"/>
      <w:sz w:val="17"/>
      <w:lang w:val="tr-TR"/>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klamaBavurusu">
    <w:name w:val="annotation reference"/>
    <w:basedOn w:val="VarsaylanParagrafYazTipi"/>
    <w:uiPriority w:val="99"/>
    <w:semiHidden/>
    <w:unhideWhenUsed/>
    <w:rsid w:val="00E57F20"/>
    <w:rPr>
      <w:sz w:val="16"/>
      <w:szCs w:val="16"/>
    </w:rPr>
  </w:style>
  <w:style w:type="paragraph" w:styleId="AklamaMetni">
    <w:name w:val="annotation text"/>
    <w:basedOn w:val="Normal"/>
    <w:link w:val="AklamaMetniChar"/>
    <w:uiPriority w:val="99"/>
    <w:semiHidden/>
    <w:unhideWhenUsed/>
    <w:rsid w:val="00E57F20"/>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57F20"/>
    <w:rPr>
      <w:rFonts w:ascii="Arial" w:eastAsia="Arial" w:hAnsi="Arial"/>
      <w:sz w:val="20"/>
      <w:szCs w:val="20"/>
      <w:lang w:val="tr-TR"/>
    </w:rPr>
  </w:style>
  <w:style w:type="paragraph" w:styleId="AklamaKonusu">
    <w:name w:val="annotation subject"/>
    <w:basedOn w:val="AklamaMetni"/>
    <w:next w:val="AklamaMetni"/>
    <w:link w:val="AklamaKonusuChar"/>
    <w:uiPriority w:val="99"/>
    <w:semiHidden/>
    <w:unhideWhenUsed/>
    <w:rsid w:val="00E57F20"/>
    <w:rPr>
      <w:b/>
      <w:bCs/>
    </w:rPr>
  </w:style>
  <w:style w:type="character" w:customStyle="1" w:styleId="AklamaKonusuChar">
    <w:name w:val="Açıklama Konusu Char"/>
    <w:basedOn w:val="AklamaMetniChar"/>
    <w:link w:val="AklamaKonusu"/>
    <w:uiPriority w:val="99"/>
    <w:semiHidden/>
    <w:rsid w:val="00E57F20"/>
    <w:rPr>
      <w:rFonts w:ascii="Arial" w:eastAsia="Arial" w:hAnsi="Arial"/>
      <w:b/>
      <w:bCs/>
      <w:sz w:val="20"/>
      <w:szCs w:val="20"/>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3</Pages>
  <Words>481</Words>
  <Characters>2745</Characters>
  <Application>Microsoft Office Word</Application>
  <DocSecurity>0</DocSecurity>
  <Lines>22</Lines>
  <Paragraphs>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HAKKARİ ÜNİVERSİTESİ</vt:lpstr>
      <vt:lpstr/>
    </vt:vector>
  </TitlesOfParts>
  <Manager/>
  <Company/>
  <LinksUpToDate>false</LinksUpToDate>
  <CharactersWithSpaces>3220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HAKKARİ ÜNİVERSİTESİ</dc:title>
  <dc:subject/>
  <dc:creator>python-docx</dc:creator>
  <cp:keywords/>
  <dc:description>generated by python-docx</dc:description>
  <cp:lastModifiedBy>Savaş Beyter</cp:lastModifiedBy>
  <cp:revision>15</cp:revision>
  <dcterms:created xsi:type="dcterms:W3CDTF">2026-04-18T15:31:00Z</dcterms:created>
  <dcterms:modified xsi:type="dcterms:W3CDTF">2026-06-05T06:38:00Z</dcterms:modified>
  <cp:category/>
</cp:coreProperties>
</file>