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E9786" w14:textId="77777777" w:rsidR="008F6072" w:rsidRPr="008F6072" w:rsidRDefault="008F6072" w:rsidP="008F6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6072">
        <w:rPr>
          <w:rFonts w:ascii="Times New Roman" w:hAnsi="Times New Roman" w:cs="Times New Roman"/>
          <w:sz w:val="24"/>
          <w:szCs w:val="24"/>
        </w:rPr>
        <w:t>T.C.</w:t>
      </w:r>
      <w:r w:rsidRPr="008F6072">
        <w:rPr>
          <w:rFonts w:ascii="Times New Roman" w:hAnsi="Times New Roman" w:cs="Times New Roman"/>
          <w:sz w:val="24"/>
          <w:szCs w:val="24"/>
        </w:rPr>
        <w:br/>
        <w:t>HAKKARİ ÜNİVERSİTESİ REKTÖRLÜĞÜNE</w:t>
      </w:r>
    </w:p>
    <w:p w14:paraId="0177EF5D" w14:textId="77777777" w:rsidR="008F6072" w:rsidRPr="008F6072" w:rsidRDefault="008F6072" w:rsidP="008F6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6072">
        <w:rPr>
          <w:rFonts w:ascii="Times New Roman" w:hAnsi="Times New Roman" w:cs="Times New Roman"/>
          <w:sz w:val="24"/>
          <w:szCs w:val="24"/>
        </w:rPr>
        <w:t>… Enstitüsü Müdürlüğü / … Fakültesi Dekanlığı / … Meslek Yüksekokulu Müdürlüğü</w:t>
      </w:r>
      <w:r w:rsidRPr="008F6072">
        <w:rPr>
          <w:rFonts w:ascii="Times New Roman" w:hAnsi="Times New Roman" w:cs="Times New Roman"/>
          <w:sz w:val="24"/>
          <w:szCs w:val="24"/>
        </w:rPr>
        <w:br/>
        <w:t>… Bölüm Başkanlığı</w:t>
      </w:r>
    </w:p>
    <w:p w14:paraId="4D180C02" w14:textId="77777777" w:rsidR="00282ED4" w:rsidRPr="00AF5A1E" w:rsidRDefault="00282ED4" w:rsidP="00F952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3274"/>
        <w:gridCol w:w="2313"/>
        <w:gridCol w:w="850"/>
        <w:gridCol w:w="3192"/>
      </w:tblGrid>
      <w:tr w:rsidR="00C9496B" w:rsidRPr="00AF5A1E" w14:paraId="119B4098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82D3801" w14:textId="2366E84B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 w:rsidR="00F952EA"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9CA513B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2EA" w:rsidRPr="00AF5A1E" w14:paraId="0014FFD7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C09B9E0" w14:textId="2986D152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No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E7E793E" w14:textId="77777777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6C2C71C2" w14:textId="65209845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96B" w:rsidRPr="00AF5A1E" w14:paraId="7E9C853D" w14:textId="77777777" w:rsidTr="000674C1">
        <w:trPr>
          <w:trHeight w:val="221"/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0A77EFF" w14:textId="5F965F31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Bölüm / Program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4BFD6B3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96B" w:rsidRPr="00AF5A1E" w14:paraId="76EA5311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5B06ADF" w14:textId="26CED456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00D4A3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5C" w:rsidRPr="00AF5A1E" w14:paraId="7562DC38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681BC13" w14:textId="1FB5370E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Program / Hareketlilik Türü</w:t>
            </w:r>
          </w:p>
        </w:tc>
        <w:tc>
          <w:tcPr>
            <w:tcW w:w="3307" w:type="dxa"/>
            <w:gridSpan w:val="2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1969F9E" w14:textId="706EEB38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KA171</w:t>
            </w:r>
          </w:p>
        </w:tc>
        <w:tc>
          <w:tcPr>
            <w:tcW w:w="3308" w:type="dxa"/>
            <w:vAlign w:val="center"/>
          </w:tcPr>
          <w:p w14:paraId="0A18D2FD" w14:textId="7E091338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Öğrenci Öğrenim Hareketliliği</w:t>
            </w:r>
          </w:p>
        </w:tc>
      </w:tr>
      <w:tr w:rsidR="0044795C" w:rsidRPr="00AF5A1E" w14:paraId="55124A44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A745E7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Akademik Yıl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831AEF8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20… / 20…</w:t>
            </w:r>
          </w:p>
        </w:tc>
      </w:tr>
      <w:tr w:rsidR="0044795C" w:rsidRPr="00AF5A1E" w14:paraId="7FC46178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9B7FB4E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Dönem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230A8B0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Güz / Bahar / Tam Yıl</w:t>
            </w:r>
          </w:p>
        </w:tc>
      </w:tr>
      <w:tr w:rsidR="0044795C" w:rsidRPr="00AF5A1E" w14:paraId="26866221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BDC2A43" w14:textId="4C832DF0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Kabul Eden Ülke / Üniversite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88C7404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384E14F2" w14:textId="63FE944F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5C" w:rsidRPr="00AF5A1E" w14:paraId="1B0C24F1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722F91B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Erasmus Kodu / OID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020DF71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13BB7F37" w14:textId="5E88C600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F201BA" w14:textId="77777777" w:rsidR="00C9496B" w:rsidRPr="00AF5A1E" w:rsidRDefault="00C9496B">
      <w:pPr>
        <w:rPr>
          <w:rFonts w:ascii="Times New Roman" w:hAnsi="Times New Roman" w:cs="Times New Roman"/>
          <w:sz w:val="24"/>
          <w:szCs w:val="24"/>
        </w:rPr>
      </w:pPr>
    </w:p>
    <w:p w14:paraId="4BCAB702" w14:textId="5D4C5528" w:rsidR="00AF5A1E" w:rsidRPr="00AF5A1E" w:rsidRDefault="00AF5A1E" w:rsidP="00AF5A1E">
      <w:pPr>
        <w:jc w:val="both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sz w:val="24"/>
          <w:szCs w:val="24"/>
        </w:rPr>
        <w:t>Üniversitemiz Erasmus+ Öğrenci Öğrenim Hareketliliği kapsamında yukarıda bilgileri belirtilen yükseköğretim kurumunda öğrenim görmekteyim. Öğrenim sürecim sırasında derslerimde değişiklik yapılmış olup, güncellenen Öğrenim Anlaşması (Learning Agreement-During the Mobility) ile Ders İntibak A Tablosu (Hareketlilik Sırasında) Ek’te sunulmuştur.</w:t>
      </w:r>
    </w:p>
    <w:p w14:paraId="7B68F67E" w14:textId="0482837B" w:rsidR="00C9496B" w:rsidRPr="00AF5A1E" w:rsidRDefault="00AF5A1E" w:rsidP="00AF5A1E">
      <w:pPr>
        <w:jc w:val="both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sz w:val="24"/>
          <w:szCs w:val="24"/>
        </w:rPr>
        <w:t>Söz konusu belgelerin incelenerek güncel ders eşdeğerliklerimin değerlendirilmesi, gerekli intibak işlemlerinin yapılması ve ilgili yönetim kurulu kararının alınarak Erasmus+ Kurum Koordinatörlüğüne resmi yazı ile bildirilmesi hususunda gereğini arz ederim.</w:t>
      </w:r>
    </w:p>
    <w:tbl>
      <w:tblPr>
        <w:tblStyle w:val="TabloKlavuzu"/>
        <w:tblpPr w:leftFromText="141" w:rightFromText="141" w:vertAnchor="text" w:horzAnchor="margin" w:tblpXSpec="right" w:tblpY="138"/>
        <w:tblW w:w="0" w:type="auto"/>
        <w:tblLayout w:type="fixed"/>
        <w:tblLook w:val="04A0" w:firstRow="1" w:lastRow="0" w:firstColumn="1" w:lastColumn="0" w:noHBand="0" w:noVBand="1"/>
      </w:tblPr>
      <w:tblGrid>
        <w:gridCol w:w="1984"/>
        <w:gridCol w:w="3402"/>
      </w:tblGrid>
      <w:tr w:rsidR="00E81EDA" w:rsidRPr="00AF5A1E" w14:paraId="5D6789F4" w14:textId="77777777" w:rsidTr="00E81EDA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5D0983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42B006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EDA" w:rsidRPr="00AF5A1E" w14:paraId="6F676CB1" w14:textId="77777777" w:rsidTr="00E81EDA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24432F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325158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EDA" w:rsidRPr="00AF5A1E" w14:paraId="3B65DA37" w14:textId="77777777" w:rsidTr="00E81EDA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C1A654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16D13D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0F3C55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8655B9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225328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E3E727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22F1540" w14:textId="77777777" w:rsidR="00AF5A1E" w:rsidRPr="00AF5A1E" w:rsidRDefault="00AF5A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532142F" w14:textId="77777777" w:rsidR="00AF5A1E" w:rsidRDefault="00AF5A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CFCA52E" w14:textId="77777777" w:rsidR="00E81EDA" w:rsidRDefault="00E81ED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4C52A66" w14:textId="0EBC685E" w:rsidR="00C9496B" w:rsidRPr="00AF5A1E" w:rsidRDefault="000000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1AF850D1" w14:textId="1CDA3E13" w:rsidR="00C9496B" w:rsidRPr="00AF5A1E" w:rsidRDefault="00000000" w:rsidP="00F952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sz w:val="24"/>
          <w:szCs w:val="24"/>
        </w:rPr>
        <w:t>1</w:t>
      </w:r>
      <w:r w:rsidR="00AF5A1E" w:rsidRPr="00AF5A1E">
        <w:rPr>
          <w:rFonts w:ascii="Times New Roman" w:hAnsi="Times New Roman" w:cs="Times New Roman"/>
          <w:sz w:val="24"/>
          <w:szCs w:val="24"/>
        </w:rPr>
        <w:t xml:space="preserve"> Öğrenim Anlaşması (Learning Agreement-During the Mobility)</w:t>
      </w:r>
    </w:p>
    <w:p w14:paraId="43411986" w14:textId="2E373C69" w:rsidR="00C9496B" w:rsidRPr="00AF5A1E" w:rsidRDefault="00000000" w:rsidP="00F952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sz w:val="24"/>
          <w:szCs w:val="24"/>
        </w:rPr>
        <w:t xml:space="preserve">2. Ders İntibak A Tablosu (Hareketlilik </w:t>
      </w:r>
      <w:r w:rsidR="00AF5A1E">
        <w:rPr>
          <w:rFonts w:ascii="Times New Roman" w:hAnsi="Times New Roman" w:cs="Times New Roman"/>
          <w:sz w:val="24"/>
          <w:szCs w:val="24"/>
        </w:rPr>
        <w:t>Sırasında</w:t>
      </w:r>
      <w:r w:rsidRPr="00AF5A1E">
        <w:rPr>
          <w:rFonts w:ascii="Times New Roman" w:hAnsi="Times New Roman" w:cs="Times New Roman"/>
          <w:sz w:val="24"/>
          <w:szCs w:val="24"/>
        </w:rPr>
        <w:t>)</w:t>
      </w:r>
    </w:p>
    <w:p w14:paraId="2C7559C4" w14:textId="2CCDB682" w:rsidR="00C9496B" w:rsidRPr="00AF5A1E" w:rsidRDefault="00C9496B" w:rsidP="00282ED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9496B" w:rsidRPr="00AF5A1E" w:rsidSect="00E81ED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74C1"/>
    <w:rsid w:val="0015074B"/>
    <w:rsid w:val="00282ED4"/>
    <w:rsid w:val="0029639D"/>
    <w:rsid w:val="00326F90"/>
    <w:rsid w:val="0035439E"/>
    <w:rsid w:val="003B1413"/>
    <w:rsid w:val="003F0622"/>
    <w:rsid w:val="0044795C"/>
    <w:rsid w:val="00631D3F"/>
    <w:rsid w:val="008F6072"/>
    <w:rsid w:val="00A0648C"/>
    <w:rsid w:val="00AA1D8D"/>
    <w:rsid w:val="00AF5A1E"/>
    <w:rsid w:val="00B47730"/>
    <w:rsid w:val="00C90DBD"/>
    <w:rsid w:val="00C9496B"/>
    <w:rsid w:val="00CB0664"/>
    <w:rsid w:val="00D77541"/>
    <w:rsid w:val="00E81EDA"/>
    <w:rsid w:val="00EE18B7"/>
    <w:rsid w:val="00F952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7</cp:revision>
  <dcterms:created xsi:type="dcterms:W3CDTF">2026-04-19T12:57:00Z</dcterms:created>
  <dcterms:modified xsi:type="dcterms:W3CDTF">2026-06-05T06:40:00Z</dcterms:modified>
  <cp:category/>
</cp:coreProperties>
</file>