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9A2D1" w14:textId="77777777" w:rsidR="008443F8" w:rsidRPr="00A71D46" w:rsidRDefault="008443F8" w:rsidP="008443F8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71D46">
        <w:rPr>
          <w:rFonts w:ascii="Times New Roman" w:hAnsi="Times New Roman" w:cs="Times New Roman"/>
          <w:bCs/>
          <w:sz w:val="24"/>
          <w:szCs w:val="24"/>
        </w:rPr>
        <w:t>T.C.</w:t>
      </w:r>
      <w:r w:rsidRPr="00A71D46">
        <w:rPr>
          <w:rFonts w:ascii="Times New Roman" w:hAnsi="Times New Roman" w:cs="Times New Roman"/>
          <w:bCs/>
          <w:sz w:val="24"/>
          <w:szCs w:val="24"/>
        </w:rPr>
        <w:br/>
        <w:t>HAKKARİ ÜNİVERSİTESİ</w:t>
      </w:r>
      <w:r>
        <w:rPr>
          <w:rFonts w:ascii="Times New Roman" w:hAnsi="Times New Roman" w:cs="Times New Roman"/>
          <w:bCs/>
          <w:sz w:val="24"/>
          <w:szCs w:val="24"/>
        </w:rPr>
        <w:t xml:space="preserve"> REKTÖRLÜĞÜNE</w:t>
      </w:r>
    </w:p>
    <w:p w14:paraId="1CB81461" w14:textId="32C582DC" w:rsidR="008443F8" w:rsidRPr="00A71D46" w:rsidRDefault="008443F8" w:rsidP="008443F8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71D46">
        <w:rPr>
          <w:rFonts w:ascii="Times New Roman" w:hAnsi="Times New Roman" w:cs="Times New Roman"/>
          <w:bCs/>
          <w:sz w:val="24"/>
          <w:szCs w:val="24"/>
        </w:rPr>
        <w:t xml:space="preserve">… Enstitüsü </w:t>
      </w:r>
      <w:r>
        <w:rPr>
          <w:rFonts w:ascii="Times New Roman" w:hAnsi="Times New Roman" w:cs="Times New Roman"/>
          <w:bCs/>
          <w:sz w:val="24"/>
          <w:szCs w:val="24"/>
        </w:rPr>
        <w:t xml:space="preserve">Müdürlüğü </w:t>
      </w:r>
      <w:r w:rsidRPr="00A71D46">
        <w:rPr>
          <w:rFonts w:ascii="Times New Roman" w:hAnsi="Times New Roman" w:cs="Times New Roman"/>
          <w:bCs/>
          <w:sz w:val="24"/>
          <w:szCs w:val="24"/>
        </w:rPr>
        <w:t xml:space="preserve">/ </w:t>
      </w:r>
      <w:r>
        <w:rPr>
          <w:rFonts w:ascii="Times New Roman" w:hAnsi="Times New Roman" w:cs="Times New Roman"/>
          <w:bCs/>
          <w:sz w:val="24"/>
          <w:szCs w:val="24"/>
        </w:rPr>
        <w:t xml:space="preserve">… </w:t>
      </w:r>
      <w:r w:rsidRPr="00A71D46">
        <w:rPr>
          <w:rFonts w:ascii="Times New Roman" w:hAnsi="Times New Roman" w:cs="Times New Roman"/>
          <w:bCs/>
          <w:sz w:val="24"/>
          <w:szCs w:val="24"/>
        </w:rPr>
        <w:t>Fakültesi</w:t>
      </w:r>
      <w:r>
        <w:rPr>
          <w:rFonts w:ascii="Times New Roman" w:hAnsi="Times New Roman" w:cs="Times New Roman"/>
          <w:bCs/>
          <w:sz w:val="24"/>
          <w:szCs w:val="24"/>
        </w:rPr>
        <w:t xml:space="preserve"> Dekanlığı</w:t>
      </w:r>
      <w:r w:rsidRPr="00A71D46">
        <w:rPr>
          <w:rFonts w:ascii="Times New Roman" w:hAnsi="Times New Roman" w:cs="Times New Roman"/>
          <w:bCs/>
          <w:sz w:val="24"/>
          <w:szCs w:val="24"/>
        </w:rPr>
        <w:t xml:space="preserve"> / </w:t>
      </w:r>
      <w:r>
        <w:rPr>
          <w:rFonts w:ascii="Times New Roman" w:hAnsi="Times New Roman" w:cs="Times New Roman"/>
          <w:bCs/>
          <w:sz w:val="24"/>
          <w:szCs w:val="24"/>
        </w:rPr>
        <w:t xml:space="preserve">… </w:t>
      </w:r>
      <w:r w:rsidRPr="00A71D46">
        <w:rPr>
          <w:rFonts w:ascii="Times New Roman" w:hAnsi="Times New Roman" w:cs="Times New Roman"/>
          <w:bCs/>
          <w:sz w:val="24"/>
          <w:szCs w:val="24"/>
        </w:rPr>
        <w:t>Meslek Yüksekokulu</w:t>
      </w:r>
      <w:r>
        <w:rPr>
          <w:rFonts w:ascii="Times New Roman" w:hAnsi="Times New Roman" w:cs="Times New Roman"/>
          <w:bCs/>
          <w:sz w:val="24"/>
          <w:szCs w:val="24"/>
        </w:rPr>
        <w:t xml:space="preserve"> Müdürlüğü</w:t>
      </w:r>
      <w:r w:rsidRPr="00A71D46">
        <w:rPr>
          <w:rFonts w:ascii="Times New Roman" w:hAnsi="Times New Roman" w:cs="Times New Roman"/>
          <w:bCs/>
          <w:sz w:val="24"/>
          <w:szCs w:val="24"/>
        </w:rPr>
        <w:br/>
        <w:t>… Bölüm Başkanlığı</w:t>
      </w:r>
    </w:p>
    <w:p w14:paraId="4D180C02" w14:textId="77777777" w:rsidR="00282ED4" w:rsidRPr="00AF5A1E" w:rsidRDefault="00282ED4" w:rsidP="00F952E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loKlavuzu"/>
        <w:tblW w:w="5000" w:type="pct"/>
        <w:jc w:val="center"/>
        <w:tblLook w:val="04A0" w:firstRow="1" w:lastRow="0" w:firstColumn="1" w:lastColumn="0" w:noHBand="0" w:noVBand="1"/>
      </w:tblPr>
      <w:tblGrid>
        <w:gridCol w:w="3274"/>
        <w:gridCol w:w="2313"/>
        <w:gridCol w:w="850"/>
        <w:gridCol w:w="3192"/>
      </w:tblGrid>
      <w:tr w:rsidR="00C9496B" w:rsidRPr="00AF5A1E" w14:paraId="119B4098" w14:textId="77777777" w:rsidTr="00FB2479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282D3801" w14:textId="2366E84B" w:rsidR="00C9496B" w:rsidRPr="00AF5A1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Adı </w:t>
            </w:r>
            <w:r w:rsidR="00F952EA"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6615" w:type="dxa"/>
            <w:gridSpan w:val="3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9CA513B" w14:textId="77777777" w:rsidR="00C9496B" w:rsidRPr="00AF5A1E" w:rsidRDefault="00C949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52EA" w:rsidRPr="00AF5A1E" w14:paraId="0014FFD7" w14:textId="77777777" w:rsidTr="00FB2479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0C09B9E0" w14:textId="2986D152" w:rsidR="00F952EA" w:rsidRPr="00AF5A1E" w:rsidRDefault="00F95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TCKN / Öğrenci No</w:t>
            </w:r>
          </w:p>
        </w:tc>
        <w:tc>
          <w:tcPr>
            <w:tcW w:w="240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2E7E793E" w14:textId="77777777" w:rsidR="00F952EA" w:rsidRPr="00AF5A1E" w:rsidRDefault="00F952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6" w:type="dxa"/>
            <w:gridSpan w:val="2"/>
            <w:vAlign w:val="center"/>
          </w:tcPr>
          <w:p w14:paraId="6C2C71C2" w14:textId="65209845" w:rsidR="00F952EA" w:rsidRPr="00AF5A1E" w:rsidRDefault="00F952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496B" w:rsidRPr="00AF5A1E" w14:paraId="7E9C853D" w14:textId="77777777" w:rsidTr="00FB2479">
        <w:trPr>
          <w:trHeight w:val="221"/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40A77EFF" w14:textId="5F965F31" w:rsidR="00C9496B" w:rsidRPr="00AF5A1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Bölüm / Program</w:t>
            </w:r>
          </w:p>
        </w:tc>
        <w:tc>
          <w:tcPr>
            <w:tcW w:w="6615" w:type="dxa"/>
            <w:gridSpan w:val="3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74BFD6B3" w14:textId="77777777" w:rsidR="00C9496B" w:rsidRPr="00AF5A1E" w:rsidRDefault="00C949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496B" w:rsidRPr="00AF5A1E" w14:paraId="76EA5311" w14:textId="77777777" w:rsidTr="00FB2479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55B06ADF" w14:textId="26CED456" w:rsidR="00C9496B" w:rsidRPr="00AF5A1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Sınıf</w:t>
            </w:r>
          </w:p>
        </w:tc>
        <w:tc>
          <w:tcPr>
            <w:tcW w:w="6615" w:type="dxa"/>
            <w:gridSpan w:val="3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C00D4A3" w14:textId="77777777" w:rsidR="00C9496B" w:rsidRPr="00AF5A1E" w:rsidRDefault="00C949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95C" w:rsidRPr="00AF5A1E" w14:paraId="7562DC38" w14:textId="77777777" w:rsidTr="00FB2479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1681BC13" w14:textId="1FB5370E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Program / Hareketlilik Türü</w:t>
            </w:r>
          </w:p>
        </w:tc>
        <w:tc>
          <w:tcPr>
            <w:tcW w:w="3307" w:type="dxa"/>
            <w:gridSpan w:val="2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11969F9E" w14:textId="42211C1D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sz w:val="24"/>
                <w:szCs w:val="24"/>
              </w:rPr>
              <w:t>KA171</w:t>
            </w:r>
          </w:p>
        </w:tc>
        <w:tc>
          <w:tcPr>
            <w:tcW w:w="3308" w:type="dxa"/>
            <w:vAlign w:val="center"/>
          </w:tcPr>
          <w:p w14:paraId="0A18D2FD" w14:textId="7E091338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sz w:val="24"/>
                <w:szCs w:val="24"/>
              </w:rPr>
              <w:t>Öğrenci Öğrenim Hareketliliği</w:t>
            </w:r>
          </w:p>
        </w:tc>
      </w:tr>
      <w:tr w:rsidR="0044795C" w:rsidRPr="00AF5A1E" w14:paraId="55124A44" w14:textId="77777777" w:rsidTr="00FB2479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CA745E7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Akademik Yıl</w:t>
            </w:r>
          </w:p>
        </w:tc>
        <w:tc>
          <w:tcPr>
            <w:tcW w:w="6615" w:type="dxa"/>
            <w:gridSpan w:val="3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831AEF8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sz w:val="24"/>
                <w:szCs w:val="24"/>
              </w:rPr>
              <w:t>20… / 20…</w:t>
            </w:r>
          </w:p>
        </w:tc>
      </w:tr>
      <w:tr w:rsidR="0044795C" w:rsidRPr="00AF5A1E" w14:paraId="7FC46178" w14:textId="77777777" w:rsidTr="00FB2479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39B7FB4E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Dönem</w:t>
            </w:r>
          </w:p>
        </w:tc>
        <w:tc>
          <w:tcPr>
            <w:tcW w:w="6615" w:type="dxa"/>
            <w:gridSpan w:val="3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6230A8B0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sz w:val="24"/>
                <w:szCs w:val="24"/>
              </w:rPr>
              <w:t>Güz / Bahar / Tam Yıl</w:t>
            </w:r>
          </w:p>
        </w:tc>
      </w:tr>
      <w:tr w:rsidR="0044795C" w:rsidRPr="00AF5A1E" w14:paraId="26866221" w14:textId="77777777" w:rsidTr="00FB2479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2BDC2A43" w14:textId="4C832DF0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Kabul Eden Ülke / Üniversite</w:t>
            </w:r>
          </w:p>
        </w:tc>
        <w:tc>
          <w:tcPr>
            <w:tcW w:w="240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388C7404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6" w:type="dxa"/>
            <w:gridSpan w:val="2"/>
            <w:vAlign w:val="center"/>
          </w:tcPr>
          <w:p w14:paraId="384E14F2" w14:textId="63FE944F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95C" w:rsidRPr="00AF5A1E" w14:paraId="1B0C24F1" w14:textId="77777777" w:rsidTr="00FB2479">
        <w:trPr>
          <w:jc w:val="center"/>
        </w:trPr>
        <w:tc>
          <w:tcPr>
            <w:tcW w:w="3391" w:type="dxa"/>
            <w:shd w:val="clear" w:color="auto" w:fill="F5F7F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7722F91B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Erasmus Kodu / OID</w:t>
            </w:r>
          </w:p>
        </w:tc>
        <w:tc>
          <w:tcPr>
            <w:tcW w:w="2409" w:type="dxa"/>
            <w:tcMar>
              <w:top w:w="90" w:type="dxa"/>
              <w:left w:w="130" w:type="dxa"/>
              <w:bottom w:w="90" w:type="dxa"/>
              <w:right w:w="130" w:type="dxa"/>
            </w:tcMar>
            <w:vAlign w:val="center"/>
          </w:tcPr>
          <w:p w14:paraId="4020DF71" w14:textId="77777777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6" w:type="dxa"/>
            <w:gridSpan w:val="2"/>
            <w:vAlign w:val="center"/>
          </w:tcPr>
          <w:p w14:paraId="13BB7F37" w14:textId="5E88C600" w:rsidR="0044795C" w:rsidRPr="00AF5A1E" w:rsidRDefault="0044795C" w:rsidP="004479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BF201BA" w14:textId="77777777" w:rsidR="00C9496B" w:rsidRPr="00AF5A1E" w:rsidRDefault="00C9496B">
      <w:pPr>
        <w:rPr>
          <w:rFonts w:ascii="Times New Roman" w:hAnsi="Times New Roman" w:cs="Times New Roman"/>
          <w:sz w:val="24"/>
          <w:szCs w:val="24"/>
        </w:rPr>
      </w:pPr>
    </w:p>
    <w:p w14:paraId="7B68F67E" w14:textId="7BC2ABE8" w:rsidR="00C9496B" w:rsidRPr="00AF5A1E" w:rsidRDefault="00E30C3E" w:rsidP="00E30C3E">
      <w:pPr>
        <w:jc w:val="both"/>
        <w:rPr>
          <w:rFonts w:ascii="Times New Roman" w:hAnsi="Times New Roman" w:cs="Times New Roman"/>
          <w:sz w:val="24"/>
          <w:szCs w:val="24"/>
        </w:rPr>
      </w:pPr>
      <w:r w:rsidRPr="00E30C3E">
        <w:rPr>
          <w:rFonts w:ascii="Times New Roman" w:hAnsi="Times New Roman" w:cs="Times New Roman"/>
          <w:sz w:val="24"/>
          <w:szCs w:val="24"/>
        </w:rPr>
        <w:t>Üniversitemiz Erasmus+ Öğrenci Öğrenim Hareketliliği kapsamında yukarıda bilgileri belirtilen yükseköğretim kurumunda gerçekleştirmiş olduğum öğrenim hareketliliğini tamamlamış bulunmaktayım.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0C3E">
        <w:rPr>
          <w:rFonts w:ascii="Times New Roman" w:hAnsi="Times New Roman" w:cs="Times New Roman"/>
          <w:sz w:val="24"/>
          <w:szCs w:val="24"/>
        </w:rPr>
        <w:t>Hareketlilik kapsamında almış olduğum derslere ilişkin transkript, katılım belgesi ve Ders İntibak B Tablosu</w:t>
      </w:r>
      <w:r w:rsidR="0062396F">
        <w:rPr>
          <w:rFonts w:ascii="Times New Roman" w:hAnsi="Times New Roman" w:cs="Times New Roman"/>
          <w:sz w:val="24"/>
          <w:szCs w:val="24"/>
        </w:rPr>
        <w:t xml:space="preserve"> ile hareketlilik öncesinde düzenlenen diğer belgeler</w:t>
      </w:r>
      <w:r w:rsidRPr="00E30C3E">
        <w:rPr>
          <w:rFonts w:ascii="Times New Roman" w:hAnsi="Times New Roman" w:cs="Times New Roman"/>
          <w:sz w:val="24"/>
          <w:szCs w:val="24"/>
        </w:rPr>
        <w:t xml:space="preserve"> </w:t>
      </w:r>
      <w:r w:rsidR="0062396F">
        <w:rPr>
          <w:rFonts w:ascii="Times New Roman" w:hAnsi="Times New Roman" w:cs="Times New Roman"/>
          <w:sz w:val="24"/>
          <w:szCs w:val="24"/>
        </w:rPr>
        <w:t>Ek’</w:t>
      </w:r>
      <w:r w:rsidRPr="00E30C3E">
        <w:rPr>
          <w:rFonts w:ascii="Times New Roman" w:hAnsi="Times New Roman" w:cs="Times New Roman"/>
          <w:sz w:val="24"/>
          <w:szCs w:val="24"/>
        </w:rPr>
        <w:t>te sunulmuştur.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0C3E">
        <w:rPr>
          <w:rFonts w:ascii="Times New Roman" w:hAnsi="Times New Roman" w:cs="Times New Roman"/>
          <w:sz w:val="24"/>
          <w:szCs w:val="24"/>
        </w:rPr>
        <w:t xml:space="preserve">Söz konusu belgelerin incelenerek başarı durumuma göre ders intibakımın değerlendirilmesi, gerekli işlemlerin yapılması ve ilgili yönetim kurulu kararının </w:t>
      </w:r>
      <w:r>
        <w:rPr>
          <w:rFonts w:ascii="Times New Roman" w:hAnsi="Times New Roman" w:cs="Times New Roman"/>
          <w:sz w:val="24"/>
          <w:szCs w:val="24"/>
        </w:rPr>
        <w:t xml:space="preserve">alınarak Erasmus+ Kurum Koordinatörlüğüne bildirilmesi </w:t>
      </w:r>
      <w:r w:rsidRPr="00E30C3E">
        <w:rPr>
          <w:rFonts w:ascii="Times New Roman" w:hAnsi="Times New Roman" w:cs="Times New Roman"/>
          <w:sz w:val="24"/>
          <w:szCs w:val="24"/>
        </w:rPr>
        <w:t>hususunda gereğini arz ederim.</w:t>
      </w:r>
    </w:p>
    <w:tbl>
      <w:tblPr>
        <w:tblStyle w:val="TabloKlavuzu"/>
        <w:tblpPr w:leftFromText="141" w:rightFromText="141" w:vertAnchor="text" w:horzAnchor="margin" w:tblpXSpec="right" w:tblpY="110"/>
        <w:tblW w:w="0" w:type="auto"/>
        <w:tblLayout w:type="fixed"/>
        <w:tblLook w:val="04A0" w:firstRow="1" w:lastRow="0" w:firstColumn="1" w:lastColumn="0" w:noHBand="0" w:noVBand="1"/>
      </w:tblPr>
      <w:tblGrid>
        <w:gridCol w:w="1984"/>
        <w:gridCol w:w="3402"/>
      </w:tblGrid>
      <w:tr w:rsidR="001E74A9" w:rsidRPr="00AF5A1E" w14:paraId="606C4639" w14:textId="77777777" w:rsidTr="001E74A9">
        <w:tc>
          <w:tcPr>
            <w:tcW w:w="1984" w:type="dxa"/>
            <w:shd w:val="clear" w:color="auto" w:fill="F5F7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C1DA9DE" w14:textId="77777777" w:rsidR="001E74A9" w:rsidRPr="00AF5A1E" w:rsidRDefault="001E74A9" w:rsidP="001E7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Tarih</w:t>
            </w:r>
          </w:p>
        </w:tc>
        <w:tc>
          <w:tcPr>
            <w:tcW w:w="340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0A6FB5" w14:textId="77777777" w:rsidR="001E74A9" w:rsidRPr="00AF5A1E" w:rsidRDefault="001E74A9" w:rsidP="001E7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4A9" w:rsidRPr="00AF5A1E" w14:paraId="7D12D955" w14:textId="77777777" w:rsidTr="001E74A9">
        <w:tc>
          <w:tcPr>
            <w:tcW w:w="1984" w:type="dxa"/>
            <w:shd w:val="clear" w:color="auto" w:fill="F5F7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CEDFE2" w14:textId="77777777" w:rsidR="001E74A9" w:rsidRPr="00AF5A1E" w:rsidRDefault="001E74A9" w:rsidP="001E7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İmza</w:t>
            </w:r>
          </w:p>
        </w:tc>
        <w:tc>
          <w:tcPr>
            <w:tcW w:w="340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F6FBF82" w14:textId="77777777" w:rsidR="001E74A9" w:rsidRPr="00AF5A1E" w:rsidRDefault="001E74A9" w:rsidP="001E7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4A9" w:rsidRPr="00AF5A1E" w14:paraId="0FFF7FBA" w14:textId="77777777" w:rsidTr="001E74A9">
        <w:tc>
          <w:tcPr>
            <w:tcW w:w="1984" w:type="dxa"/>
            <w:shd w:val="clear" w:color="auto" w:fill="F5F7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7287C80" w14:textId="77777777" w:rsidR="001E74A9" w:rsidRPr="00AF5A1E" w:rsidRDefault="001E74A9" w:rsidP="001E7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340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3D269F" w14:textId="77777777" w:rsidR="001E74A9" w:rsidRPr="00AF5A1E" w:rsidRDefault="001E74A9" w:rsidP="001E74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00F3C55" w14:textId="77777777" w:rsidR="00282ED4" w:rsidRPr="00AF5A1E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28655B9" w14:textId="77777777" w:rsidR="00282ED4" w:rsidRPr="00AF5A1E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3225328" w14:textId="77777777" w:rsidR="00282ED4" w:rsidRPr="00AF5A1E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AE3E727" w14:textId="77777777" w:rsidR="00282ED4" w:rsidRPr="00AF5A1E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22F1540" w14:textId="77777777" w:rsidR="00AF5A1E" w:rsidRPr="00AF5A1E" w:rsidRDefault="00AF5A1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532142F" w14:textId="77777777" w:rsidR="00AF5A1E" w:rsidRDefault="00AF5A1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4C52A66" w14:textId="6ADF57A4" w:rsidR="00C9496B" w:rsidRPr="00AF5A1E" w:rsidRDefault="000000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5A1E">
        <w:rPr>
          <w:rFonts w:ascii="Times New Roman" w:hAnsi="Times New Roman" w:cs="Times New Roman"/>
          <w:b/>
          <w:sz w:val="24"/>
          <w:szCs w:val="24"/>
        </w:rPr>
        <w:t>Ekler:</w:t>
      </w:r>
    </w:p>
    <w:p w14:paraId="2CAAF90A" w14:textId="6C037E25" w:rsidR="00E30C3E" w:rsidRPr="00E30C3E" w:rsidRDefault="00E30C3E" w:rsidP="00E30C3E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30C3E">
        <w:rPr>
          <w:rFonts w:ascii="Times New Roman" w:hAnsi="Times New Roman" w:cs="Times New Roman"/>
          <w:sz w:val="24"/>
          <w:szCs w:val="24"/>
        </w:rPr>
        <w:t>Transkript</w:t>
      </w:r>
      <w:r w:rsidR="002C2819">
        <w:rPr>
          <w:rFonts w:ascii="Times New Roman" w:hAnsi="Times New Roman" w:cs="Times New Roman"/>
          <w:sz w:val="24"/>
          <w:szCs w:val="24"/>
        </w:rPr>
        <w:t xml:space="preserve"> Belgesi</w:t>
      </w:r>
    </w:p>
    <w:p w14:paraId="3620BA3E" w14:textId="1203BD7B" w:rsidR="00E30C3E" w:rsidRPr="00E30C3E" w:rsidRDefault="00E30C3E" w:rsidP="00E30C3E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30C3E">
        <w:rPr>
          <w:rFonts w:ascii="Times New Roman" w:hAnsi="Times New Roman" w:cs="Times New Roman"/>
          <w:sz w:val="24"/>
          <w:szCs w:val="24"/>
        </w:rPr>
        <w:t>Katılım Belgesi / Confirmation of Stay</w:t>
      </w:r>
    </w:p>
    <w:p w14:paraId="2095AC8D" w14:textId="21AF0344" w:rsidR="00E30C3E" w:rsidRDefault="00E30C3E" w:rsidP="00E30C3E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30C3E">
        <w:rPr>
          <w:rFonts w:ascii="Times New Roman" w:hAnsi="Times New Roman" w:cs="Times New Roman"/>
          <w:sz w:val="24"/>
          <w:szCs w:val="24"/>
        </w:rPr>
        <w:t>Ders İntibak B Tablosu</w:t>
      </w:r>
    </w:p>
    <w:p w14:paraId="70EF8FB1" w14:textId="70190299" w:rsidR="00E30C3E" w:rsidRDefault="00E30C3E" w:rsidP="00E30C3E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Ders İntibak A Tablosu (Hareketlilik Öncesinde)</w:t>
      </w:r>
    </w:p>
    <w:p w14:paraId="7D5ADC48" w14:textId="222E0179" w:rsidR="00E30C3E" w:rsidRDefault="00E30C3E" w:rsidP="00E30C3E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Varsa Ders İntibak A Tablosu (Hareketlilik Sırasında)</w:t>
      </w:r>
    </w:p>
    <w:p w14:paraId="2C7559C4" w14:textId="1C427607" w:rsidR="00C9496B" w:rsidRDefault="00AF5A1E" w:rsidP="00282ED4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30C3E">
        <w:rPr>
          <w:rFonts w:ascii="Times New Roman" w:hAnsi="Times New Roman" w:cs="Times New Roman"/>
          <w:sz w:val="24"/>
          <w:szCs w:val="24"/>
        </w:rPr>
        <w:t>Öğrenim Anlaşması (Learning Agreement)</w:t>
      </w:r>
    </w:p>
    <w:p w14:paraId="5571518A" w14:textId="3B91DE84" w:rsidR="00E30C3E" w:rsidRPr="00E30C3E" w:rsidRDefault="00E30C3E" w:rsidP="00E30C3E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Varsa </w:t>
      </w:r>
      <w:r w:rsidR="002C2819">
        <w:rPr>
          <w:rFonts w:ascii="Times New Roman" w:hAnsi="Times New Roman" w:cs="Times New Roman"/>
          <w:sz w:val="24"/>
          <w:szCs w:val="24"/>
        </w:rPr>
        <w:t>G</w:t>
      </w:r>
      <w:r w:rsidR="002C2819" w:rsidRPr="00E30C3E">
        <w:rPr>
          <w:rFonts w:ascii="Times New Roman" w:hAnsi="Times New Roman" w:cs="Times New Roman"/>
          <w:sz w:val="24"/>
          <w:szCs w:val="24"/>
        </w:rPr>
        <w:t xml:space="preserve">üncellenmiş </w:t>
      </w:r>
      <w:r w:rsidRPr="00E30C3E">
        <w:rPr>
          <w:rFonts w:ascii="Times New Roman" w:hAnsi="Times New Roman" w:cs="Times New Roman"/>
          <w:sz w:val="24"/>
          <w:szCs w:val="24"/>
        </w:rPr>
        <w:t>Öğrenim Anlaşması (Learning Agreement-During the Mobility)</w:t>
      </w:r>
    </w:p>
    <w:p w14:paraId="44599772" w14:textId="37C860F6" w:rsidR="00E30C3E" w:rsidRDefault="00E30C3E" w:rsidP="00282ED4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Yurda Giriş – Çıkış Belgesi</w:t>
      </w:r>
    </w:p>
    <w:p w14:paraId="1A0FD909" w14:textId="3F397786" w:rsidR="00F0033C" w:rsidRPr="00E30C3E" w:rsidRDefault="00F0033C" w:rsidP="00282ED4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Pasaport Giriş-Çıkış Sayfaları</w:t>
      </w:r>
    </w:p>
    <w:sectPr w:rsidR="00F0033C" w:rsidRPr="00E30C3E" w:rsidSect="00A617DA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CF637F4"/>
    <w:multiLevelType w:val="hybridMultilevel"/>
    <w:tmpl w:val="52DE6A58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69459450">
    <w:abstractNumId w:val="8"/>
  </w:num>
  <w:num w:numId="2" w16cid:durableId="1652632196">
    <w:abstractNumId w:val="6"/>
  </w:num>
  <w:num w:numId="3" w16cid:durableId="1309286580">
    <w:abstractNumId w:val="5"/>
  </w:num>
  <w:num w:numId="4" w16cid:durableId="1676683345">
    <w:abstractNumId w:val="4"/>
  </w:num>
  <w:num w:numId="5" w16cid:durableId="499319046">
    <w:abstractNumId w:val="7"/>
  </w:num>
  <w:num w:numId="6" w16cid:durableId="1689865628">
    <w:abstractNumId w:val="3"/>
  </w:num>
  <w:num w:numId="7" w16cid:durableId="1149903392">
    <w:abstractNumId w:val="2"/>
  </w:num>
  <w:num w:numId="8" w16cid:durableId="844057793">
    <w:abstractNumId w:val="1"/>
  </w:num>
  <w:num w:numId="9" w16cid:durableId="262231080">
    <w:abstractNumId w:val="0"/>
  </w:num>
  <w:num w:numId="10" w16cid:durableId="12749419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E74A9"/>
    <w:rsid w:val="00282ED4"/>
    <w:rsid w:val="0029639D"/>
    <w:rsid w:val="002C2819"/>
    <w:rsid w:val="00326F90"/>
    <w:rsid w:val="0035439E"/>
    <w:rsid w:val="00366F6B"/>
    <w:rsid w:val="0044795C"/>
    <w:rsid w:val="0062396F"/>
    <w:rsid w:val="008443F8"/>
    <w:rsid w:val="00844F57"/>
    <w:rsid w:val="008E3483"/>
    <w:rsid w:val="009B2B59"/>
    <w:rsid w:val="00A617DA"/>
    <w:rsid w:val="00AA1D8D"/>
    <w:rsid w:val="00AD0FD2"/>
    <w:rsid w:val="00AF5A1E"/>
    <w:rsid w:val="00B47730"/>
    <w:rsid w:val="00BD125B"/>
    <w:rsid w:val="00C9496B"/>
    <w:rsid w:val="00CB0664"/>
    <w:rsid w:val="00D77541"/>
    <w:rsid w:val="00DE1013"/>
    <w:rsid w:val="00E30C3E"/>
    <w:rsid w:val="00EE18B7"/>
    <w:rsid w:val="00F0033C"/>
    <w:rsid w:val="00F952EA"/>
    <w:rsid w:val="00FB247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B3DBA7"/>
  <w14:defaultImageDpi w14:val="300"/>
  <w15:docId w15:val="{DF52C52C-4CAB-4423-91E5-E9C07092F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Savaş Beyter</cp:lastModifiedBy>
  <cp:revision>12</cp:revision>
  <dcterms:created xsi:type="dcterms:W3CDTF">2026-04-19T13:06:00Z</dcterms:created>
  <dcterms:modified xsi:type="dcterms:W3CDTF">2026-06-05T06:59:00Z</dcterms:modified>
  <cp:category/>
</cp:coreProperties>
</file>