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AD688C" w14:textId="77777777" w:rsidR="003A4707" w:rsidRPr="003E6B8D" w:rsidRDefault="003A4707" w:rsidP="00025F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6B8D">
        <w:rPr>
          <w:rFonts w:ascii="Times New Roman" w:hAnsi="Times New Roman" w:cs="Times New Roman"/>
          <w:b/>
          <w:sz w:val="24"/>
          <w:szCs w:val="24"/>
        </w:rPr>
        <w:t>T.C.</w:t>
      </w:r>
    </w:p>
    <w:p w14:paraId="1D9098A8" w14:textId="77777777" w:rsidR="003A4707" w:rsidRPr="003E6B8D" w:rsidRDefault="003A4707" w:rsidP="00025F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6B8D">
        <w:rPr>
          <w:rFonts w:ascii="Times New Roman" w:hAnsi="Times New Roman" w:cs="Times New Roman"/>
          <w:b/>
          <w:sz w:val="24"/>
          <w:szCs w:val="24"/>
        </w:rPr>
        <w:t>HAKKARİ ÜNİVERSİTESİ REKTÖRLÜĞÜNE</w:t>
      </w:r>
    </w:p>
    <w:p w14:paraId="22F3697A" w14:textId="01EFDD1E" w:rsidR="00025FC3" w:rsidRPr="003E6B8D" w:rsidRDefault="003A4707" w:rsidP="00025F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6B8D">
        <w:rPr>
          <w:rFonts w:ascii="Times New Roman" w:hAnsi="Times New Roman" w:cs="Times New Roman"/>
          <w:b/>
          <w:sz w:val="24"/>
          <w:szCs w:val="24"/>
        </w:rPr>
        <w:t xml:space="preserve">Uluslararası İş </w:t>
      </w:r>
      <w:r w:rsidR="00025FC3" w:rsidRPr="003E6B8D">
        <w:rPr>
          <w:rFonts w:ascii="Times New Roman" w:hAnsi="Times New Roman" w:cs="Times New Roman"/>
          <w:b/>
          <w:sz w:val="24"/>
          <w:szCs w:val="24"/>
        </w:rPr>
        <w:t>B</w:t>
      </w:r>
      <w:r w:rsidRPr="003E6B8D">
        <w:rPr>
          <w:rFonts w:ascii="Times New Roman" w:hAnsi="Times New Roman" w:cs="Times New Roman"/>
          <w:b/>
          <w:sz w:val="24"/>
          <w:szCs w:val="24"/>
        </w:rPr>
        <w:t>irliği Ofisi</w:t>
      </w:r>
    </w:p>
    <w:p w14:paraId="4F3D17AF" w14:textId="707711D1" w:rsidR="003A4707" w:rsidRPr="003E6B8D" w:rsidRDefault="003A4707" w:rsidP="00025F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6B8D">
        <w:rPr>
          <w:rFonts w:ascii="Times New Roman" w:hAnsi="Times New Roman" w:cs="Times New Roman"/>
          <w:b/>
          <w:sz w:val="24"/>
          <w:szCs w:val="24"/>
        </w:rPr>
        <w:t>Erasmus+ Kurum Koordinatörlüğü</w:t>
      </w:r>
    </w:p>
    <w:p w14:paraId="1BC133F2" w14:textId="77777777" w:rsidR="003A4707" w:rsidRPr="003A4707" w:rsidRDefault="003A4707" w:rsidP="003A470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9629" w:type="dxa"/>
        <w:tblLook w:val="04A0" w:firstRow="1" w:lastRow="0" w:firstColumn="1" w:lastColumn="0" w:noHBand="0" w:noVBand="1"/>
      </w:tblPr>
      <w:tblGrid>
        <w:gridCol w:w="3113"/>
        <w:gridCol w:w="3259"/>
        <w:gridCol w:w="3257"/>
      </w:tblGrid>
      <w:tr w:rsidR="006B2A79" w14:paraId="4DE5ACA4" w14:textId="77777777" w:rsidTr="006B2A79">
        <w:trPr>
          <w:trHeight w:val="340"/>
        </w:trPr>
        <w:tc>
          <w:tcPr>
            <w:tcW w:w="3113" w:type="dxa"/>
            <w:shd w:val="clear" w:color="auto" w:fill="F5F7FA"/>
            <w:vAlign w:val="center"/>
          </w:tcPr>
          <w:p w14:paraId="1B9704E1" w14:textId="1B2EE53D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4707">
              <w:rPr>
                <w:rFonts w:ascii="Times New Roman" w:hAnsi="Times New Roman" w:cs="Times New Roman"/>
                <w:b/>
                <w:sz w:val="24"/>
                <w:szCs w:val="24"/>
              </w:rPr>
              <w:t>Adı - Soyadı</w:t>
            </w:r>
          </w:p>
        </w:tc>
        <w:tc>
          <w:tcPr>
            <w:tcW w:w="6516" w:type="dxa"/>
            <w:gridSpan w:val="2"/>
          </w:tcPr>
          <w:p w14:paraId="147B0118" w14:textId="77777777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A79" w14:paraId="2BC502FB" w14:textId="77777777" w:rsidTr="006B2A79">
        <w:trPr>
          <w:trHeight w:val="340"/>
        </w:trPr>
        <w:tc>
          <w:tcPr>
            <w:tcW w:w="3113" w:type="dxa"/>
            <w:shd w:val="clear" w:color="auto" w:fill="F5F7FA"/>
            <w:vAlign w:val="center"/>
          </w:tcPr>
          <w:p w14:paraId="0279B13C" w14:textId="711D11B3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4707">
              <w:rPr>
                <w:rFonts w:ascii="Times New Roman" w:hAnsi="Times New Roman" w:cs="Times New Roman"/>
                <w:b/>
                <w:sz w:val="24"/>
                <w:szCs w:val="24"/>
              </w:rPr>
              <w:t>TCKN / Öğrenci Numarası</w:t>
            </w:r>
          </w:p>
        </w:tc>
        <w:tc>
          <w:tcPr>
            <w:tcW w:w="3259" w:type="dxa"/>
          </w:tcPr>
          <w:p w14:paraId="1224E4AA" w14:textId="77777777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7" w:type="dxa"/>
          </w:tcPr>
          <w:p w14:paraId="1405561B" w14:textId="14300B0E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A79" w14:paraId="40BA0570" w14:textId="77777777" w:rsidTr="006B2A79">
        <w:trPr>
          <w:trHeight w:val="340"/>
        </w:trPr>
        <w:tc>
          <w:tcPr>
            <w:tcW w:w="3113" w:type="dxa"/>
            <w:shd w:val="clear" w:color="auto" w:fill="F5F7FA"/>
            <w:vAlign w:val="center"/>
          </w:tcPr>
          <w:p w14:paraId="015B01E9" w14:textId="033CF73E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E-Posta Adresi / Telefon</w:t>
            </w:r>
          </w:p>
        </w:tc>
        <w:tc>
          <w:tcPr>
            <w:tcW w:w="3259" w:type="dxa"/>
          </w:tcPr>
          <w:p w14:paraId="54A5F208" w14:textId="77777777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7" w:type="dxa"/>
          </w:tcPr>
          <w:p w14:paraId="45DCBFE1" w14:textId="4AC3CD40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4B6C" w14:paraId="1CEA9C32" w14:textId="77777777" w:rsidTr="00D25F94">
        <w:trPr>
          <w:trHeight w:val="340"/>
        </w:trPr>
        <w:tc>
          <w:tcPr>
            <w:tcW w:w="3113" w:type="dxa"/>
            <w:shd w:val="clear" w:color="auto" w:fill="F5F7FA"/>
            <w:vAlign w:val="center"/>
          </w:tcPr>
          <w:p w14:paraId="3C09A914" w14:textId="28B0D3E4" w:rsidR="00274B6C" w:rsidRDefault="00274B6C" w:rsidP="006B2A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Avro Hesabı IBAN</w:t>
            </w:r>
          </w:p>
        </w:tc>
        <w:tc>
          <w:tcPr>
            <w:tcW w:w="6516" w:type="dxa"/>
            <w:gridSpan w:val="2"/>
          </w:tcPr>
          <w:p w14:paraId="250A7300" w14:textId="77777777" w:rsidR="00274B6C" w:rsidRDefault="00274B6C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A79" w14:paraId="19A1F1A7" w14:textId="77777777" w:rsidTr="006B2A79">
        <w:trPr>
          <w:trHeight w:val="340"/>
        </w:trPr>
        <w:tc>
          <w:tcPr>
            <w:tcW w:w="3113" w:type="dxa"/>
            <w:shd w:val="clear" w:color="auto" w:fill="F5F7FA"/>
            <w:vAlign w:val="center"/>
          </w:tcPr>
          <w:p w14:paraId="0D4A5732" w14:textId="54E5B8B3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Enstitü / Fakülte / MYO</w:t>
            </w:r>
          </w:p>
        </w:tc>
        <w:tc>
          <w:tcPr>
            <w:tcW w:w="6516" w:type="dxa"/>
            <w:gridSpan w:val="2"/>
          </w:tcPr>
          <w:p w14:paraId="1DC13F31" w14:textId="77777777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A79" w14:paraId="256D7443" w14:textId="77777777" w:rsidTr="006B2A79">
        <w:trPr>
          <w:trHeight w:val="340"/>
        </w:trPr>
        <w:tc>
          <w:tcPr>
            <w:tcW w:w="3113" w:type="dxa"/>
            <w:shd w:val="clear" w:color="auto" w:fill="F5F7FA"/>
            <w:vAlign w:val="center"/>
          </w:tcPr>
          <w:p w14:paraId="2B984E79" w14:textId="0BEB8732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4707">
              <w:rPr>
                <w:rFonts w:ascii="Times New Roman" w:hAnsi="Times New Roman" w:cs="Times New Roman"/>
                <w:b/>
                <w:sz w:val="24"/>
                <w:szCs w:val="24"/>
              </w:rPr>
              <w:t>Bölümü / Programı</w:t>
            </w:r>
          </w:p>
        </w:tc>
        <w:tc>
          <w:tcPr>
            <w:tcW w:w="6516" w:type="dxa"/>
            <w:gridSpan w:val="2"/>
          </w:tcPr>
          <w:p w14:paraId="0F3CAAB4" w14:textId="77777777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A79" w14:paraId="465E649C" w14:textId="77777777" w:rsidTr="006B2A79">
        <w:trPr>
          <w:trHeight w:val="340"/>
        </w:trPr>
        <w:tc>
          <w:tcPr>
            <w:tcW w:w="3113" w:type="dxa"/>
            <w:shd w:val="clear" w:color="auto" w:fill="F5F7FA"/>
            <w:vAlign w:val="center"/>
          </w:tcPr>
          <w:p w14:paraId="68228719" w14:textId="65AE3D50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4707">
              <w:rPr>
                <w:rFonts w:ascii="Times New Roman" w:hAnsi="Times New Roman" w:cs="Times New Roman"/>
                <w:b/>
                <w:sz w:val="24"/>
                <w:szCs w:val="24"/>
              </w:rPr>
              <w:t>Sınıfı</w:t>
            </w:r>
          </w:p>
        </w:tc>
        <w:tc>
          <w:tcPr>
            <w:tcW w:w="6516" w:type="dxa"/>
            <w:gridSpan w:val="2"/>
          </w:tcPr>
          <w:p w14:paraId="150A474F" w14:textId="77777777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A79" w14:paraId="4CF1201D" w14:textId="77777777" w:rsidTr="006B2A79">
        <w:trPr>
          <w:trHeight w:val="340"/>
        </w:trPr>
        <w:tc>
          <w:tcPr>
            <w:tcW w:w="3113" w:type="dxa"/>
            <w:shd w:val="clear" w:color="auto" w:fill="F5F7FA"/>
            <w:vAlign w:val="center"/>
          </w:tcPr>
          <w:p w14:paraId="61299F6C" w14:textId="68731015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4707">
              <w:rPr>
                <w:rFonts w:ascii="Times New Roman" w:hAnsi="Times New Roman" w:cs="Times New Roman"/>
                <w:b/>
                <w:sz w:val="24"/>
                <w:szCs w:val="24"/>
              </w:rPr>
              <w:t>Erasmus+ Faaliyet Türü</w:t>
            </w:r>
          </w:p>
        </w:tc>
        <w:tc>
          <w:tcPr>
            <w:tcW w:w="6516" w:type="dxa"/>
            <w:gridSpan w:val="2"/>
          </w:tcPr>
          <w:p w14:paraId="3BB5EA7A" w14:textId="75CF06AA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Öğrenim</w:t>
            </w:r>
          </w:p>
        </w:tc>
      </w:tr>
      <w:tr w:rsidR="006B2A79" w14:paraId="42D50D74" w14:textId="77777777" w:rsidTr="006B2A79">
        <w:trPr>
          <w:trHeight w:val="340"/>
        </w:trPr>
        <w:tc>
          <w:tcPr>
            <w:tcW w:w="3113" w:type="dxa"/>
            <w:shd w:val="clear" w:color="auto" w:fill="F5F7FA"/>
            <w:vAlign w:val="center"/>
          </w:tcPr>
          <w:p w14:paraId="6A16BA28" w14:textId="213CF6A8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4707">
              <w:rPr>
                <w:rFonts w:ascii="Times New Roman" w:hAnsi="Times New Roman" w:cs="Times New Roman"/>
                <w:b/>
                <w:sz w:val="24"/>
                <w:szCs w:val="24"/>
              </w:rPr>
              <w:t>Program Türü</w:t>
            </w:r>
          </w:p>
        </w:tc>
        <w:tc>
          <w:tcPr>
            <w:tcW w:w="6516" w:type="dxa"/>
            <w:gridSpan w:val="2"/>
          </w:tcPr>
          <w:p w14:paraId="4B98DFF8" w14:textId="21798E7E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KA1</w:t>
            </w:r>
            <w:r w:rsidR="000A43B8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6B2A79" w14:paraId="1BAD57EA" w14:textId="77777777" w:rsidTr="006B2A79">
        <w:trPr>
          <w:trHeight w:val="340"/>
        </w:trPr>
        <w:tc>
          <w:tcPr>
            <w:tcW w:w="3113" w:type="dxa"/>
            <w:shd w:val="clear" w:color="auto" w:fill="F5F7FA"/>
            <w:vAlign w:val="center"/>
          </w:tcPr>
          <w:p w14:paraId="1A102370" w14:textId="3ACF5CA1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4707">
              <w:rPr>
                <w:rFonts w:ascii="Times New Roman" w:hAnsi="Times New Roman" w:cs="Times New Roman"/>
                <w:b/>
                <w:sz w:val="24"/>
                <w:szCs w:val="24"/>
              </w:rPr>
              <w:t>Akademik Yıl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 Dönem</w:t>
            </w:r>
          </w:p>
        </w:tc>
        <w:tc>
          <w:tcPr>
            <w:tcW w:w="3259" w:type="dxa"/>
          </w:tcPr>
          <w:p w14:paraId="7D8C372B" w14:textId="77777777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7" w:type="dxa"/>
          </w:tcPr>
          <w:p w14:paraId="66746E03" w14:textId="7B0157A4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66A7011" w14:textId="77777777" w:rsidR="006B2A79" w:rsidRPr="003A4707" w:rsidRDefault="006B2A79" w:rsidP="003A4707">
      <w:pPr>
        <w:rPr>
          <w:rFonts w:ascii="Times New Roman" w:hAnsi="Times New Roman" w:cs="Times New Roman"/>
          <w:sz w:val="24"/>
          <w:szCs w:val="24"/>
        </w:rPr>
      </w:pPr>
    </w:p>
    <w:p w14:paraId="12F4071F" w14:textId="363B77B0" w:rsidR="00F5612C" w:rsidRPr="00F5612C" w:rsidRDefault="00F5612C" w:rsidP="00F5612C">
      <w:pPr>
        <w:jc w:val="both"/>
        <w:rPr>
          <w:rFonts w:ascii="Times New Roman" w:hAnsi="Times New Roman" w:cs="Times New Roman"/>
          <w:sz w:val="24"/>
          <w:szCs w:val="24"/>
        </w:rPr>
      </w:pPr>
      <w:r w:rsidRPr="00F5612C">
        <w:rPr>
          <w:rFonts w:ascii="Times New Roman" w:hAnsi="Times New Roman" w:cs="Times New Roman"/>
          <w:sz w:val="24"/>
          <w:szCs w:val="24"/>
        </w:rPr>
        <w:t xml:space="preserve">Erasmus+ hareketliliğim kapsamında vize işlemlerim tamamlanmış olup, aşağıda belirtilen belgeleri </w:t>
      </w:r>
      <w:r w:rsidRPr="00F5612C">
        <w:rPr>
          <w:rFonts w:ascii="Times New Roman" w:hAnsi="Times New Roman" w:cs="Times New Roman"/>
          <w:b/>
          <w:bCs/>
          <w:sz w:val="24"/>
          <w:szCs w:val="24"/>
        </w:rPr>
        <w:t>erasmus@hakkari.edu.tr</w:t>
      </w:r>
      <w:r w:rsidRPr="00F5612C">
        <w:rPr>
          <w:rFonts w:ascii="Times New Roman" w:hAnsi="Times New Roman" w:cs="Times New Roman"/>
          <w:sz w:val="24"/>
          <w:szCs w:val="24"/>
        </w:rPr>
        <w:t xml:space="preserve"> adresine elektronik posta yoluyla gönderdiğimi beyan ederim. Ayrıca, söz konusu belgelerin kontrol edilmesini müteakip hibe sözleşmesinin hazırlanması ve imza sürecinin tamamlanması amacıyla Erasmus+ Kurum Koordinatörlüğüne başvuracağımı / ofise geleceğimi kabul ederim.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612C">
        <w:rPr>
          <w:rFonts w:ascii="Times New Roman" w:hAnsi="Times New Roman" w:cs="Times New Roman"/>
          <w:sz w:val="24"/>
          <w:szCs w:val="24"/>
        </w:rPr>
        <w:t>Gereğini bilgilerinize arz ederim.</w:t>
      </w:r>
    </w:p>
    <w:p w14:paraId="36C1DC65" w14:textId="77777777" w:rsidR="00F5612C" w:rsidRPr="00F5612C" w:rsidRDefault="00F5612C" w:rsidP="00F5612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612C">
        <w:rPr>
          <w:rFonts w:ascii="Times New Roman" w:hAnsi="Times New Roman" w:cs="Times New Roman"/>
          <w:b/>
          <w:bCs/>
          <w:sz w:val="24"/>
          <w:szCs w:val="24"/>
        </w:rPr>
        <w:t>Gönderilen Belgeler:</w:t>
      </w:r>
    </w:p>
    <w:p w14:paraId="4630E802" w14:textId="65C961D8" w:rsidR="00F5612C" w:rsidRPr="00F5612C" w:rsidRDefault="00F5612C" w:rsidP="00F5612C">
      <w:pPr>
        <w:numPr>
          <w:ilvl w:val="0"/>
          <w:numId w:val="10"/>
        </w:numPr>
        <w:tabs>
          <w:tab w:val="clear" w:pos="360"/>
          <w:tab w:val="num" w:pos="7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5612C">
        <w:rPr>
          <w:rFonts w:ascii="Times New Roman" w:hAnsi="Times New Roman" w:cs="Times New Roman"/>
          <w:sz w:val="24"/>
          <w:szCs w:val="24"/>
        </w:rPr>
        <w:t xml:space="preserve">Pasaportun İlgili Sayfaları </w:t>
      </w:r>
    </w:p>
    <w:p w14:paraId="5D415BFB" w14:textId="5D7E3B99" w:rsidR="00F5612C" w:rsidRPr="00F5612C" w:rsidRDefault="00F5612C" w:rsidP="00F5612C">
      <w:pPr>
        <w:numPr>
          <w:ilvl w:val="0"/>
          <w:numId w:val="10"/>
        </w:numPr>
        <w:tabs>
          <w:tab w:val="clear" w:pos="360"/>
          <w:tab w:val="num" w:pos="7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5612C">
        <w:rPr>
          <w:rFonts w:ascii="Times New Roman" w:hAnsi="Times New Roman" w:cs="Times New Roman"/>
          <w:sz w:val="24"/>
          <w:szCs w:val="24"/>
        </w:rPr>
        <w:t xml:space="preserve">Sağlık Sigortasının Elektronik Nüshası </w:t>
      </w:r>
    </w:p>
    <w:p w14:paraId="59F8AF68" w14:textId="77777777" w:rsidR="00F5612C" w:rsidRDefault="00F5612C" w:rsidP="00F5612C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oKlavuzu"/>
        <w:tblW w:w="5670" w:type="dxa"/>
        <w:jc w:val="right"/>
        <w:tblLook w:val="04A0" w:firstRow="1" w:lastRow="0" w:firstColumn="1" w:lastColumn="0" w:noHBand="0" w:noVBand="1"/>
      </w:tblPr>
      <w:tblGrid>
        <w:gridCol w:w="1555"/>
        <w:gridCol w:w="4115"/>
      </w:tblGrid>
      <w:tr w:rsidR="006B2A79" w14:paraId="7914E4D7" w14:textId="77777777" w:rsidTr="006F2560">
        <w:trPr>
          <w:trHeight w:val="340"/>
          <w:jc w:val="right"/>
        </w:trPr>
        <w:tc>
          <w:tcPr>
            <w:tcW w:w="1555" w:type="dxa"/>
            <w:shd w:val="clear" w:color="auto" w:fill="F5F7FA"/>
          </w:tcPr>
          <w:p w14:paraId="25F79147" w14:textId="70B37343" w:rsidR="006B2A79" w:rsidRDefault="006B2A79" w:rsidP="006B2A7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Tarih</w:t>
            </w:r>
          </w:p>
        </w:tc>
        <w:tc>
          <w:tcPr>
            <w:tcW w:w="4115" w:type="dxa"/>
          </w:tcPr>
          <w:p w14:paraId="5CFD3631" w14:textId="77777777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A79" w14:paraId="6F58F30E" w14:textId="77777777" w:rsidTr="006F2560">
        <w:trPr>
          <w:trHeight w:val="340"/>
          <w:jc w:val="right"/>
        </w:trPr>
        <w:tc>
          <w:tcPr>
            <w:tcW w:w="1555" w:type="dxa"/>
            <w:shd w:val="clear" w:color="auto" w:fill="F5F7FA"/>
          </w:tcPr>
          <w:p w14:paraId="32FA026A" w14:textId="2F59D690" w:rsidR="006B2A79" w:rsidRDefault="006B2A79" w:rsidP="006B2A7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İmza</w:t>
            </w:r>
          </w:p>
        </w:tc>
        <w:tc>
          <w:tcPr>
            <w:tcW w:w="4115" w:type="dxa"/>
          </w:tcPr>
          <w:p w14:paraId="5DCC5B5F" w14:textId="77777777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AAB7C6" w14:textId="77777777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A79" w14:paraId="0E58B237" w14:textId="77777777" w:rsidTr="006F2560">
        <w:trPr>
          <w:trHeight w:val="340"/>
          <w:jc w:val="right"/>
        </w:trPr>
        <w:tc>
          <w:tcPr>
            <w:tcW w:w="1555" w:type="dxa"/>
            <w:shd w:val="clear" w:color="auto" w:fill="F5F7FA"/>
          </w:tcPr>
          <w:p w14:paraId="4D948465" w14:textId="24892AA8" w:rsidR="006B2A79" w:rsidRDefault="006B2A79" w:rsidP="006B2A7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Adı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Soyadı</w:t>
            </w:r>
          </w:p>
        </w:tc>
        <w:tc>
          <w:tcPr>
            <w:tcW w:w="4115" w:type="dxa"/>
          </w:tcPr>
          <w:p w14:paraId="0FECE6A3" w14:textId="77777777" w:rsidR="006B2A79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45AA8AA" w14:textId="77777777" w:rsidR="006B2A79" w:rsidRDefault="006B2A79" w:rsidP="003A4707">
      <w:pPr>
        <w:rPr>
          <w:rFonts w:ascii="Times New Roman" w:hAnsi="Times New Roman" w:cs="Times New Roman"/>
          <w:sz w:val="24"/>
          <w:szCs w:val="24"/>
        </w:rPr>
      </w:pPr>
    </w:p>
    <w:p w14:paraId="1DC0130A" w14:textId="77777777" w:rsidR="00F5612C" w:rsidRDefault="00F5612C" w:rsidP="00F5612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18D56BF" w14:textId="77777777" w:rsidR="00F5612C" w:rsidRDefault="00F5612C" w:rsidP="00F5612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B8374F9" w14:textId="77777777" w:rsidR="00F5612C" w:rsidRDefault="00F5612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0E1FF163" w14:textId="226B5AB4" w:rsidR="00F5612C" w:rsidRDefault="00F5612C" w:rsidP="00F5612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5612C">
        <w:rPr>
          <w:rFonts w:ascii="Times New Roman" w:hAnsi="Times New Roman" w:cs="Times New Roman"/>
          <w:b/>
          <w:bCs/>
          <w:sz w:val="24"/>
          <w:szCs w:val="24"/>
        </w:rPr>
        <w:lastRenderedPageBreak/>
        <w:t>ERASMUS+ KURUM KOORDİNATÖRLÜĞÜ KONTROL BÖLÜMÜ</w:t>
      </w:r>
    </w:p>
    <w:p w14:paraId="0115AA12" w14:textId="71EBC7D4" w:rsidR="00F5612C" w:rsidRPr="00F5612C" w:rsidRDefault="00F5612C" w:rsidP="00F5612C">
      <w:pPr>
        <w:rPr>
          <w:rFonts w:ascii="Times New Roman" w:hAnsi="Times New Roman" w:cs="Times New Roman"/>
          <w:color w:val="EE0000"/>
          <w:sz w:val="24"/>
          <w:szCs w:val="24"/>
        </w:rPr>
      </w:pPr>
      <w:r>
        <w:rPr>
          <w:rFonts w:ascii="Times New Roman" w:hAnsi="Times New Roman" w:cs="Times New Roman"/>
          <w:color w:val="EE0000"/>
          <w:sz w:val="24"/>
          <w:szCs w:val="24"/>
        </w:rPr>
        <w:t>(</w:t>
      </w:r>
      <w:r w:rsidRPr="00F5612C">
        <w:rPr>
          <w:rFonts w:ascii="Times New Roman" w:hAnsi="Times New Roman" w:cs="Times New Roman"/>
          <w:color w:val="EE0000"/>
          <w:sz w:val="24"/>
          <w:szCs w:val="24"/>
        </w:rPr>
        <w:t>UYARI: Bu bölüm öğrenci tarafından doldurulmayacaktır. Yalnızca Erasmus+ Kurum Koordinatörlüğü tarafından kontrol ve onay amacıyla kullanılacaktır.</w:t>
      </w:r>
      <w:r>
        <w:rPr>
          <w:rFonts w:ascii="Times New Roman" w:hAnsi="Times New Roman" w:cs="Times New Roman"/>
          <w:color w:val="EE0000"/>
          <w:sz w:val="24"/>
          <w:szCs w:val="24"/>
        </w:rPr>
        <w:t>)</w:t>
      </w:r>
    </w:p>
    <w:p w14:paraId="7A7C1C22" w14:textId="77777777" w:rsidR="00F5612C" w:rsidRPr="00F5612C" w:rsidRDefault="00F5612C" w:rsidP="00F5612C">
      <w:pPr>
        <w:rPr>
          <w:rFonts w:ascii="Times New Roman" w:hAnsi="Times New Roman" w:cs="Times New Roman"/>
          <w:sz w:val="24"/>
          <w:szCs w:val="24"/>
        </w:rPr>
      </w:pPr>
      <w:r w:rsidRPr="00F5612C">
        <w:rPr>
          <w:rFonts w:ascii="Times New Roman" w:hAnsi="Times New Roman" w:cs="Times New Roman"/>
          <w:sz w:val="24"/>
          <w:szCs w:val="24"/>
        </w:rPr>
        <w:t xml:space="preserve">Yukarıda adı geçen öğrenci tarafından </w:t>
      </w:r>
      <w:r w:rsidRPr="00F5612C">
        <w:rPr>
          <w:rFonts w:ascii="Times New Roman" w:hAnsi="Times New Roman" w:cs="Times New Roman"/>
          <w:b/>
          <w:bCs/>
          <w:sz w:val="24"/>
          <w:szCs w:val="24"/>
        </w:rPr>
        <w:t>erasmus@hakkari.edu.tr</w:t>
      </w:r>
      <w:r w:rsidRPr="00F5612C">
        <w:rPr>
          <w:rFonts w:ascii="Times New Roman" w:hAnsi="Times New Roman" w:cs="Times New Roman"/>
          <w:sz w:val="24"/>
          <w:szCs w:val="24"/>
        </w:rPr>
        <w:t xml:space="preserve"> adresine gönderildiği beyan edilen belgeler kontrol edilmiştir.</w:t>
      </w:r>
    </w:p>
    <w:p w14:paraId="065034E6" w14:textId="77777777" w:rsidR="00F5612C" w:rsidRPr="00F5612C" w:rsidRDefault="00F5612C" w:rsidP="00F5612C">
      <w:pPr>
        <w:rPr>
          <w:rFonts w:ascii="Times New Roman" w:hAnsi="Times New Roman" w:cs="Times New Roman"/>
          <w:sz w:val="24"/>
          <w:szCs w:val="24"/>
        </w:rPr>
      </w:pPr>
      <w:r w:rsidRPr="00F5612C">
        <w:rPr>
          <w:rFonts w:ascii="Segoe UI Symbol" w:hAnsi="Segoe UI Symbol" w:cs="Segoe UI Symbol"/>
          <w:sz w:val="24"/>
          <w:szCs w:val="24"/>
        </w:rPr>
        <w:t>☐</w:t>
      </w:r>
      <w:r w:rsidRPr="00F5612C">
        <w:rPr>
          <w:rFonts w:ascii="Times New Roman" w:hAnsi="Times New Roman" w:cs="Times New Roman"/>
          <w:sz w:val="24"/>
          <w:szCs w:val="24"/>
        </w:rPr>
        <w:t xml:space="preserve"> Pasaportun ilgili sayfaları görülmüştür.</w:t>
      </w:r>
      <w:r w:rsidRPr="00F5612C">
        <w:rPr>
          <w:rFonts w:ascii="Times New Roman" w:hAnsi="Times New Roman" w:cs="Times New Roman"/>
          <w:sz w:val="24"/>
          <w:szCs w:val="24"/>
        </w:rPr>
        <w:br/>
      </w:r>
      <w:r w:rsidRPr="00F5612C">
        <w:rPr>
          <w:rFonts w:ascii="Segoe UI Symbol" w:hAnsi="Segoe UI Symbol" w:cs="Segoe UI Symbol"/>
          <w:sz w:val="24"/>
          <w:szCs w:val="24"/>
        </w:rPr>
        <w:t>☐</w:t>
      </w:r>
      <w:r w:rsidRPr="00F5612C">
        <w:rPr>
          <w:rFonts w:ascii="Times New Roman" w:hAnsi="Times New Roman" w:cs="Times New Roman"/>
          <w:sz w:val="24"/>
          <w:szCs w:val="24"/>
        </w:rPr>
        <w:t xml:space="preserve"> Sağlık sigortasının elektronik nüshası görülmüştür.</w:t>
      </w:r>
      <w:r w:rsidRPr="00F5612C">
        <w:rPr>
          <w:rFonts w:ascii="Times New Roman" w:hAnsi="Times New Roman" w:cs="Times New Roman"/>
          <w:sz w:val="24"/>
          <w:szCs w:val="24"/>
        </w:rPr>
        <w:br/>
      </w:r>
      <w:r w:rsidRPr="00F5612C">
        <w:rPr>
          <w:rFonts w:ascii="Segoe UI Symbol" w:hAnsi="Segoe UI Symbol" w:cs="Segoe UI Symbol"/>
          <w:sz w:val="24"/>
          <w:szCs w:val="24"/>
        </w:rPr>
        <w:t>☐</w:t>
      </w:r>
      <w:r w:rsidRPr="00F5612C">
        <w:rPr>
          <w:rFonts w:ascii="Times New Roman" w:hAnsi="Times New Roman" w:cs="Times New Roman"/>
          <w:sz w:val="24"/>
          <w:szCs w:val="24"/>
        </w:rPr>
        <w:t xml:space="preserve"> Avro hesabına ait dekont / hesap bilgisi belgesi görülmüştür.</w:t>
      </w:r>
      <w:r w:rsidRPr="00F5612C">
        <w:rPr>
          <w:rFonts w:ascii="Times New Roman" w:hAnsi="Times New Roman" w:cs="Times New Roman"/>
          <w:sz w:val="24"/>
          <w:szCs w:val="24"/>
        </w:rPr>
        <w:br/>
      </w:r>
      <w:r w:rsidRPr="00F5612C">
        <w:rPr>
          <w:rFonts w:ascii="Segoe UI Symbol" w:hAnsi="Segoe UI Symbol" w:cs="Segoe UI Symbol"/>
          <w:sz w:val="24"/>
          <w:szCs w:val="24"/>
        </w:rPr>
        <w:t>☐</w:t>
      </w:r>
      <w:r w:rsidRPr="00F5612C">
        <w:rPr>
          <w:rFonts w:ascii="Times New Roman" w:hAnsi="Times New Roman" w:cs="Times New Roman"/>
          <w:sz w:val="24"/>
          <w:szCs w:val="24"/>
        </w:rPr>
        <w:t xml:space="preserve"> Belgeler uygun bulunmuştur.</w:t>
      </w:r>
      <w:r w:rsidRPr="00F5612C">
        <w:rPr>
          <w:rFonts w:ascii="Times New Roman" w:hAnsi="Times New Roman" w:cs="Times New Roman"/>
          <w:sz w:val="24"/>
          <w:szCs w:val="24"/>
        </w:rPr>
        <w:br/>
      </w:r>
      <w:r w:rsidRPr="00F5612C">
        <w:rPr>
          <w:rFonts w:ascii="Segoe UI Symbol" w:hAnsi="Segoe UI Symbol" w:cs="Segoe UI Symbol"/>
          <w:sz w:val="24"/>
          <w:szCs w:val="24"/>
        </w:rPr>
        <w:t>☐</w:t>
      </w:r>
      <w:r w:rsidRPr="00F5612C">
        <w:rPr>
          <w:rFonts w:ascii="Times New Roman" w:hAnsi="Times New Roman" w:cs="Times New Roman"/>
          <w:sz w:val="24"/>
          <w:szCs w:val="24"/>
        </w:rPr>
        <w:t xml:space="preserve"> Eksik / tamamlanması gereken hususlar vardır: ....................................</w:t>
      </w:r>
    </w:p>
    <w:tbl>
      <w:tblPr>
        <w:tblStyle w:val="TabloKlavuzu"/>
        <w:tblW w:w="5670" w:type="dxa"/>
        <w:jc w:val="right"/>
        <w:tblLook w:val="04A0" w:firstRow="1" w:lastRow="0" w:firstColumn="1" w:lastColumn="0" w:noHBand="0" w:noVBand="1"/>
      </w:tblPr>
      <w:tblGrid>
        <w:gridCol w:w="1696"/>
        <w:gridCol w:w="3974"/>
      </w:tblGrid>
      <w:tr w:rsidR="00F5612C" w14:paraId="204F995E" w14:textId="77777777" w:rsidTr="006F2560">
        <w:trPr>
          <w:trHeight w:val="340"/>
          <w:jc w:val="right"/>
        </w:trPr>
        <w:tc>
          <w:tcPr>
            <w:tcW w:w="1696" w:type="dxa"/>
            <w:shd w:val="clear" w:color="auto" w:fill="F5F7FA"/>
          </w:tcPr>
          <w:p w14:paraId="3C871580" w14:textId="77777777" w:rsidR="00F5612C" w:rsidRDefault="00F5612C" w:rsidP="00F351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Tarih</w:t>
            </w:r>
          </w:p>
        </w:tc>
        <w:tc>
          <w:tcPr>
            <w:tcW w:w="3974" w:type="dxa"/>
          </w:tcPr>
          <w:p w14:paraId="25509ACE" w14:textId="77777777" w:rsidR="00F5612C" w:rsidRDefault="00F5612C" w:rsidP="00F351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612C" w14:paraId="7807EAB2" w14:textId="77777777" w:rsidTr="006F2560">
        <w:trPr>
          <w:trHeight w:val="340"/>
          <w:jc w:val="right"/>
        </w:trPr>
        <w:tc>
          <w:tcPr>
            <w:tcW w:w="1696" w:type="dxa"/>
            <w:shd w:val="clear" w:color="auto" w:fill="F5F7FA"/>
          </w:tcPr>
          <w:p w14:paraId="28BB7E65" w14:textId="77777777" w:rsidR="00F5612C" w:rsidRDefault="00F5612C" w:rsidP="00F351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İmza</w:t>
            </w:r>
          </w:p>
        </w:tc>
        <w:tc>
          <w:tcPr>
            <w:tcW w:w="3974" w:type="dxa"/>
          </w:tcPr>
          <w:p w14:paraId="3BECBAF7" w14:textId="77777777" w:rsidR="00F5612C" w:rsidRDefault="00F5612C" w:rsidP="00F351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CD5A25" w14:textId="77777777" w:rsidR="00F5612C" w:rsidRDefault="00F5612C" w:rsidP="00F351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612C" w14:paraId="6682673B" w14:textId="77777777" w:rsidTr="006F2560">
        <w:trPr>
          <w:trHeight w:val="340"/>
          <w:jc w:val="right"/>
        </w:trPr>
        <w:tc>
          <w:tcPr>
            <w:tcW w:w="1696" w:type="dxa"/>
            <w:shd w:val="clear" w:color="auto" w:fill="F5F7FA"/>
          </w:tcPr>
          <w:p w14:paraId="62C3A3C6" w14:textId="77777777" w:rsidR="00F5612C" w:rsidRDefault="00F5612C" w:rsidP="00F351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Adı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Soyadı</w:t>
            </w:r>
          </w:p>
        </w:tc>
        <w:tc>
          <w:tcPr>
            <w:tcW w:w="3974" w:type="dxa"/>
          </w:tcPr>
          <w:p w14:paraId="066EDF8A" w14:textId="77777777" w:rsidR="00F5612C" w:rsidRDefault="00F5612C" w:rsidP="00F351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612C" w14:paraId="76BDDA19" w14:textId="77777777" w:rsidTr="006F2560">
        <w:trPr>
          <w:trHeight w:val="340"/>
          <w:jc w:val="right"/>
        </w:trPr>
        <w:tc>
          <w:tcPr>
            <w:tcW w:w="1696" w:type="dxa"/>
            <w:shd w:val="clear" w:color="auto" w:fill="F5F7FA"/>
          </w:tcPr>
          <w:p w14:paraId="7A4CC13F" w14:textId="6CF6C99A" w:rsidR="00F5612C" w:rsidRPr="00AF5A1E" w:rsidRDefault="00F5612C" w:rsidP="00F5612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Unvan</w:t>
            </w:r>
          </w:p>
        </w:tc>
        <w:tc>
          <w:tcPr>
            <w:tcW w:w="3974" w:type="dxa"/>
          </w:tcPr>
          <w:p w14:paraId="6D9E8E16" w14:textId="77777777" w:rsidR="00F5612C" w:rsidRDefault="00F5612C" w:rsidP="00F56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E6424F6" w14:textId="77777777" w:rsidR="00F5612C" w:rsidRPr="003A4707" w:rsidRDefault="00F5612C" w:rsidP="003A4707">
      <w:pPr>
        <w:rPr>
          <w:rFonts w:ascii="Times New Roman" w:hAnsi="Times New Roman" w:cs="Times New Roman"/>
          <w:sz w:val="24"/>
          <w:szCs w:val="24"/>
        </w:rPr>
      </w:pPr>
    </w:p>
    <w:sectPr w:rsidR="00F5612C" w:rsidRPr="003A4707" w:rsidSect="00C569D3">
      <w:headerReference w:type="default" r:id="rId8"/>
      <w:footerReference w:type="default" r:id="rId9"/>
      <w:pgSz w:w="11907" w:h="16840" w:code="9"/>
      <w:pgMar w:top="851" w:right="1134" w:bottom="851" w:left="1134" w:header="8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15A466" w14:textId="77777777" w:rsidR="00B80B7D" w:rsidRPr="003A4707" w:rsidRDefault="00B80B7D" w:rsidP="006833D1">
      <w:pPr>
        <w:spacing w:after="0" w:line="240" w:lineRule="auto"/>
      </w:pPr>
      <w:r w:rsidRPr="003A4707">
        <w:separator/>
      </w:r>
    </w:p>
  </w:endnote>
  <w:endnote w:type="continuationSeparator" w:id="0">
    <w:p w14:paraId="268B8323" w14:textId="77777777" w:rsidR="00B80B7D" w:rsidRPr="003A4707" w:rsidRDefault="00B80B7D" w:rsidP="006833D1">
      <w:pPr>
        <w:spacing w:after="0" w:line="240" w:lineRule="auto"/>
      </w:pPr>
      <w:r w:rsidRPr="003A470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23149" w14:textId="77777777" w:rsidR="007A17B8" w:rsidRPr="00250C7A" w:rsidRDefault="007A17B8" w:rsidP="007A17B8">
    <w:pPr>
      <w:pStyle w:val="AltBilgi"/>
      <w:jc w:val="right"/>
      <w:rPr>
        <w:color w:val="595959" w:themeColor="text1" w:themeTint="A6"/>
      </w:rPr>
    </w:pPr>
    <w:r w:rsidRPr="00250C7A">
      <w:rPr>
        <w:color w:val="595959" w:themeColor="text1" w:themeTint="A6"/>
      </w:rPr>
      <w:t>Hakkari Üniversitesi </w:t>
    </w:r>
    <w:r>
      <w:rPr>
        <w:color w:val="595959" w:themeColor="text1" w:themeTint="A6"/>
      </w:rPr>
      <w:t>–</w:t>
    </w:r>
    <w:r w:rsidRPr="00250C7A">
      <w:rPr>
        <w:color w:val="595959" w:themeColor="text1" w:themeTint="A6"/>
      </w:rPr>
      <w:t> Erasmus</w:t>
    </w:r>
    <w:r>
      <w:rPr>
        <w:color w:val="595959" w:themeColor="text1" w:themeTint="A6"/>
      </w:rPr>
      <w:t>+</w:t>
    </w:r>
    <w:r w:rsidRPr="00250C7A">
      <w:rPr>
        <w:color w:val="595959" w:themeColor="text1" w:themeTint="A6"/>
      </w:rPr>
      <w:t xml:space="preserve"> </w:t>
    </w:r>
    <w:r>
      <w:rPr>
        <w:color w:val="595959" w:themeColor="text1" w:themeTint="A6"/>
      </w:rPr>
      <w:t xml:space="preserve">Kurum </w:t>
    </w:r>
    <w:r w:rsidRPr="00250C7A">
      <w:rPr>
        <w:color w:val="595959" w:themeColor="text1" w:themeTint="A6"/>
      </w:rPr>
      <w:t>Koordinatörlüğü</w:t>
    </w:r>
  </w:p>
  <w:p w14:paraId="5C19BA0D" w14:textId="77777777" w:rsidR="007A17B8" w:rsidRPr="00250C7A" w:rsidRDefault="007A17B8" w:rsidP="007A17B8">
    <w:pPr>
      <w:pStyle w:val="AltBilgi"/>
      <w:jc w:val="right"/>
      <w:rPr>
        <w:color w:val="595959" w:themeColor="text1" w:themeTint="A6"/>
      </w:rPr>
    </w:pPr>
    <w:r w:rsidRPr="00250C7A">
      <w:rPr>
        <w:color w:val="595959" w:themeColor="text1" w:themeTint="A6"/>
      </w:rPr>
      <w:t>Zeynel Bey Yerleşkesi Keklikpınar Mah. Kampüs Caddesi Merkezi Derslikler Binası 30000 Merkez/Hakkari</w:t>
    </w:r>
  </w:p>
  <w:p w14:paraId="62035A5D" w14:textId="77777777" w:rsidR="007A17B8" w:rsidRDefault="007A17B8" w:rsidP="007A17B8">
    <w:pPr>
      <w:pStyle w:val="AltBilgi"/>
      <w:jc w:val="right"/>
      <w:rPr>
        <w:color w:val="595959" w:themeColor="text1" w:themeTint="A6"/>
      </w:rPr>
    </w:pPr>
    <w:r w:rsidRPr="00250C7A">
      <w:rPr>
        <w:color w:val="595959" w:themeColor="text1" w:themeTint="A6"/>
      </w:rPr>
      <w:t>+90 (438) 212 12 12 / 650</w:t>
    </w:r>
    <w:r>
      <w:rPr>
        <w:color w:val="595959" w:themeColor="text1" w:themeTint="A6"/>
      </w:rPr>
      <w:t>5</w:t>
    </w:r>
    <w:r w:rsidRPr="00250C7A">
      <w:rPr>
        <w:color w:val="595959" w:themeColor="text1" w:themeTint="A6"/>
      </w:rPr>
      <w:t>, 650</w:t>
    </w:r>
    <w:r>
      <w:rPr>
        <w:color w:val="595959" w:themeColor="text1" w:themeTint="A6"/>
      </w:rPr>
      <w:t>1</w:t>
    </w:r>
  </w:p>
  <w:p w14:paraId="24285376" w14:textId="6F9DC89C" w:rsidR="007A17B8" w:rsidRPr="007A17B8" w:rsidRDefault="007A17B8" w:rsidP="007A17B8">
    <w:pPr>
      <w:pStyle w:val="AltBilgi"/>
      <w:jc w:val="right"/>
      <w:rPr>
        <w:color w:val="595959" w:themeColor="text1" w:themeTint="A6"/>
      </w:rPr>
    </w:pPr>
    <w:r>
      <w:rPr>
        <w:color w:val="595959" w:themeColor="text1" w:themeTint="A6"/>
      </w:rPr>
      <w:t>erasmus@hakkari.edu.tr</w:t>
    </w:r>
  </w:p>
  <w:p w14:paraId="1BC508FF" w14:textId="77777777" w:rsidR="007A17B8" w:rsidRDefault="007A17B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594A3" w14:textId="77777777" w:rsidR="00B80B7D" w:rsidRPr="003A4707" w:rsidRDefault="00B80B7D" w:rsidP="006833D1">
      <w:pPr>
        <w:spacing w:after="0" w:line="240" w:lineRule="auto"/>
      </w:pPr>
      <w:r w:rsidRPr="003A4707">
        <w:separator/>
      </w:r>
    </w:p>
  </w:footnote>
  <w:footnote w:type="continuationSeparator" w:id="0">
    <w:p w14:paraId="5E48DD87" w14:textId="77777777" w:rsidR="00B80B7D" w:rsidRPr="003A4707" w:rsidRDefault="00B80B7D" w:rsidP="006833D1">
      <w:pPr>
        <w:spacing w:after="0" w:line="240" w:lineRule="auto"/>
      </w:pPr>
      <w:r w:rsidRPr="003A470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oKlavuzu"/>
      <w:tblW w:w="5000" w:type="pct"/>
      <w:jc w:val="center"/>
      <w:tblLook w:val="04A0" w:firstRow="1" w:lastRow="0" w:firstColumn="1" w:lastColumn="0" w:noHBand="0" w:noVBand="1"/>
    </w:tblPr>
    <w:tblGrid>
      <w:gridCol w:w="1129"/>
      <w:gridCol w:w="8500"/>
    </w:tblGrid>
    <w:tr w:rsidR="00025FC3" w14:paraId="73390C1A" w14:textId="77777777" w:rsidTr="00C569D3">
      <w:trPr>
        <w:trHeight w:val="1129"/>
        <w:jc w:val="center"/>
      </w:trPr>
      <w:tc>
        <w:tcPr>
          <w:tcW w:w="586" w:type="pct"/>
          <w:shd w:val="clear" w:color="auto" w:fill="F5F7FA"/>
          <w:vAlign w:val="center"/>
        </w:tcPr>
        <w:p w14:paraId="651DD7A8" w14:textId="77777777" w:rsidR="00025FC3" w:rsidRDefault="00025FC3" w:rsidP="00025FC3">
          <w:pPr>
            <w:pStyle w:val="stBilgi"/>
          </w:pPr>
          <w:r>
            <w:rPr>
              <w:noProof/>
            </w:rPr>
            <w:drawing>
              <wp:inline distT="0" distB="0" distL="0" distR="0" wp14:anchorId="6E92367B" wp14:editId="7A410265">
                <wp:extent cx="481360" cy="612000"/>
                <wp:effectExtent l="0" t="0" r="0" b="0"/>
                <wp:docPr id="1627771533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27771533" name="Resim 162777153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1360" cy="61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14" w:type="pct"/>
          <w:shd w:val="clear" w:color="auto" w:fill="F5F7FA"/>
          <w:vAlign w:val="center"/>
        </w:tcPr>
        <w:p w14:paraId="70256A44" w14:textId="392D1196" w:rsidR="00FA797E" w:rsidRDefault="00025FC3" w:rsidP="00025FC3">
          <w:pPr>
            <w:pStyle w:val="stBilgi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3A4707">
            <w:rPr>
              <w:rFonts w:ascii="Times New Roman" w:hAnsi="Times New Roman" w:cs="Times New Roman"/>
              <w:b/>
              <w:sz w:val="24"/>
              <w:szCs w:val="24"/>
            </w:rPr>
            <w:t xml:space="preserve">ERASMUS+ </w:t>
          </w:r>
          <w:r w:rsidR="00FA797E">
            <w:rPr>
              <w:rFonts w:ascii="Times New Roman" w:hAnsi="Times New Roman" w:cs="Times New Roman"/>
              <w:b/>
              <w:sz w:val="24"/>
              <w:szCs w:val="24"/>
            </w:rPr>
            <w:t xml:space="preserve">ÖĞRENCİ ÖĞRENİM </w:t>
          </w:r>
          <w:r w:rsidRPr="003A4707">
            <w:rPr>
              <w:rFonts w:ascii="Times New Roman" w:hAnsi="Times New Roman" w:cs="Times New Roman"/>
              <w:b/>
              <w:sz w:val="24"/>
              <w:szCs w:val="24"/>
            </w:rPr>
            <w:t>HAREKETLİLİĞİ</w:t>
          </w:r>
        </w:p>
        <w:p w14:paraId="44E729BD" w14:textId="1FE0882C" w:rsidR="00025FC3" w:rsidRPr="00E9748B" w:rsidRDefault="00F5612C" w:rsidP="00025FC3">
          <w:pPr>
            <w:pStyle w:val="stBilgi"/>
            <w:jc w:val="center"/>
            <w:rPr>
              <w:sz w:val="22"/>
              <w:szCs w:val="24"/>
            </w:rPr>
          </w:pPr>
          <w:r w:rsidRPr="00F5612C">
            <w:rPr>
              <w:rFonts w:ascii="Times New Roman" w:hAnsi="Times New Roman" w:cs="Times New Roman"/>
              <w:b/>
              <w:sz w:val="24"/>
              <w:szCs w:val="24"/>
            </w:rPr>
            <w:t>VİZE, SİGORTA VE BANKA BİLGİSİ TESLİM BEYAN DİLEKÇESİ</w:t>
          </w:r>
        </w:p>
      </w:tc>
    </w:tr>
  </w:tbl>
  <w:p w14:paraId="2F41DBB4" w14:textId="77777777" w:rsidR="006833D1" w:rsidRPr="003A4707" w:rsidRDefault="006833D1" w:rsidP="00025FC3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70082FB9"/>
    <w:multiLevelType w:val="multilevel"/>
    <w:tmpl w:val="F9ACE1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481889796">
    <w:abstractNumId w:val="8"/>
  </w:num>
  <w:num w:numId="2" w16cid:durableId="216668841">
    <w:abstractNumId w:val="6"/>
  </w:num>
  <w:num w:numId="3" w16cid:durableId="1296642632">
    <w:abstractNumId w:val="5"/>
  </w:num>
  <w:num w:numId="4" w16cid:durableId="783303191">
    <w:abstractNumId w:val="4"/>
  </w:num>
  <w:num w:numId="5" w16cid:durableId="1011221914">
    <w:abstractNumId w:val="7"/>
  </w:num>
  <w:num w:numId="6" w16cid:durableId="1270166957">
    <w:abstractNumId w:val="3"/>
  </w:num>
  <w:num w:numId="7" w16cid:durableId="1699502860">
    <w:abstractNumId w:val="2"/>
  </w:num>
  <w:num w:numId="8" w16cid:durableId="1791052843">
    <w:abstractNumId w:val="1"/>
  </w:num>
  <w:num w:numId="9" w16cid:durableId="461386312">
    <w:abstractNumId w:val="0"/>
  </w:num>
  <w:num w:numId="10" w16cid:durableId="103037686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5FC3"/>
    <w:rsid w:val="00034616"/>
    <w:rsid w:val="0006063C"/>
    <w:rsid w:val="000A43B8"/>
    <w:rsid w:val="0015074B"/>
    <w:rsid w:val="0019483D"/>
    <w:rsid w:val="001D778E"/>
    <w:rsid w:val="00230962"/>
    <w:rsid w:val="0026091A"/>
    <w:rsid w:val="00274B6C"/>
    <w:rsid w:val="0029639D"/>
    <w:rsid w:val="002D49F6"/>
    <w:rsid w:val="00326F90"/>
    <w:rsid w:val="00335E63"/>
    <w:rsid w:val="00367A92"/>
    <w:rsid w:val="00396D77"/>
    <w:rsid w:val="003A4707"/>
    <w:rsid w:val="003B1413"/>
    <w:rsid w:val="003E6B8D"/>
    <w:rsid w:val="003F3FEA"/>
    <w:rsid w:val="00450FEA"/>
    <w:rsid w:val="00463D7C"/>
    <w:rsid w:val="004C4FA2"/>
    <w:rsid w:val="00565C3D"/>
    <w:rsid w:val="006833D1"/>
    <w:rsid w:val="006B2A79"/>
    <w:rsid w:val="006E60A4"/>
    <w:rsid w:val="006F2560"/>
    <w:rsid w:val="00796006"/>
    <w:rsid w:val="007A17B8"/>
    <w:rsid w:val="00870EC1"/>
    <w:rsid w:val="008F7740"/>
    <w:rsid w:val="009061E2"/>
    <w:rsid w:val="00930071"/>
    <w:rsid w:val="0093079E"/>
    <w:rsid w:val="00AA1D8D"/>
    <w:rsid w:val="00AA5DCD"/>
    <w:rsid w:val="00AB3A7A"/>
    <w:rsid w:val="00AD0DE9"/>
    <w:rsid w:val="00B47730"/>
    <w:rsid w:val="00B7436A"/>
    <w:rsid w:val="00B80B7D"/>
    <w:rsid w:val="00BA10CF"/>
    <w:rsid w:val="00BF7B7C"/>
    <w:rsid w:val="00C569D3"/>
    <w:rsid w:val="00CB0664"/>
    <w:rsid w:val="00D353ED"/>
    <w:rsid w:val="00DB7265"/>
    <w:rsid w:val="00DD400F"/>
    <w:rsid w:val="00E043EE"/>
    <w:rsid w:val="00E73424"/>
    <w:rsid w:val="00F339BF"/>
    <w:rsid w:val="00F5612C"/>
    <w:rsid w:val="00F87F13"/>
    <w:rsid w:val="00FA797E"/>
    <w:rsid w:val="00FC1FD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AA8F30C"/>
  <w14:defaultImageDpi w14:val="300"/>
  <w15:docId w15:val="{A7567D37-288E-431F-9793-83B80F83C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612C"/>
    <w:rPr>
      <w:rFonts w:ascii="Arial" w:hAnsi="Arial"/>
      <w:sz w:val="20"/>
      <w:lang w:val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klamaBavurusu">
    <w:name w:val="annotation reference"/>
    <w:basedOn w:val="VarsaylanParagrafYazTipi"/>
    <w:uiPriority w:val="99"/>
    <w:semiHidden/>
    <w:unhideWhenUsed/>
    <w:rsid w:val="006B2A79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6B2A79"/>
    <w:pPr>
      <w:spacing w:line="240" w:lineRule="auto"/>
    </w:pPr>
    <w:rPr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6B2A79"/>
    <w:rPr>
      <w:rFonts w:ascii="Arial" w:hAnsi="Arial"/>
      <w:sz w:val="20"/>
      <w:szCs w:val="20"/>
      <w:lang w:val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6B2A79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6B2A79"/>
    <w:rPr>
      <w:rFonts w:ascii="Arial" w:hAnsi="Arial"/>
      <w:b/>
      <w:bCs/>
      <w:sz w:val="20"/>
      <w:szCs w:val="20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225</Words>
  <Characters>1288</Characters>
  <Application>Microsoft Office Word</Application>
  <DocSecurity>0</DocSecurity>
  <Lines>10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1510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Savaş Beyter</cp:lastModifiedBy>
  <cp:revision>7</cp:revision>
  <cp:lastPrinted>2026-09-01T12:52:00Z</cp:lastPrinted>
  <dcterms:created xsi:type="dcterms:W3CDTF">2026-04-23T18:46:00Z</dcterms:created>
  <dcterms:modified xsi:type="dcterms:W3CDTF">2026-11-02T10:25:00Z</dcterms:modified>
  <cp:category/>
</cp:coreProperties>
</file>