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38E83" w14:textId="7136FAD6" w:rsidR="00EC10C2" w:rsidRPr="00EC10C2" w:rsidRDefault="00EC10C2" w:rsidP="00EC10C2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EC10C2">
        <w:rPr>
          <w:rFonts w:cs="Times New Roman"/>
          <w:b/>
          <w:sz w:val="24"/>
          <w:szCs w:val="24"/>
        </w:rPr>
        <w:t>T.C.</w:t>
      </w:r>
    </w:p>
    <w:p w14:paraId="7FEF0570" w14:textId="77777777" w:rsidR="00EC10C2" w:rsidRPr="00EC10C2" w:rsidRDefault="00EC10C2" w:rsidP="00EC10C2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EC10C2">
        <w:rPr>
          <w:rFonts w:cs="Times New Roman"/>
          <w:b/>
          <w:sz w:val="24"/>
          <w:szCs w:val="24"/>
        </w:rPr>
        <w:t>HAKKARİ ÜNİVERSİTESİ REKTÖRLÜĞÜNE</w:t>
      </w:r>
    </w:p>
    <w:p w14:paraId="0FB08F54" w14:textId="77777777" w:rsidR="00EC10C2" w:rsidRPr="00EC10C2" w:rsidRDefault="00EC10C2" w:rsidP="00EC10C2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EC10C2">
        <w:rPr>
          <w:rFonts w:cs="Times New Roman"/>
          <w:b/>
          <w:sz w:val="24"/>
          <w:szCs w:val="24"/>
        </w:rPr>
        <w:t>Uluslararası İş Birliği Ofisi</w:t>
      </w:r>
    </w:p>
    <w:p w14:paraId="037743E4" w14:textId="77777777" w:rsidR="00EC10C2" w:rsidRPr="00EC10C2" w:rsidRDefault="00EC10C2" w:rsidP="00EC10C2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EC10C2">
        <w:rPr>
          <w:rFonts w:cs="Times New Roman"/>
          <w:b/>
          <w:sz w:val="24"/>
          <w:szCs w:val="24"/>
        </w:rPr>
        <w:t>Erasmus+ Kurum Koordinatörlüğü</w:t>
      </w:r>
    </w:p>
    <w:p w14:paraId="604D75B0" w14:textId="77777777" w:rsidR="00EC10C2" w:rsidRPr="00EC10C2" w:rsidRDefault="00EC10C2" w:rsidP="00EC10C2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58"/>
        <w:gridCol w:w="2901"/>
        <w:gridCol w:w="1888"/>
        <w:gridCol w:w="1741"/>
      </w:tblGrid>
      <w:tr w:rsidR="00100E33" w:rsidRPr="00EC10C2" w14:paraId="0DEF07D2" w14:textId="77777777" w:rsidTr="00EC10C2">
        <w:trPr>
          <w:jc w:val="center"/>
        </w:trPr>
        <w:tc>
          <w:tcPr>
            <w:tcW w:w="2694" w:type="dxa"/>
            <w:shd w:val="clear" w:color="auto" w:fill="EFF3F6"/>
            <w:vAlign w:val="center"/>
          </w:tcPr>
          <w:p w14:paraId="1670CEFB" w14:textId="2E28AF3C" w:rsidR="00100E33" w:rsidRPr="00EC10C2" w:rsidRDefault="00000000">
            <w:pPr>
              <w:spacing w:before="40" w:after="40"/>
            </w:pPr>
            <w:proofErr w:type="gramStart"/>
            <w:r w:rsidRPr="00EC10C2">
              <w:rPr>
                <w:b/>
                <w:sz w:val="21"/>
              </w:rPr>
              <w:t>Adı</w:t>
            </w:r>
            <w:r w:rsidR="00BE54D2" w:rsidRPr="00EC10C2">
              <w:rPr>
                <w:b/>
                <w:sz w:val="21"/>
              </w:rPr>
              <w:t xml:space="preserve"> -</w:t>
            </w:r>
            <w:proofErr w:type="gramEnd"/>
            <w:r w:rsidRPr="00EC10C2">
              <w:rPr>
                <w:b/>
                <w:sz w:val="21"/>
              </w:rPr>
              <w:t xml:space="preserve"> Soyadı</w:t>
            </w:r>
          </w:p>
        </w:tc>
        <w:tc>
          <w:tcPr>
            <w:tcW w:w="6377" w:type="dxa"/>
            <w:gridSpan w:val="3"/>
            <w:vAlign w:val="center"/>
          </w:tcPr>
          <w:p w14:paraId="00C12D2F" w14:textId="19C53A46" w:rsidR="00100E33" w:rsidRPr="00EC10C2" w:rsidRDefault="00100E33">
            <w:pPr>
              <w:spacing w:before="40" w:after="40"/>
            </w:pPr>
          </w:p>
        </w:tc>
      </w:tr>
      <w:tr w:rsidR="00BE54D2" w:rsidRPr="00EC10C2" w14:paraId="38954AEC" w14:textId="77777777" w:rsidTr="00EC10C2">
        <w:trPr>
          <w:jc w:val="center"/>
        </w:trPr>
        <w:tc>
          <w:tcPr>
            <w:tcW w:w="2694" w:type="dxa"/>
            <w:shd w:val="clear" w:color="auto" w:fill="EFF3F6"/>
            <w:vAlign w:val="center"/>
          </w:tcPr>
          <w:p w14:paraId="260BA90E" w14:textId="19425BE4" w:rsidR="00BE54D2" w:rsidRPr="00EC10C2" w:rsidRDefault="00BE54D2">
            <w:pPr>
              <w:spacing w:before="40" w:after="40"/>
            </w:pPr>
            <w:r w:rsidRPr="00EC10C2">
              <w:rPr>
                <w:b/>
                <w:sz w:val="21"/>
              </w:rPr>
              <w:t>TCKN / Öğrenci Numarası</w:t>
            </w:r>
          </w:p>
        </w:tc>
        <w:tc>
          <w:tcPr>
            <w:tcW w:w="2833" w:type="dxa"/>
            <w:vAlign w:val="center"/>
          </w:tcPr>
          <w:p w14:paraId="04A6E98C" w14:textId="77777777" w:rsidR="00BE54D2" w:rsidRPr="00EC10C2" w:rsidRDefault="00BE54D2">
            <w:pPr>
              <w:spacing w:before="40" w:after="40"/>
            </w:pPr>
          </w:p>
        </w:tc>
        <w:tc>
          <w:tcPr>
            <w:tcW w:w="3544" w:type="dxa"/>
            <w:gridSpan w:val="2"/>
            <w:vAlign w:val="center"/>
          </w:tcPr>
          <w:p w14:paraId="2861520B" w14:textId="46F01D75" w:rsidR="00BE54D2" w:rsidRPr="00EC10C2" w:rsidRDefault="00BE54D2">
            <w:pPr>
              <w:spacing w:before="40" w:after="40"/>
            </w:pPr>
          </w:p>
        </w:tc>
      </w:tr>
      <w:tr w:rsidR="00100E33" w:rsidRPr="00EC10C2" w14:paraId="65FCD7A7" w14:textId="77777777" w:rsidTr="00EC10C2">
        <w:trPr>
          <w:jc w:val="center"/>
        </w:trPr>
        <w:tc>
          <w:tcPr>
            <w:tcW w:w="2694" w:type="dxa"/>
            <w:shd w:val="clear" w:color="auto" w:fill="EFF3F6"/>
            <w:vAlign w:val="center"/>
          </w:tcPr>
          <w:p w14:paraId="5268168A" w14:textId="60F4832A" w:rsidR="00100E33" w:rsidRPr="00EC10C2" w:rsidRDefault="00BE54D2">
            <w:pPr>
              <w:spacing w:before="40" w:after="40"/>
            </w:pPr>
            <w:r w:rsidRPr="00EC10C2">
              <w:rPr>
                <w:b/>
                <w:sz w:val="21"/>
              </w:rPr>
              <w:t>Enstitü / Fakülte / MYO</w:t>
            </w:r>
          </w:p>
        </w:tc>
        <w:tc>
          <w:tcPr>
            <w:tcW w:w="6377" w:type="dxa"/>
            <w:gridSpan w:val="3"/>
            <w:vAlign w:val="center"/>
          </w:tcPr>
          <w:p w14:paraId="7E358359" w14:textId="05C3DDC7" w:rsidR="00100E33" w:rsidRPr="00EC10C2" w:rsidRDefault="00100E33">
            <w:pPr>
              <w:spacing w:before="40" w:after="40"/>
            </w:pPr>
          </w:p>
        </w:tc>
      </w:tr>
      <w:tr w:rsidR="00BE54D2" w:rsidRPr="00EC10C2" w14:paraId="4CD6D5F5" w14:textId="77777777" w:rsidTr="00EC10C2">
        <w:trPr>
          <w:jc w:val="center"/>
        </w:trPr>
        <w:tc>
          <w:tcPr>
            <w:tcW w:w="2694" w:type="dxa"/>
            <w:shd w:val="clear" w:color="auto" w:fill="EFF3F6"/>
            <w:vAlign w:val="center"/>
          </w:tcPr>
          <w:p w14:paraId="2FEA1848" w14:textId="55DC55CD" w:rsidR="00BE54D2" w:rsidRPr="00EC10C2" w:rsidRDefault="00BE54D2">
            <w:pPr>
              <w:spacing w:before="40" w:after="40"/>
            </w:pPr>
            <w:r w:rsidRPr="00EC10C2">
              <w:rPr>
                <w:b/>
                <w:sz w:val="21"/>
              </w:rPr>
              <w:t>Bölüm / Sınıf</w:t>
            </w:r>
          </w:p>
        </w:tc>
        <w:tc>
          <w:tcPr>
            <w:tcW w:w="4677" w:type="dxa"/>
            <w:gridSpan w:val="2"/>
            <w:vAlign w:val="center"/>
          </w:tcPr>
          <w:p w14:paraId="62BE7F4F" w14:textId="77777777" w:rsidR="00BE54D2" w:rsidRPr="00EC10C2" w:rsidRDefault="00BE54D2">
            <w:pPr>
              <w:spacing w:before="40" w:after="40"/>
            </w:pPr>
          </w:p>
        </w:tc>
        <w:tc>
          <w:tcPr>
            <w:tcW w:w="1700" w:type="dxa"/>
            <w:vAlign w:val="center"/>
          </w:tcPr>
          <w:p w14:paraId="42B24A3D" w14:textId="6F6A795B" w:rsidR="00BE54D2" w:rsidRPr="00EC10C2" w:rsidRDefault="00BE54D2">
            <w:pPr>
              <w:spacing w:before="40" w:after="40"/>
            </w:pPr>
          </w:p>
        </w:tc>
      </w:tr>
      <w:tr w:rsidR="00BE54D2" w:rsidRPr="00EC10C2" w14:paraId="1B6DA06F" w14:textId="77777777" w:rsidTr="00EC10C2">
        <w:trPr>
          <w:jc w:val="center"/>
        </w:trPr>
        <w:tc>
          <w:tcPr>
            <w:tcW w:w="2694" w:type="dxa"/>
            <w:shd w:val="clear" w:color="auto" w:fill="EFF3F6"/>
            <w:vAlign w:val="center"/>
          </w:tcPr>
          <w:p w14:paraId="68DB0300" w14:textId="77777777" w:rsidR="00BE54D2" w:rsidRPr="00EC10C2" w:rsidRDefault="00BE54D2">
            <w:pPr>
              <w:spacing w:before="40" w:after="40"/>
            </w:pPr>
            <w:r w:rsidRPr="00EC10C2">
              <w:rPr>
                <w:b/>
                <w:sz w:val="21"/>
              </w:rPr>
              <w:t>İletişim (Telefon / E-posta)</w:t>
            </w:r>
          </w:p>
        </w:tc>
        <w:tc>
          <w:tcPr>
            <w:tcW w:w="2833" w:type="dxa"/>
            <w:vAlign w:val="center"/>
          </w:tcPr>
          <w:p w14:paraId="6A538CA3" w14:textId="77777777" w:rsidR="00BE54D2" w:rsidRPr="00EC10C2" w:rsidRDefault="00BE54D2">
            <w:pPr>
              <w:spacing w:before="40" w:after="40"/>
            </w:pPr>
          </w:p>
        </w:tc>
        <w:tc>
          <w:tcPr>
            <w:tcW w:w="3544" w:type="dxa"/>
            <w:gridSpan w:val="2"/>
            <w:vAlign w:val="center"/>
          </w:tcPr>
          <w:p w14:paraId="350EFF87" w14:textId="1D69439C" w:rsidR="00BE54D2" w:rsidRPr="00EC10C2" w:rsidRDefault="00BE54D2">
            <w:pPr>
              <w:spacing w:before="40" w:after="40"/>
            </w:pPr>
          </w:p>
        </w:tc>
      </w:tr>
    </w:tbl>
    <w:p w14:paraId="57B07340" w14:textId="77777777" w:rsidR="00100E33" w:rsidRPr="00EC10C2" w:rsidRDefault="00100E33">
      <w:pPr>
        <w:spacing w:after="0"/>
      </w:pPr>
    </w:p>
    <w:p w14:paraId="27424F8B" w14:textId="42ED4D92" w:rsidR="00100E33" w:rsidRPr="00EC10C2" w:rsidRDefault="00BE54D2">
      <w:pPr>
        <w:spacing w:after="240"/>
        <w:jc w:val="both"/>
      </w:pPr>
      <w:r w:rsidRPr="00EC10C2">
        <w:t>……………</w:t>
      </w:r>
      <w:r w:rsidR="00F47917" w:rsidRPr="00EC10C2">
        <w:t>…</w:t>
      </w:r>
      <w:r w:rsidRPr="00EC10C2">
        <w:t>.. Akademik Yılı ……</w:t>
      </w:r>
      <w:r w:rsidR="00F47917" w:rsidRPr="00EC10C2">
        <w:t>…</w:t>
      </w:r>
      <w:r w:rsidRPr="00EC10C2">
        <w:t>… Dönemi Erasmus+ KA131 ve KA171 Öğrenci Öğrenim Hareketliliği çağrılarının her ikisinde de asıl aday olarak belirlendim. Yalnızca bir hareketlilik hakkından yararlanabileceğimden, aşağıda işaretlediğim hareketliliği tercih ediyor; diğer hareketlilik kapsamındaki asıl adaylık hakkımdan kendi isteğimle feragat ediyorum.</w:t>
      </w:r>
    </w:p>
    <w:p w14:paraId="35F2538D" w14:textId="77777777" w:rsidR="00100E33" w:rsidRPr="00EC10C2" w:rsidRDefault="00000000">
      <w:pPr>
        <w:spacing w:after="120"/>
      </w:pPr>
      <w:r w:rsidRPr="00EC10C2">
        <w:rPr>
          <w:b/>
        </w:rPr>
        <w:t xml:space="preserve">Hareketlilik Tercihim </w:t>
      </w:r>
      <w:r w:rsidRPr="00EC10C2">
        <w:rPr>
          <w:i/>
          <w:sz w:val="20"/>
        </w:rPr>
        <w:t>(Lütfen yalnızca bir seçeneği işaretleyiniz.)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127"/>
        <w:gridCol w:w="8161"/>
      </w:tblGrid>
      <w:tr w:rsidR="00100E33" w:rsidRPr="00EC10C2" w14:paraId="52849403" w14:textId="77777777" w:rsidTr="00EC10C2">
        <w:tc>
          <w:tcPr>
            <w:tcW w:w="1101" w:type="dxa"/>
            <w:tcBorders>
              <w:top w:val="single" w:sz="5" w:space="0" w:color="D2D9E0"/>
              <w:left w:val="single" w:sz="5" w:space="0" w:color="D2D9E0"/>
              <w:bottom w:val="single" w:sz="5" w:space="0" w:color="D2D9E0"/>
              <w:right w:val="single" w:sz="5" w:space="0" w:color="D2D9E0"/>
            </w:tcBorders>
            <w:shd w:val="clear" w:color="auto" w:fill="F7F9FB"/>
            <w:vAlign w:val="center"/>
          </w:tcPr>
          <w:p w14:paraId="2C7C09B6" w14:textId="77777777" w:rsidR="00100E33" w:rsidRPr="00EC10C2" w:rsidRDefault="00000000">
            <w:pPr>
              <w:spacing w:before="40" w:after="40"/>
              <w:jc w:val="center"/>
            </w:pPr>
            <w:r w:rsidRPr="00EC10C2">
              <w:rPr>
                <w:sz w:val="21"/>
              </w:rPr>
              <w:t>☐</w:t>
            </w:r>
          </w:p>
        </w:tc>
        <w:tc>
          <w:tcPr>
            <w:tcW w:w="7971" w:type="dxa"/>
            <w:tcBorders>
              <w:top w:val="single" w:sz="5" w:space="0" w:color="D2D9E0"/>
              <w:left w:val="single" w:sz="5" w:space="0" w:color="D2D9E0"/>
              <w:bottom w:val="single" w:sz="5" w:space="0" w:color="D2D9E0"/>
              <w:right w:val="single" w:sz="5" w:space="0" w:color="D2D9E0"/>
            </w:tcBorders>
            <w:shd w:val="clear" w:color="auto" w:fill="F7F9FB"/>
          </w:tcPr>
          <w:p w14:paraId="2D8D5B84" w14:textId="77777777" w:rsidR="00100E33" w:rsidRPr="00EC10C2" w:rsidRDefault="00000000">
            <w:pPr>
              <w:spacing w:before="80" w:after="60"/>
            </w:pPr>
            <w:r w:rsidRPr="00EC10C2">
              <w:rPr>
                <w:b/>
                <w:sz w:val="21"/>
              </w:rPr>
              <w:t>KA131 Öğrenci Öğrenim Hareketliliğini tercih ediyorum.</w:t>
            </w:r>
          </w:p>
          <w:p w14:paraId="22FCACF9" w14:textId="77777777" w:rsidR="00100E33" w:rsidRPr="00EC10C2" w:rsidRDefault="00000000">
            <w:pPr>
              <w:spacing w:after="80"/>
            </w:pPr>
            <w:r w:rsidRPr="00EC10C2">
              <w:rPr>
                <w:sz w:val="20"/>
              </w:rPr>
              <w:t>KA171 Öğrenci Öğrenim Hareketliliği kapsamındaki asıl adaylık hakkımdan feragat ediyorum.</w:t>
            </w:r>
          </w:p>
        </w:tc>
      </w:tr>
      <w:tr w:rsidR="00100E33" w:rsidRPr="00EC10C2" w14:paraId="1BBB60B7" w14:textId="77777777" w:rsidTr="00EC10C2">
        <w:tc>
          <w:tcPr>
            <w:tcW w:w="1101" w:type="dxa"/>
            <w:tcBorders>
              <w:top w:val="single" w:sz="5" w:space="0" w:color="D2D9E0"/>
              <w:left w:val="single" w:sz="5" w:space="0" w:color="D2D9E0"/>
              <w:bottom w:val="single" w:sz="5" w:space="0" w:color="D2D9E0"/>
              <w:right w:val="single" w:sz="5" w:space="0" w:color="D2D9E0"/>
            </w:tcBorders>
            <w:vAlign w:val="center"/>
          </w:tcPr>
          <w:p w14:paraId="432F22D6" w14:textId="77777777" w:rsidR="00100E33" w:rsidRPr="00EC10C2" w:rsidRDefault="00000000">
            <w:pPr>
              <w:spacing w:before="40" w:after="40"/>
              <w:jc w:val="center"/>
            </w:pPr>
            <w:r w:rsidRPr="00EC10C2">
              <w:rPr>
                <w:sz w:val="21"/>
              </w:rPr>
              <w:t>☐</w:t>
            </w:r>
          </w:p>
        </w:tc>
        <w:tc>
          <w:tcPr>
            <w:tcW w:w="7971" w:type="dxa"/>
            <w:tcBorders>
              <w:top w:val="single" w:sz="5" w:space="0" w:color="D2D9E0"/>
              <w:left w:val="single" w:sz="5" w:space="0" w:color="D2D9E0"/>
              <w:bottom w:val="single" w:sz="5" w:space="0" w:color="D2D9E0"/>
              <w:right w:val="single" w:sz="5" w:space="0" w:color="D2D9E0"/>
            </w:tcBorders>
          </w:tcPr>
          <w:p w14:paraId="02584D3A" w14:textId="77777777" w:rsidR="00100E33" w:rsidRPr="00EC10C2" w:rsidRDefault="00000000">
            <w:pPr>
              <w:spacing w:before="80" w:after="60"/>
            </w:pPr>
            <w:r w:rsidRPr="00EC10C2">
              <w:rPr>
                <w:b/>
                <w:sz w:val="21"/>
              </w:rPr>
              <w:t>KA171 Öğrenci Öğrenim Hareketliliğini tercih ediyorum.</w:t>
            </w:r>
          </w:p>
          <w:p w14:paraId="1097699D" w14:textId="77777777" w:rsidR="00100E33" w:rsidRPr="00EC10C2" w:rsidRDefault="00000000">
            <w:pPr>
              <w:spacing w:after="80"/>
            </w:pPr>
            <w:r w:rsidRPr="00EC10C2">
              <w:rPr>
                <w:sz w:val="20"/>
              </w:rPr>
              <w:t>KA131 Öğrenci Öğrenim Hareketliliği kapsamındaki asıl adaylık hakkımdan feragat ediyorum.</w:t>
            </w:r>
          </w:p>
        </w:tc>
      </w:tr>
    </w:tbl>
    <w:p w14:paraId="7E7A0B31" w14:textId="77777777" w:rsidR="00100E33" w:rsidRPr="00EC10C2" w:rsidRDefault="00000000">
      <w:pPr>
        <w:spacing w:before="300"/>
        <w:jc w:val="both"/>
      </w:pPr>
      <w:r w:rsidRPr="00EC10C2">
        <w:t>Yukarıda belirttiğim tercihim doğrultusunda, feragat ettiğim hareketlilik kapsamındaki asıl adaylık hakkımın sona ermesini ve boşalan kontenjanın ilgili yedek aday sıralaması uyarınca değerlendirilmesini kabul ve beyan ederim.</w:t>
      </w:r>
    </w:p>
    <w:p w14:paraId="2B0C5847" w14:textId="77777777" w:rsidR="00100E33" w:rsidRPr="00EC10C2" w:rsidRDefault="00000000">
      <w:pPr>
        <w:spacing w:before="180"/>
        <w:jc w:val="right"/>
      </w:pPr>
      <w:r w:rsidRPr="00EC10C2">
        <w:t>Gereğini arz ederim.</w:t>
      </w:r>
    </w:p>
    <w:tbl>
      <w:tblPr>
        <w:tblStyle w:val="TabloKlavuzu"/>
        <w:tblW w:w="5670" w:type="dxa"/>
        <w:jc w:val="right"/>
        <w:tblLook w:val="04A0" w:firstRow="1" w:lastRow="0" w:firstColumn="1" w:lastColumn="0" w:noHBand="0" w:noVBand="1"/>
      </w:tblPr>
      <w:tblGrid>
        <w:gridCol w:w="1555"/>
        <w:gridCol w:w="4115"/>
      </w:tblGrid>
      <w:tr w:rsidR="00BE54D2" w:rsidRPr="00EC10C2" w14:paraId="469B8EE1" w14:textId="77777777" w:rsidTr="002D6EB5">
        <w:trPr>
          <w:trHeight w:val="340"/>
          <w:jc w:val="right"/>
        </w:trPr>
        <w:tc>
          <w:tcPr>
            <w:tcW w:w="1555" w:type="dxa"/>
            <w:shd w:val="clear" w:color="auto" w:fill="F5F7FA"/>
          </w:tcPr>
          <w:p w14:paraId="26C9EBB6" w14:textId="77777777" w:rsidR="00BE54D2" w:rsidRPr="00EC10C2" w:rsidRDefault="00BE54D2" w:rsidP="002D6EB5">
            <w:pPr>
              <w:jc w:val="right"/>
              <w:rPr>
                <w:rFonts w:cs="Times New Roman"/>
                <w:sz w:val="24"/>
                <w:szCs w:val="24"/>
              </w:rPr>
            </w:pPr>
            <w:r w:rsidRPr="00EC10C2">
              <w:rPr>
                <w:rFonts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4115" w:type="dxa"/>
          </w:tcPr>
          <w:p w14:paraId="2B646C4D" w14:textId="77777777" w:rsidR="00BE54D2" w:rsidRPr="00EC10C2" w:rsidRDefault="00BE54D2" w:rsidP="002D6EB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E54D2" w:rsidRPr="00EC10C2" w14:paraId="6AB0561D" w14:textId="77777777" w:rsidTr="002D6EB5">
        <w:trPr>
          <w:trHeight w:val="340"/>
          <w:jc w:val="right"/>
        </w:trPr>
        <w:tc>
          <w:tcPr>
            <w:tcW w:w="1555" w:type="dxa"/>
            <w:shd w:val="clear" w:color="auto" w:fill="F5F7FA"/>
          </w:tcPr>
          <w:p w14:paraId="58C51D76" w14:textId="0978ED8A" w:rsidR="00BE54D2" w:rsidRPr="00EC10C2" w:rsidRDefault="00BE54D2" w:rsidP="004B7B5A">
            <w:pPr>
              <w:jc w:val="right"/>
              <w:rPr>
                <w:rFonts w:cs="Times New Roman"/>
                <w:sz w:val="24"/>
                <w:szCs w:val="24"/>
              </w:rPr>
            </w:pPr>
            <w:r w:rsidRPr="00EC10C2">
              <w:rPr>
                <w:rFonts w:cs="Times New Roman"/>
                <w:b/>
                <w:sz w:val="24"/>
                <w:szCs w:val="24"/>
              </w:rPr>
              <w:t>İmza</w:t>
            </w:r>
          </w:p>
        </w:tc>
        <w:tc>
          <w:tcPr>
            <w:tcW w:w="4115" w:type="dxa"/>
          </w:tcPr>
          <w:p w14:paraId="1D081BE6" w14:textId="77777777" w:rsidR="00BE54D2" w:rsidRPr="00EC10C2" w:rsidRDefault="00BE54D2" w:rsidP="002D6EB5">
            <w:pPr>
              <w:rPr>
                <w:rFonts w:cs="Times New Roman"/>
                <w:sz w:val="24"/>
                <w:szCs w:val="24"/>
              </w:rPr>
            </w:pPr>
          </w:p>
          <w:p w14:paraId="5B230CD6" w14:textId="77777777" w:rsidR="00BE54D2" w:rsidRPr="00EC10C2" w:rsidRDefault="00BE54D2" w:rsidP="002D6EB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BE54D2" w:rsidRPr="00EC10C2" w14:paraId="1F2ED0D9" w14:textId="77777777" w:rsidTr="002D6EB5">
        <w:trPr>
          <w:trHeight w:val="340"/>
          <w:jc w:val="right"/>
        </w:trPr>
        <w:tc>
          <w:tcPr>
            <w:tcW w:w="1555" w:type="dxa"/>
            <w:shd w:val="clear" w:color="auto" w:fill="F5F7FA"/>
          </w:tcPr>
          <w:p w14:paraId="09E497B7" w14:textId="77777777" w:rsidR="00BE54D2" w:rsidRPr="00EC10C2" w:rsidRDefault="00BE54D2" w:rsidP="002D6EB5">
            <w:pPr>
              <w:jc w:val="right"/>
              <w:rPr>
                <w:rFonts w:cs="Times New Roman"/>
                <w:sz w:val="24"/>
                <w:szCs w:val="24"/>
              </w:rPr>
            </w:pPr>
            <w:proofErr w:type="gramStart"/>
            <w:r w:rsidRPr="00EC10C2">
              <w:rPr>
                <w:rFonts w:cs="Times New Roman"/>
                <w:b/>
                <w:sz w:val="24"/>
                <w:szCs w:val="24"/>
              </w:rPr>
              <w:t>Adı -</w:t>
            </w:r>
            <w:proofErr w:type="gramEnd"/>
            <w:r w:rsidRPr="00EC10C2">
              <w:rPr>
                <w:rFonts w:cs="Times New Roman"/>
                <w:b/>
                <w:sz w:val="24"/>
                <w:szCs w:val="24"/>
              </w:rPr>
              <w:t xml:space="preserve"> Soyadı</w:t>
            </w:r>
          </w:p>
        </w:tc>
        <w:tc>
          <w:tcPr>
            <w:tcW w:w="4115" w:type="dxa"/>
          </w:tcPr>
          <w:p w14:paraId="219D00A7" w14:textId="77777777" w:rsidR="00BE54D2" w:rsidRPr="00EC10C2" w:rsidRDefault="00BE54D2" w:rsidP="002D6EB5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4B480A11" w14:textId="3B6EDABA" w:rsidR="00100E33" w:rsidRDefault="00100E33">
      <w:pPr>
        <w:jc w:val="right"/>
      </w:pPr>
    </w:p>
    <w:sectPr w:rsidR="00100E33" w:rsidSect="00034616">
      <w:headerReference w:type="default" r:id="rId8"/>
      <w:pgSz w:w="11906" w:h="16838"/>
      <w:pgMar w:top="1219" w:right="1417" w:bottom="107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62CA4" w14:textId="77777777" w:rsidR="00CB7C78" w:rsidRDefault="00CB7C78" w:rsidP="00EC10C2">
      <w:pPr>
        <w:spacing w:after="0" w:line="240" w:lineRule="auto"/>
      </w:pPr>
      <w:r>
        <w:separator/>
      </w:r>
    </w:p>
  </w:endnote>
  <w:endnote w:type="continuationSeparator" w:id="0">
    <w:p w14:paraId="74311561" w14:textId="77777777" w:rsidR="00CB7C78" w:rsidRDefault="00CB7C78" w:rsidP="00EC1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370BD" w14:textId="77777777" w:rsidR="00CB7C78" w:rsidRDefault="00CB7C78" w:rsidP="00EC10C2">
      <w:pPr>
        <w:spacing w:after="0" w:line="240" w:lineRule="auto"/>
      </w:pPr>
      <w:r>
        <w:separator/>
      </w:r>
    </w:p>
  </w:footnote>
  <w:footnote w:type="continuationSeparator" w:id="0">
    <w:p w14:paraId="0C01FECC" w14:textId="77777777" w:rsidR="00CB7C78" w:rsidRDefault="00CB7C78" w:rsidP="00EC10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5000" w:type="pct"/>
      <w:jc w:val="center"/>
      <w:tblLook w:val="04A0" w:firstRow="1" w:lastRow="0" w:firstColumn="1" w:lastColumn="0" w:noHBand="0" w:noVBand="1"/>
    </w:tblPr>
    <w:tblGrid>
      <w:gridCol w:w="1089"/>
      <w:gridCol w:w="8199"/>
    </w:tblGrid>
    <w:tr w:rsidR="00EC10C2" w:rsidRPr="00EC10C2" w14:paraId="511FA2AF" w14:textId="77777777" w:rsidTr="0038010F">
      <w:trPr>
        <w:trHeight w:val="1129"/>
        <w:jc w:val="center"/>
      </w:trPr>
      <w:tc>
        <w:tcPr>
          <w:tcW w:w="586" w:type="pct"/>
          <w:shd w:val="clear" w:color="auto" w:fill="F5F7FA"/>
          <w:vAlign w:val="center"/>
        </w:tcPr>
        <w:p w14:paraId="1480E9D9" w14:textId="77777777" w:rsidR="00EC10C2" w:rsidRPr="00EC10C2" w:rsidRDefault="00EC10C2" w:rsidP="00EC10C2">
          <w:pPr>
            <w:pStyle w:val="stBilgi"/>
          </w:pPr>
          <w:r w:rsidRPr="00EC10C2">
            <w:drawing>
              <wp:inline distT="0" distB="0" distL="0" distR="0" wp14:anchorId="45B0F56E" wp14:editId="30C45F58">
                <wp:extent cx="481348" cy="612000"/>
                <wp:effectExtent l="0" t="0" r="0" b="0"/>
                <wp:docPr id="1627771533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7771533" name="Resim 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1348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4" w:type="pct"/>
          <w:shd w:val="clear" w:color="auto" w:fill="F5F7FA"/>
          <w:vAlign w:val="center"/>
        </w:tcPr>
        <w:p w14:paraId="3097F85C" w14:textId="77777777" w:rsidR="00EC10C2" w:rsidRPr="00EC10C2" w:rsidRDefault="00EC10C2" w:rsidP="00EC10C2">
          <w:pPr>
            <w:pStyle w:val="stBilgi"/>
            <w:jc w:val="center"/>
            <w:rPr>
              <w:sz w:val="22"/>
              <w:szCs w:val="24"/>
            </w:rPr>
          </w:pPr>
          <w:r w:rsidRPr="00EC10C2">
            <w:rPr>
              <w:b/>
            </w:rPr>
            <w:t>ERASMUS+ KA131/KA171 ÖĞRENCİ ÖĞRENİM HAREKETLİLİĞİ</w:t>
          </w:r>
          <w:r w:rsidRPr="00EC10C2">
            <w:rPr>
              <w:b/>
            </w:rPr>
            <w:br/>
            <w:t>TERCİH VE FERAGAT DİLEKÇESİ</w:t>
          </w:r>
        </w:p>
      </w:tc>
    </w:tr>
  </w:tbl>
  <w:p w14:paraId="1EBB9B01" w14:textId="77777777" w:rsidR="00EC10C2" w:rsidRDefault="00EC10C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69040760">
    <w:abstractNumId w:val="8"/>
  </w:num>
  <w:num w:numId="2" w16cid:durableId="531651113">
    <w:abstractNumId w:val="6"/>
  </w:num>
  <w:num w:numId="3" w16cid:durableId="1055741111">
    <w:abstractNumId w:val="5"/>
  </w:num>
  <w:num w:numId="4" w16cid:durableId="602880441">
    <w:abstractNumId w:val="4"/>
  </w:num>
  <w:num w:numId="5" w16cid:durableId="1510363793">
    <w:abstractNumId w:val="7"/>
  </w:num>
  <w:num w:numId="6" w16cid:durableId="1342509179">
    <w:abstractNumId w:val="3"/>
  </w:num>
  <w:num w:numId="7" w16cid:durableId="2056539261">
    <w:abstractNumId w:val="2"/>
  </w:num>
  <w:num w:numId="8" w16cid:durableId="551768383">
    <w:abstractNumId w:val="1"/>
  </w:num>
  <w:num w:numId="9" w16cid:durableId="2011444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00E33"/>
    <w:rsid w:val="0015074B"/>
    <w:rsid w:val="001E4638"/>
    <w:rsid w:val="0029639D"/>
    <w:rsid w:val="002B0AED"/>
    <w:rsid w:val="00326F90"/>
    <w:rsid w:val="003F09BF"/>
    <w:rsid w:val="004B7B5A"/>
    <w:rsid w:val="00AA1D8D"/>
    <w:rsid w:val="00B2216B"/>
    <w:rsid w:val="00B47730"/>
    <w:rsid w:val="00BE54D2"/>
    <w:rsid w:val="00CB0664"/>
    <w:rsid w:val="00CB7C78"/>
    <w:rsid w:val="00EC10C2"/>
    <w:rsid w:val="00F4791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45F56DF"/>
  <w14:defaultImageDpi w14:val="300"/>
  <w15:docId w15:val="{500D5023-898E-49CB-9E2D-FC90F77A6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40" w:line="283" w:lineRule="auto"/>
    </w:pPr>
    <w:rPr>
      <w:rFonts w:ascii="Times New Roman" w:hAnsi="Times New Roman"/>
      <w:color w:val="182129"/>
      <w:sz w:val="23"/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Erasmus+ KA131/KA171 Öğrenci Öğrenim Hareketliliği Tercih ve Feragat Dilekçesi</dc:title>
  <dc:subject>Hakkâri Üniversitesi Erasmus+ Kurum Koordinatörlüğü</dc:subject>
  <dc:creator>Hakkâri Üniversitesi</dc:creator>
  <cp:keywords/>
  <dc:description>generated by python-docx</dc:description>
  <cp:lastModifiedBy>Savaş Beyter</cp:lastModifiedBy>
  <cp:revision>6</cp:revision>
  <dcterms:created xsi:type="dcterms:W3CDTF">2013-12-23T23:15:00Z</dcterms:created>
  <dcterms:modified xsi:type="dcterms:W3CDTF">2026-10-27T06:45:00Z</dcterms:modified>
  <cp:category/>
</cp:coreProperties>
</file>